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47134" w14:textId="77777777" w:rsidR="004C5B7C" w:rsidRPr="009C5C45" w:rsidRDefault="004C5B7C" w:rsidP="004C5B7C">
      <w:pPr>
        <w:spacing w:after="0" w:line="240" w:lineRule="auto"/>
        <w:jc w:val="center"/>
        <w:rPr>
          <w:rFonts w:ascii="Arial" w:hAnsi="Arial"/>
          <w:b/>
          <w:sz w:val="52"/>
          <w:szCs w:val="40"/>
        </w:rPr>
      </w:pPr>
      <w:r w:rsidRPr="009C5C45">
        <w:rPr>
          <w:rFonts w:ascii="Arial" w:hAnsi="Arial"/>
          <w:b/>
          <w:noProof/>
          <w:sz w:val="52"/>
          <w:szCs w:val="40"/>
          <w:lang w:eastAsia="fr-FR"/>
        </w:rPr>
        <w:drawing>
          <wp:inline distT="0" distB="0" distL="0" distR="0" wp14:anchorId="2477CE34" wp14:editId="63097DD8">
            <wp:extent cx="2035534" cy="906438"/>
            <wp:effectExtent l="0" t="0" r="3175" b="8255"/>
            <wp:docPr id="2" name="Image 2" descr="Une image contenant logo, Graphique, Polic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logo, Graphique, Police, graphisme&#10;&#10;Le contenu généré par l’IA peut êtr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26772" cy="947067"/>
                    </a:xfrm>
                    <a:prstGeom prst="rect">
                      <a:avLst/>
                    </a:prstGeom>
                  </pic:spPr>
                </pic:pic>
              </a:graphicData>
            </a:graphic>
          </wp:inline>
        </w:drawing>
      </w:r>
    </w:p>
    <w:p w14:paraId="20795D7E" w14:textId="77777777" w:rsidR="004C5B7C" w:rsidRDefault="004C5B7C" w:rsidP="00492BC6">
      <w:pPr>
        <w:jc w:val="center"/>
        <w:rPr>
          <w:rFonts w:ascii="Arial" w:hAnsi="Arial"/>
          <w:b/>
          <w:bCs/>
          <w:sz w:val="48"/>
          <w:szCs w:val="32"/>
          <w:lang w:val="fr-FR"/>
        </w:rPr>
      </w:pPr>
    </w:p>
    <w:p w14:paraId="28D62581" w14:textId="1EB4FDCD" w:rsidR="0042209D" w:rsidRPr="00492BC6" w:rsidRDefault="00000000" w:rsidP="00492BC6">
      <w:pPr>
        <w:jc w:val="center"/>
        <w:rPr>
          <w:rFonts w:ascii="Arial" w:hAnsi="Arial"/>
          <w:b/>
          <w:bCs/>
          <w:sz w:val="48"/>
          <w:szCs w:val="32"/>
          <w:lang w:val="fr-FR"/>
        </w:rPr>
      </w:pPr>
      <w:r w:rsidRPr="00492BC6">
        <w:rPr>
          <w:rFonts w:ascii="Arial" w:hAnsi="Arial"/>
          <w:b/>
          <w:bCs/>
          <w:sz w:val="48"/>
          <w:szCs w:val="32"/>
          <w:lang w:val="fr-FR"/>
        </w:rPr>
        <w:t>AU FIL DE</w:t>
      </w:r>
      <w:r w:rsidR="00216AB9" w:rsidRPr="00492BC6">
        <w:rPr>
          <w:rFonts w:ascii="Arial" w:hAnsi="Arial"/>
          <w:b/>
          <w:bCs/>
          <w:sz w:val="48"/>
          <w:szCs w:val="32"/>
          <w:lang w:val="fr-FR"/>
        </w:rPr>
        <w:t xml:space="preserve"> </w:t>
      </w:r>
      <w:r w:rsidRPr="00492BC6">
        <w:rPr>
          <w:rFonts w:ascii="Arial" w:hAnsi="Arial"/>
          <w:b/>
          <w:bCs/>
          <w:sz w:val="48"/>
          <w:szCs w:val="32"/>
          <w:lang w:val="fr-FR"/>
        </w:rPr>
        <w:t>LYON</w:t>
      </w:r>
    </w:p>
    <w:p w14:paraId="3A698494" w14:textId="02C4D731" w:rsidR="0042209D" w:rsidRPr="00492BC6" w:rsidRDefault="00492BC6" w:rsidP="00F77946">
      <w:pPr>
        <w:jc w:val="center"/>
        <w:rPr>
          <w:rFonts w:ascii="Arial" w:hAnsi="Arial"/>
          <w:b/>
          <w:bCs/>
          <w:sz w:val="44"/>
          <w:szCs w:val="28"/>
          <w:lang w:val="fr-FR"/>
        </w:rPr>
      </w:pPr>
      <w:r w:rsidRPr="00492BC6">
        <w:rPr>
          <w:rFonts w:ascii="Arial" w:hAnsi="Arial"/>
          <w:b/>
          <w:bCs/>
          <w:sz w:val="44"/>
          <w:szCs w:val="28"/>
          <w:lang w:val="fr-FR"/>
        </w:rPr>
        <w:t>N° 28</w:t>
      </w:r>
    </w:p>
    <w:p w14:paraId="7D0FFCE0" w14:textId="55BBE746" w:rsidR="0042209D" w:rsidRPr="00492BC6" w:rsidRDefault="00492BC6" w:rsidP="00F77946">
      <w:pPr>
        <w:jc w:val="center"/>
        <w:rPr>
          <w:rFonts w:ascii="Arial" w:hAnsi="Arial"/>
          <w:b/>
          <w:bCs/>
          <w:sz w:val="44"/>
          <w:szCs w:val="28"/>
          <w:lang w:val="fr-FR"/>
        </w:rPr>
      </w:pPr>
      <w:r w:rsidRPr="00492BC6">
        <w:rPr>
          <w:rFonts w:ascii="Arial" w:hAnsi="Arial"/>
          <w:b/>
          <w:bCs/>
          <w:sz w:val="44"/>
          <w:szCs w:val="28"/>
          <w:lang w:val="fr-FR"/>
        </w:rPr>
        <w:t>SEPTEMBRE / OCTOBRE 2026</w:t>
      </w:r>
    </w:p>
    <w:p w14:paraId="3DB54BEE" w14:textId="77777777" w:rsidR="00216AB9" w:rsidRPr="004C06D0" w:rsidRDefault="00216AB9">
      <w:pPr>
        <w:rPr>
          <w:rFonts w:ascii="Arial" w:hAnsi="Arial"/>
          <w:b/>
          <w:bCs/>
          <w:sz w:val="36"/>
          <w:lang w:val="fr-FR"/>
        </w:rPr>
      </w:pPr>
    </w:p>
    <w:p w14:paraId="2D1A3FDB" w14:textId="52436D83" w:rsidR="004C5B7C" w:rsidRPr="009C5C45" w:rsidRDefault="00000000" w:rsidP="004C5B7C">
      <w:pPr>
        <w:spacing w:after="0" w:line="240" w:lineRule="auto"/>
        <w:rPr>
          <w:rFonts w:ascii="Arial" w:hAnsi="Arial"/>
          <w:b/>
          <w:sz w:val="40"/>
          <w:szCs w:val="32"/>
        </w:rPr>
      </w:pPr>
      <w:r>
        <w:rPr>
          <w:rFonts w:ascii="Arial" w:hAnsi="Arial"/>
          <w:sz w:val="36"/>
          <w:szCs w:val="32"/>
        </w:rPr>
        <w:pict w14:anchorId="43BC6277">
          <v:rect id="_x0000_i1025" style="width:453.6pt;height:5pt" o:hralign="center" o:hrstd="t" o:hr="t" fillcolor="gray" stroked="f"/>
        </w:pict>
      </w:r>
    </w:p>
    <w:p w14:paraId="6FD934B6" w14:textId="77777777" w:rsidR="00216AB9" w:rsidRPr="004C06D0" w:rsidRDefault="00216AB9">
      <w:pPr>
        <w:rPr>
          <w:rFonts w:ascii="Arial" w:hAnsi="Arial"/>
          <w:b/>
          <w:bCs/>
          <w:sz w:val="36"/>
          <w:lang w:val="fr-FR"/>
        </w:rPr>
      </w:pPr>
    </w:p>
    <w:p w14:paraId="667490CA" w14:textId="1E916E46" w:rsidR="0042209D" w:rsidRPr="00492BC6" w:rsidRDefault="00216AB9" w:rsidP="004C5B7C">
      <w:pPr>
        <w:pStyle w:val="Listepuces"/>
        <w:rPr>
          <w:lang w:val="fr-FR"/>
        </w:rPr>
      </w:pPr>
      <w:r w:rsidRPr="00492BC6">
        <w:rPr>
          <w:lang w:val="fr-FR"/>
        </w:rPr>
        <w:t>Bonne rentrée aux petits et aux grands</w:t>
      </w:r>
    </w:p>
    <w:p w14:paraId="6A62F0AC" w14:textId="77777777" w:rsidR="00216AB9" w:rsidRPr="00492BC6" w:rsidRDefault="00216AB9" w:rsidP="00216AB9">
      <w:pPr>
        <w:rPr>
          <w:rFonts w:ascii="Arial" w:hAnsi="Arial"/>
          <w:b/>
          <w:bCs/>
          <w:smallCaps/>
          <w:sz w:val="44"/>
          <w:szCs w:val="28"/>
          <w:lang w:val="fr-FR"/>
        </w:rPr>
      </w:pPr>
    </w:p>
    <w:p w14:paraId="5070CC67" w14:textId="7999F4B6" w:rsidR="0042209D" w:rsidRPr="00492BC6" w:rsidRDefault="00216AB9" w:rsidP="004C5B7C">
      <w:pPr>
        <w:pStyle w:val="Listepuces"/>
        <w:rPr>
          <w:lang w:val="fr-FR"/>
        </w:rPr>
      </w:pPr>
      <w:r w:rsidRPr="00492BC6">
        <w:rPr>
          <w:lang w:val="fr-FR"/>
        </w:rPr>
        <w:t>Chalet du Parc : ouverture le 18 septembre</w:t>
      </w:r>
    </w:p>
    <w:p w14:paraId="5CE70AF4" w14:textId="77777777" w:rsidR="00216AB9" w:rsidRPr="00492BC6" w:rsidRDefault="00216AB9" w:rsidP="00216AB9">
      <w:pPr>
        <w:rPr>
          <w:rFonts w:ascii="Arial" w:hAnsi="Arial"/>
          <w:b/>
          <w:bCs/>
          <w:smallCaps/>
          <w:sz w:val="44"/>
          <w:szCs w:val="28"/>
          <w:lang w:val="fr-FR"/>
        </w:rPr>
      </w:pPr>
    </w:p>
    <w:p w14:paraId="4D592460" w14:textId="317936D1" w:rsidR="0042209D" w:rsidRPr="00492BC6" w:rsidRDefault="00216AB9" w:rsidP="004C5B7C">
      <w:pPr>
        <w:pStyle w:val="Listepuces"/>
        <w:rPr>
          <w:lang w:val="fr-FR"/>
        </w:rPr>
      </w:pPr>
      <w:r w:rsidRPr="00492BC6">
        <w:rPr>
          <w:lang w:val="fr-FR"/>
        </w:rPr>
        <w:t>Un mois pour explorer ta santé</w:t>
      </w:r>
    </w:p>
    <w:p w14:paraId="4C4F9414" w14:textId="77777777" w:rsidR="00216AB9" w:rsidRPr="00492BC6" w:rsidRDefault="00216AB9" w:rsidP="00216AB9">
      <w:pPr>
        <w:rPr>
          <w:rFonts w:ascii="Arial" w:hAnsi="Arial"/>
          <w:b/>
          <w:bCs/>
          <w:smallCaps/>
          <w:sz w:val="44"/>
          <w:szCs w:val="28"/>
          <w:lang w:val="fr-FR"/>
        </w:rPr>
      </w:pPr>
    </w:p>
    <w:p w14:paraId="6885CB9F" w14:textId="6D7575D1" w:rsidR="0042209D" w:rsidRPr="00492BC6" w:rsidRDefault="00216AB9" w:rsidP="004C5B7C">
      <w:pPr>
        <w:pStyle w:val="Listepuces"/>
        <w:rPr>
          <w:lang w:val="fr-FR"/>
        </w:rPr>
      </w:pPr>
      <w:r w:rsidRPr="00492BC6">
        <w:rPr>
          <w:lang w:val="fr-FR"/>
        </w:rPr>
        <w:t>Saint-Irénée : la crypte en photos</w:t>
      </w:r>
    </w:p>
    <w:p w14:paraId="69BD8EC8" w14:textId="77777777" w:rsidR="00216AB9" w:rsidRPr="00492BC6" w:rsidRDefault="00216AB9" w:rsidP="00216AB9">
      <w:pPr>
        <w:rPr>
          <w:rFonts w:ascii="Arial" w:hAnsi="Arial"/>
          <w:b/>
          <w:bCs/>
          <w:smallCaps/>
          <w:sz w:val="44"/>
          <w:szCs w:val="28"/>
          <w:lang w:val="fr-FR"/>
        </w:rPr>
      </w:pPr>
    </w:p>
    <w:p w14:paraId="7CEB4B38" w14:textId="3ADDD762" w:rsidR="004C5B7C" w:rsidRPr="009C5C45" w:rsidRDefault="00000000" w:rsidP="004C5B7C">
      <w:pPr>
        <w:spacing w:after="0" w:line="240" w:lineRule="auto"/>
        <w:rPr>
          <w:rFonts w:ascii="Arial" w:hAnsi="Arial"/>
          <w:b/>
          <w:sz w:val="40"/>
          <w:szCs w:val="32"/>
        </w:rPr>
      </w:pPr>
      <w:r>
        <w:rPr>
          <w:rFonts w:ascii="Arial" w:hAnsi="Arial"/>
          <w:sz w:val="36"/>
          <w:szCs w:val="32"/>
        </w:rPr>
        <w:pict w14:anchorId="7FCD2AAE">
          <v:rect id="_x0000_i1026" style="width:453.6pt;height:5pt" o:hralign="center" o:hrstd="t" o:hr="t" fillcolor="gray" stroked="f"/>
        </w:pict>
      </w:r>
    </w:p>
    <w:p w14:paraId="398D31EC" w14:textId="77777777" w:rsidR="00216AB9" w:rsidRPr="00492BC6" w:rsidRDefault="00216AB9" w:rsidP="00216AB9">
      <w:pPr>
        <w:rPr>
          <w:rFonts w:ascii="Arial" w:hAnsi="Arial"/>
          <w:b/>
          <w:bCs/>
          <w:smallCaps/>
          <w:sz w:val="44"/>
          <w:szCs w:val="28"/>
          <w:lang w:val="fr-FR"/>
        </w:rPr>
      </w:pPr>
    </w:p>
    <w:p w14:paraId="608E1121" w14:textId="7E2DC3EC" w:rsidR="00216AB9" w:rsidRPr="004C06D0" w:rsidRDefault="00216AB9" w:rsidP="00380E77">
      <w:pPr>
        <w:jc w:val="center"/>
        <w:rPr>
          <w:rFonts w:ascii="Arial" w:hAnsi="Arial"/>
          <w:b/>
          <w:bCs/>
          <w:sz w:val="36"/>
          <w:lang w:val="fr-FR"/>
        </w:rPr>
      </w:pPr>
      <w:r w:rsidRPr="00492BC6">
        <w:rPr>
          <w:rFonts w:ascii="Arial" w:hAnsi="Arial"/>
          <w:b/>
          <w:bCs/>
          <w:smallCaps/>
          <w:sz w:val="44"/>
          <w:szCs w:val="28"/>
          <w:lang w:val="fr-FR"/>
        </w:rPr>
        <w:t>Ville de Lyon</w:t>
      </w:r>
      <w:r w:rsidRPr="004C06D0">
        <w:rPr>
          <w:rFonts w:ascii="Arial" w:hAnsi="Arial"/>
          <w:b/>
          <w:bCs/>
          <w:sz w:val="36"/>
          <w:lang w:val="fr-FR"/>
        </w:rPr>
        <w:br w:type="page"/>
      </w:r>
    </w:p>
    <w:p w14:paraId="6F01EE86" w14:textId="72D77AEC" w:rsidR="0042209D" w:rsidRPr="004C06D0" w:rsidRDefault="00000000">
      <w:pPr>
        <w:rPr>
          <w:rFonts w:ascii="Arial" w:hAnsi="Arial"/>
          <w:b/>
          <w:bCs/>
          <w:sz w:val="36"/>
          <w:lang w:val="fr-FR"/>
        </w:rPr>
      </w:pPr>
      <w:r w:rsidRPr="004C06D0">
        <w:rPr>
          <w:rFonts w:ascii="Arial" w:hAnsi="Arial"/>
          <w:b/>
          <w:bCs/>
          <w:sz w:val="36"/>
          <w:lang w:val="fr-FR"/>
        </w:rPr>
        <w:lastRenderedPageBreak/>
        <w:t>Au Fil de Lyon</w:t>
      </w:r>
    </w:p>
    <w:p w14:paraId="7A318007" w14:textId="77777777" w:rsidR="005F5DB8" w:rsidRPr="004C06D0" w:rsidRDefault="00000000">
      <w:pPr>
        <w:rPr>
          <w:rFonts w:ascii="Arial" w:hAnsi="Arial"/>
          <w:b/>
          <w:bCs/>
          <w:sz w:val="36"/>
          <w:lang w:val="fr-FR"/>
        </w:rPr>
      </w:pPr>
      <w:r w:rsidRPr="004C06D0">
        <w:rPr>
          <w:rFonts w:ascii="Arial" w:hAnsi="Arial"/>
          <w:b/>
          <w:bCs/>
          <w:sz w:val="36"/>
          <w:lang w:val="fr-FR"/>
        </w:rPr>
        <w:t xml:space="preserve">Magazine édité par la Ville de Lyon - Consultable sur </w:t>
      </w:r>
      <w:hyperlink r:id="rId9">
        <w:r w:rsidR="005F5DB8" w:rsidRPr="004C06D0">
          <w:rPr>
            <w:rFonts w:ascii="Arial" w:hAnsi="Arial"/>
            <w:b/>
            <w:bCs/>
            <w:color w:val="0000EE"/>
            <w:sz w:val="36"/>
            <w:u w:val="single"/>
            <w:lang w:val="fr-FR"/>
          </w:rPr>
          <w:t>lyon.fr</w:t>
        </w:r>
      </w:hyperlink>
      <w:r w:rsidRPr="004C06D0">
        <w:rPr>
          <w:rFonts w:ascii="Arial" w:hAnsi="Arial"/>
          <w:b/>
          <w:bCs/>
          <w:sz w:val="36"/>
          <w:lang w:val="fr-FR"/>
        </w:rPr>
        <w:t xml:space="preserve"> </w:t>
      </w:r>
    </w:p>
    <w:p w14:paraId="77B7BDAA" w14:textId="77777777" w:rsidR="005F5DB8" w:rsidRPr="004C06D0" w:rsidRDefault="00000000">
      <w:pPr>
        <w:rPr>
          <w:rFonts w:ascii="Arial" w:hAnsi="Arial"/>
          <w:b/>
          <w:bCs/>
          <w:sz w:val="36"/>
          <w:lang w:val="fr-FR"/>
        </w:rPr>
      </w:pPr>
      <w:r w:rsidRPr="004C06D0">
        <w:rPr>
          <w:rFonts w:ascii="Arial" w:hAnsi="Arial"/>
          <w:b/>
          <w:bCs/>
          <w:sz w:val="36"/>
          <w:lang w:val="fr-FR"/>
        </w:rPr>
        <w:t xml:space="preserve">Mairie de Lyon - 69205 Lyon Cedex 01 </w:t>
      </w:r>
    </w:p>
    <w:p w14:paraId="43531611" w14:textId="77777777" w:rsidR="005F5DB8" w:rsidRPr="004C06D0" w:rsidRDefault="00000000">
      <w:pPr>
        <w:rPr>
          <w:rFonts w:ascii="Arial" w:hAnsi="Arial"/>
          <w:b/>
          <w:bCs/>
          <w:sz w:val="36"/>
          <w:lang w:val="fr-FR"/>
        </w:rPr>
      </w:pPr>
      <w:r w:rsidRPr="004C06D0">
        <w:rPr>
          <w:rFonts w:ascii="Arial" w:hAnsi="Arial"/>
          <w:b/>
          <w:bCs/>
          <w:sz w:val="36"/>
          <w:lang w:val="fr-FR"/>
        </w:rPr>
        <w:t xml:space="preserve">Tél. : 04 72 10 30 30 </w:t>
      </w:r>
    </w:p>
    <w:p w14:paraId="53CE3B72" w14:textId="77777777" w:rsidR="005F5DB8" w:rsidRPr="004C06D0" w:rsidRDefault="005F5DB8">
      <w:pPr>
        <w:rPr>
          <w:rFonts w:ascii="Arial" w:hAnsi="Arial"/>
          <w:b/>
          <w:bCs/>
          <w:sz w:val="36"/>
          <w:lang w:val="fr-FR"/>
        </w:rPr>
      </w:pPr>
    </w:p>
    <w:p w14:paraId="7CDFB345" w14:textId="0494893E" w:rsidR="005F5DB8" w:rsidRPr="004C06D0" w:rsidRDefault="00000000" w:rsidP="00D9423F">
      <w:pPr>
        <w:pStyle w:val="Listepuces"/>
        <w:rPr>
          <w:lang w:val="fr-FR"/>
        </w:rPr>
      </w:pPr>
      <w:r w:rsidRPr="004C06D0">
        <w:rPr>
          <w:lang w:val="fr-FR"/>
        </w:rPr>
        <w:t xml:space="preserve">Directrice de la publication : Jeanne Rebuffat </w:t>
      </w:r>
    </w:p>
    <w:p w14:paraId="27C24033" w14:textId="77777777" w:rsidR="005F5DB8" w:rsidRPr="004C06D0" w:rsidRDefault="005F5DB8">
      <w:pPr>
        <w:rPr>
          <w:rFonts w:ascii="Arial" w:hAnsi="Arial"/>
          <w:b/>
          <w:bCs/>
          <w:sz w:val="36"/>
          <w:lang w:val="fr-FR"/>
        </w:rPr>
      </w:pPr>
    </w:p>
    <w:p w14:paraId="5058F6C8" w14:textId="5241C165" w:rsidR="003964A9" w:rsidRPr="004C06D0" w:rsidRDefault="00000000" w:rsidP="00D9423F">
      <w:pPr>
        <w:pStyle w:val="Listepuces"/>
        <w:rPr>
          <w:lang w:val="fr-FR"/>
        </w:rPr>
      </w:pPr>
      <w:r w:rsidRPr="004C06D0">
        <w:rPr>
          <w:lang w:val="fr-FR"/>
        </w:rPr>
        <w:t xml:space="preserve">Rédacteur en chef : David Besson </w:t>
      </w:r>
    </w:p>
    <w:p w14:paraId="21124F2B" w14:textId="77777777" w:rsidR="003964A9" w:rsidRPr="004C06D0" w:rsidRDefault="003964A9">
      <w:pPr>
        <w:rPr>
          <w:rFonts w:ascii="Arial" w:hAnsi="Arial"/>
          <w:b/>
          <w:bCs/>
          <w:sz w:val="36"/>
          <w:lang w:val="fr-FR"/>
        </w:rPr>
      </w:pPr>
    </w:p>
    <w:p w14:paraId="3918A9CB" w14:textId="0BA8DAF5" w:rsidR="003964A9" w:rsidRPr="004C06D0" w:rsidRDefault="00000000" w:rsidP="00D9423F">
      <w:pPr>
        <w:pStyle w:val="Listepuces"/>
        <w:rPr>
          <w:lang w:val="fr-FR"/>
        </w:rPr>
      </w:pPr>
      <w:r w:rsidRPr="004C06D0">
        <w:rPr>
          <w:lang w:val="fr-FR"/>
        </w:rPr>
        <w:t xml:space="preserve">Rédaction : </w:t>
      </w:r>
    </w:p>
    <w:p w14:paraId="079F7E22" w14:textId="77777777" w:rsidR="003964A9" w:rsidRPr="004C06D0" w:rsidRDefault="00000000">
      <w:pPr>
        <w:rPr>
          <w:rFonts w:ascii="Arial" w:hAnsi="Arial"/>
          <w:b/>
          <w:bCs/>
          <w:sz w:val="36"/>
          <w:lang w:val="fr-FR"/>
        </w:rPr>
      </w:pPr>
      <w:r w:rsidRPr="004C06D0">
        <w:rPr>
          <w:rFonts w:ascii="Arial" w:hAnsi="Arial"/>
          <w:b/>
          <w:bCs/>
          <w:sz w:val="36"/>
          <w:lang w:val="fr-FR"/>
        </w:rPr>
        <w:t xml:space="preserve">Séverine Ropert-Andrieu, Jocelyn Blanc, Eléa Tomas, Marie Towhill, Cécile Prenveille, Muriel Chaulet, Alice Pothier </w:t>
      </w:r>
    </w:p>
    <w:p w14:paraId="511CB0AA" w14:textId="77777777" w:rsidR="003964A9" w:rsidRPr="004C06D0" w:rsidRDefault="003964A9">
      <w:pPr>
        <w:rPr>
          <w:rFonts w:ascii="Arial" w:hAnsi="Arial"/>
          <w:b/>
          <w:bCs/>
          <w:sz w:val="36"/>
          <w:lang w:val="fr-FR"/>
        </w:rPr>
      </w:pPr>
    </w:p>
    <w:p w14:paraId="5962A17A" w14:textId="3534400E" w:rsidR="003964A9" w:rsidRPr="004C06D0" w:rsidRDefault="00000000" w:rsidP="00D9423F">
      <w:pPr>
        <w:pStyle w:val="Listepuces"/>
        <w:rPr>
          <w:lang w:val="fr-FR"/>
        </w:rPr>
      </w:pPr>
      <w:r w:rsidRPr="004C06D0">
        <w:rPr>
          <w:lang w:val="fr-FR"/>
        </w:rPr>
        <w:t xml:space="preserve">Crédit photo de couverture : Luc Kent </w:t>
      </w:r>
    </w:p>
    <w:p w14:paraId="337F30C6" w14:textId="77777777" w:rsidR="003964A9" w:rsidRPr="004C06D0" w:rsidRDefault="003964A9">
      <w:pPr>
        <w:rPr>
          <w:rFonts w:ascii="Arial" w:hAnsi="Arial"/>
          <w:b/>
          <w:bCs/>
          <w:sz w:val="36"/>
          <w:lang w:val="fr-FR"/>
        </w:rPr>
      </w:pPr>
    </w:p>
    <w:p w14:paraId="6CD5AD30" w14:textId="7C5FC562" w:rsidR="003964A9" w:rsidRPr="004C06D0" w:rsidRDefault="00000000" w:rsidP="00D9423F">
      <w:pPr>
        <w:pStyle w:val="Listepuces"/>
        <w:rPr>
          <w:lang w:val="fr-FR"/>
        </w:rPr>
      </w:pPr>
      <w:r w:rsidRPr="004C06D0">
        <w:rPr>
          <w:lang w:val="fr-FR"/>
        </w:rPr>
        <w:t xml:space="preserve">Création maquette : In medias res </w:t>
      </w:r>
    </w:p>
    <w:p w14:paraId="34BE2FAD" w14:textId="77777777" w:rsidR="003964A9" w:rsidRPr="004C06D0" w:rsidRDefault="003964A9">
      <w:pPr>
        <w:rPr>
          <w:rFonts w:ascii="Arial" w:hAnsi="Arial"/>
          <w:b/>
          <w:bCs/>
          <w:sz w:val="36"/>
          <w:lang w:val="fr-FR"/>
        </w:rPr>
      </w:pPr>
    </w:p>
    <w:p w14:paraId="1AD83B6F" w14:textId="4E804DEE" w:rsidR="003964A9" w:rsidRPr="004C06D0" w:rsidRDefault="00000000" w:rsidP="00D9423F">
      <w:pPr>
        <w:pStyle w:val="Listepuces"/>
        <w:rPr>
          <w:lang w:val="fr-FR"/>
        </w:rPr>
      </w:pPr>
      <w:r w:rsidRPr="004C06D0">
        <w:rPr>
          <w:lang w:val="fr-FR"/>
        </w:rPr>
        <w:t xml:space="preserve">Réalisation : In medias res </w:t>
      </w:r>
    </w:p>
    <w:p w14:paraId="0D6A6B44" w14:textId="77777777" w:rsidR="003964A9" w:rsidRPr="004C06D0" w:rsidRDefault="003964A9">
      <w:pPr>
        <w:rPr>
          <w:rFonts w:ascii="Arial" w:hAnsi="Arial"/>
          <w:b/>
          <w:bCs/>
          <w:sz w:val="36"/>
          <w:lang w:val="fr-FR"/>
        </w:rPr>
      </w:pPr>
    </w:p>
    <w:p w14:paraId="4889F935" w14:textId="3F078AC8" w:rsidR="003964A9" w:rsidRPr="004C06D0" w:rsidRDefault="00000000" w:rsidP="00D9423F">
      <w:pPr>
        <w:pStyle w:val="Listepuces"/>
        <w:rPr>
          <w:lang w:val="fr-FR"/>
        </w:rPr>
      </w:pPr>
      <w:r w:rsidRPr="004C06D0">
        <w:rPr>
          <w:lang w:val="fr-FR"/>
        </w:rPr>
        <w:t xml:space="preserve">Mise en page : Micro 5 </w:t>
      </w:r>
    </w:p>
    <w:p w14:paraId="213CDB22" w14:textId="77777777" w:rsidR="003964A9" w:rsidRPr="004C06D0" w:rsidRDefault="003964A9">
      <w:pPr>
        <w:rPr>
          <w:rFonts w:ascii="Arial" w:hAnsi="Arial"/>
          <w:b/>
          <w:bCs/>
          <w:sz w:val="36"/>
          <w:lang w:val="fr-FR"/>
        </w:rPr>
      </w:pPr>
    </w:p>
    <w:p w14:paraId="02083400" w14:textId="7610117A" w:rsidR="003964A9" w:rsidRPr="004C06D0" w:rsidRDefault="00000000" w:rsidP="00D9423F">
      <w:pPr>
        <w:pStyle w:val="Listepuces"/>
        <w:rPr>
          <w:lang w:val="fr-FR"/>
        </w:rPr>
      </w:pPr>
      <w:r w:rsidRPr="004C06D0">
        <w:rPr>
          <w:lang w:val="fr-FR"/>
        </w:rPr>
        <w:t xml:space="preserve">Impression : FOT </w:t>
      </w:r>
    </w:p>
    <w:p w14:paraId="42FDC230" w14:textId="77777777" w:rsidR="003964A9" w:rsidRPr="004C06D0" w:rsidRDefault="00000000">
      <w:pPr>
        <w:rPr>
          <w:rFonts w:ascii="Arial" w:hAnsi="Arial"/>
          <w:b/>
          <w:bCs/>
          <w:sz w:val="36"/>
          <w:lang w:val="fr-FR"/>
        </w:rPr>
      </w:pPr>
      <w:r w:rsidRPr="004C06D0">
        <w:rPr>
          <w:rFonts w:ascii="Arial" w:hAnsi="Arial"/>
          <w:b/>
          <w:bCs/>
          <w:sz w:val="36"/>
          <w:lang w:val="fr-FR"/>
        </w:rPr>
        <w:lastRenderedPageBreak/>
        <w:t xml:space="preserve">Imprimé sur papier 100% recyclé </w:t>
      </w:r>
    </w:p>
    <w:p w14:paraId="17DB049A" w14:textId="77777777" w:rsidR="003964A9" w:rsidRPr="004C06D0" w:rsidRDefault="003964A9">
      <w:pPr>
        <w:rPr>
          <w:rFonts w:ascii="Arial" w:hAnsi="Arial"/>
          <w:b/>
          <w:bCs/>
          <w:sz w:val="36"/>
          <w:lang w:val="fr-FR"/>
        </w:rPr>
      </w:pPr>
    </w:p>
    <w:p w14:paraId="2FAA4EBE" w14:textId="65C26AB1" w:rsidR="003964A9" w:rsidRPr="004C06D0" w:rsidRDefault="00000000" w:rsidP="00D9423F">
      <w:pPr>
        <w:pStyle w:val="Listepuces"/>
        <w:rPr>
          <w:lang w:val="fr-FR"/>
        </w:rPr>
      </w:pPr>
      <w:r w:rsidRPr="004C06D0">
        <w:rPr>
          <w:lang w:val="fr-FR"/>
        </w:rPr>
        <w:t xml:space="preserve">Distribution : Mediaposte </w:t>
      </w:r>
    </w:p>
    <w:p w14:paraId="5C961B15" w14:textId="7B6FA249" w:rsidR="00287B1D" w:rsidRPr="004C06D0" w:rsidRDefault="00000000">
      <w:pPr>
        <w:rPr>
          <w:rFonts w:ascii="Arial" w:hAnsi="Arial"/>
          <w:b/>
          <w:bCs/>
          <w:sz w:val="36"/>
          <w:lang w:val="fr-FR"/>
        </w:rPr>
      </w:pPr>
      <w:r w:rsidRPr="004C06D0">
        <w:rPr>
          <w:rFonts w:ascii="Arial" w:hAnsi="Arial"/>
          <w:b/>
          <w:bCs/>
          <w:sz w:val="36"/>
          <w:lang w:val="fr-FR"/>
        </w:rPr>
        <w:t>Tirage : 325 000 ex.</w:t>
      </w:r>
    </w:p>
    <w:p w14:paraId="3167E7A7" w14:textId="77777777" w:rsidR="00287B1D" w:rsidRPr="004C06D0" w:rsidRDefault="00287B1D">
      <w:pPr>
        <w:rPr>
          <w:rFonts w:ascii="Arial" w:hAnsi="Arial"/>
          <w:b/>
          <w:bCs/>
          <w:sz w:val="36"/>
          <w:lang w:val="fr-FR"/>
        </w:rPr>
      </w:pPr>
    </w:p>
    <w:p w14:paraId="5467A269" w14:textId="0A4A186A" w:rsidR="00287B1D" w:rsidRPr="004C06D0" w:rsidRDefault="00287B1D">
      <w:pPr>
        <w:rPr>
          <w:rFonts w:ascii="Arial" w:hAnsi="Arial"/>
          <w:sz w:val="36"/>
          <w:lang w:val="fr-FR"/>
        </w:rPr>
      </w:pPr>
      <w:r w:rsidRPr="004C06D0">
        <w:rPr>
          <w:rFonts w:ascii="Arial" w:hAnsi="Arial"/>
          <w:sz w:val="36"/>
          <w:lang w:val="fr-FR"/>
        </w:rPr>
        <w:br w:type="page"/>
      </w:r>
    </w:p>
    <w:p w14:paraId="405A8A50" w14:textId="09C272AB" w:rsidR="00E0074C" w:rsidRPr="00E0074C" w:rsidRDefault="00E0074C" w:rsidP="00E0074C">
      <w:pPr>
        <w:jc w:val="center"/>
        <w:rPr>
          <w:rFonts w:ascii="Arial" w:hAnsi="Arial"/>
          <w:b/>
          <w:bCs/>
          <w:sz w:val="44"/>
          <w:szCs w:val="36"/>
          <w:lang w:val="fr-FR"/>
        </w:rPr>
      </w:pPr>
      <w:r w:rsidRPr="00E0074C">
        <w:rPr>
          <w:rFonts w:ascii="Arial" w:hAnsi="Arial"/>
          <w:b/>
          <w:bCs/>
          <w:sz w:val="44"/>
          <w:szCs w:val="36"/>
          <w:lang w:val="fr-FR"/>
        </w:rPr>
        <w:lastRenderedPageBreak/>
        <w:t>SOMMAIRE</w:t>
      </w:r>
    </w:p>
    <w:sdt>
      <w:sdtPr>
        <w:rPr>
          <w:lang w:val="fr-FR"/>
        </w:rPr>
        <w:id w:val="1636525134"/>
        <w:docPartObj>
          <w:docPartGallery w:val="Table of Contents"/>
          <w:docPartUnique/>
        </w:docPartObj>
      </w:sdtPr>
      <w:sdtEndPr>
        <w:rPr>
          <w:rFonts w:ascii="Arial" w:eastAsiaTheme="minorEastAsia" w:hAnsi="Arial" w:cstheme="minorBidi"/>
          <w:color w:val="auto"/>
          <w:sz w:val="40"/>
          <w:szCs w:val="22"/>
          <w:lang w:val="en-US"/>
        </w:rPr>
      </w:sdtEndPr>
      <w:sdtContent>
        <w:p w14:paraId="42C4FCD8" w14:textId="14DBFFF2" w:rsidR="00E0074C" w:rsidRDefault="00E0074C">
          <w:pPr>
            <w:pStyle w:val="En-ttedetabledesmatires"/>
          </w:pPr>
        </w:p>
        <w:p w14:paraId="649E8160" w14:textId="15E85EBC" w:rsidR="00E0074C" w:rsidRPr="00E0074C" w:rsidRDefault="00E0074C">
          <w:pPr>
            <w:pStyle w:val="TM1"/>
            <w:tabs>
              <w:tab w:val="right" w:leader="dot" w:pos="10188"/>
            </w:tabs>
            <w:rPr>
              <w:rFonts w:ascii="Arial" w:hAnsi="Arial"/>
              <w:b/>
              <w:noProof/>
              <w:sz w:val="40"/>
            </w:rPr>
          </w:pPr>
          <w:r w:rsidRPr="00E0074C">
            <w:rPr>
              <w:rFonts w:ascii="Arial" w:hAnsi="Arial"/>
              <w:b/>
              <w:sz w:val="40"/>
            </w:rPr>
            <w:fldChar w:fldCharType="begin"/>
          </w:r>
          <w:r w:rsidRPr="00E0074C">
            <w:rPr>
              <w:rFonts w:ascii="Arial" w:hAnsi="Arial"/>
              <w:b/>
              <w:sz w:val="40"/>
            </w:rPr>
            <w:instrText xml:space="preserve"> TOC \o "1-3" \h \z \u </w:instrText>
          </w:r>
          <w:r w:rsidRPr="00E0074C">
            <w:rPr>
              <w:rFonts w:ascii="Arial" w:hAnsi="Arial"/>
              <w:b/>
              <w:sz w:val="40"/>
            </w:rPr>
            <w:fldChar w:fldCharType="separate"/>
          </w:r>
          <w:hyperlink w:anchor="_Toc239852986" w:history="1">
            <w:r w:rsidRPr="00E0074C">
              <w:rPr>
                <w:rStyle w:val="Lienhypertexte"/>
                <w:rFonts w:ascii="Arial" w:hAnsi="Arial"/>
                <w:b/>
                <w:noProof/>
                <w:sz w:val="40"/>
                <w:lang w:val="fr-FR"/>
              </w:rPr>
              <w:t>L'EDITO</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_Toc239852986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5</w:t>
            </w:r>
            <w:r w:rsidRPr="00E0074C">
              <w:rPr>
                <w:rFonts w:ascii="Arial" w:hAnsi="Arial"/>
                <w:b/>
                <w:noProof/>
                <w:webHidden/>
                <w:sz w:val="40"/>
              </w:rPr>
              <w:fldChar w:fldCharType="end"/>
            </w:r>
          </w:hyperlink>
        </w:p>
        <w:p w14:paraId="2FD632F7" w14:textId="6C4036BF" w:rsidR="00E0074C" w:rsidRPr="00E0074C" w:rsidRDefault="00E0074C">
          <w:pPr>
            <w:pStyle w:val="TM1"/>
            <w:tabs>
              <w:tab w:val="right" w:leader="dot" w:pos="10188"/>
            </w:tabs>
            <w:rPr>
              <w:rFonts w:ascii="Arial" w:hAnsi="Arial"/>
              <w:b/>
              <w:noProof/>
              <w:sz w:val="40"/>
            </w:rPr>
          </w:pPr>
          <w:hyperlink w:anchor="_Toc239852987" w:history="1">
            <w:r w:rsidRPr="00E0074C">
              <w:rPr>
                <w:rStyle w:val="Lienhypertexte"/>
                <w:rFonts w:ascii="Arial" w:hAnsi="Arial"/>
                <w:b/>
                <w:smallCaps/>
                <w:noProof/>
                <w:sz w:val="40"/>
                <w:lang w:val="fr-FR"/>
              </w:rPr>
              <w:t>Faisons grandir Lyon !</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_Toc239852987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5</w:t>
            </w:r>
            <w:r w:rsidRPr="00E0074C">
              <w:rPr>
                <w:rFonts w:ascii="Arial" w:hAnsi="Arial"/>
                <w:b/>
                <w:noProof/>
                <w:webHidden/>
                <w:sz w:val="40"/>
              </w:rPr>
              <w:fldChar w:fldCharType="end"/>
            </w:r>
          </w:hyperlink>
        </w:p>
        <w:p w14:paraId="476E0792" w14:textId="55BD4BD8" w:rsidR="00E0074C" w:rsidRPr="00E0074C" w:rsidRDefault="00E0074C">
          <w:pPr>
            <w:pStyle w:val="TM1"/>
            <w:tabs>
              <w:tab w:val="right" w:leader="dot" w:pos="10188"/>
            </w:tabs>
            <w:rPr>
              <w:rFonts w:ascii="Arial" w:hAnsi="Arial"/>
              <w:b/>
              <w:noProof/>
              <w:sz w:val="40"/>
            </w:rPr>
          </w:pPr>
          <w:hyperlink w:anchor="_Toc239852988" w:history="1">
            <w:r w:rsidRPr="00E0074C">
              <w:rPr>
                <w:rStyle w:val="Lienhypertexte"/>
                <w:rFonts w:ascii="Arial" w:hAnsi="Arial"/>
                <w:b/>
                <w:noProof/>
                <w:sz w:val="40"/>
                <w:lang w:val="fr-FR"/>
              </w:rPr>
              <w:t>C'EST DANS L'ACTU</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_Toc239852988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8</w:t>
            </w:r>
            <w:r w:rsidRPr="00E0074C">
              <w:rPr>
                <w:rFonts w:ascii="Arial" w:hAnsi="Arial"/>
                <w:b/>
                <w:noProof/>
                <w:webHidden/>
                <w:sz w:val="40"/>
              </w:rPr>
              <w:fldChar w:fldCharType="end"/>
            </w:r>
          </w:hyperlink>
        </w:p>
        <w:p w14:paraId="63253DB6" w14:textId="3692F1DB" w:rsidR="00E0074C" w:rsidRPr="00E0074C" w:rsidRDefault="00E0074C">
          <w:pPr>
            <w:pStyle w:val="TM1"/>
            <w:tabs>
              <w:tab w:val="right" w:leader="dot" w:pos="10188"/>
            </w:tabs>
            <w:rPr>
              <w:rFonts w:ascii="Arial" w:hAnsi="Arial"/>
              <w:b/>
              <w:noProof/>
              <w:sz w:val="40"/>
            </w:rPr>
          </w:pPr>
          <w:hyperlink w:anchor="_Toc239852989" w:history="1">
            <w:r w:rsidRPr="00E0074C">
              <w:rPr>
                <w:rStyle w:val="Lienhypertexte"/>
                <w:rFonts w:ascii="Arial" w:hAnsi="Arial"/>
                <w:b/>
                <w:smallCaps/>
                <w:noProof/>
                <w:sz w:val="40"/>
                <w:lang w:val="fr-FR"/>
              </w:rPr>
              <w:t>En bref</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_Toc239852989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8</w:t>
            </w:r>
            <w:r w:rsidRPr="00E0074C">
              <w:rPr>
                <w:rFonts w:ascii="Arial" w:hAnsi="Arial"/>
                <w:b/>
                <w:noProof/>
                <w:webHidden/>
                <w:sz w:val="40"/>
              </w:rPr>
              <w:fldChar w:fldCharType="end"/>
            </w:r>
          </w:hyperlink>
        </w:p>
        <w:p w14:paraId="26BD4882" w14:textId="667E316E" w:rsidR="00E0074C" w:rsidRPr="00E0074C" w:rsidRDefault="00E0074C">
          <w:pPr>
            <w:pStyle w:val="TM1"/>
            <w:tabs>
              <w:tab w:val="right" w:leader="dot" w:pos="10188"/>
            </w:tabs>
            <w:rPr>
              <w:rFonts w:ascii="Arial" w:hAnsi="Arial"/>
              <w:b/>
              <w:noProof/>
              <w:sz w:val="40"/>
            </w:rPr>
          </w:pPr>
          <w:hyperlink w:anchor="_Toc239852990" w:history="1">
            <w:r w:rsidRPr="00E0074C">
              <w:rPr>
                <w:rStyle w:val="Lienhypertexte"/>
                <w:rFonts w:ascii="Arial" w:hAnsi="Arial"/>
                <w:b/>
                <w:noProof/>
                <w:sz w:val="40"/>
                <w:lang w:val="fr-FR"/>
              </w:rPr>
              <w:t>C'EST DANS L'ACTU</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_Toc239852990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12</w:t>
            </w:r>
            <w:r w:rsidRPr="00E0074C">
              <w:rPr>
                <w:rFonts w:ascii="Arial" w:hAnsi="Arial"/>
                <w:b/>
                <w:noProof/>
                <w:webHidden/>
                <w:sz w:val="40"/>
              </w:rPr>
              <w:fldChar w:fldCharType="end"/>
            </w:r>
          </w:hyperlink>
        </w:p>
        <w:p w14:paraId="46937174" w14:textId="06F427A0" w:rsidR="00E0074C" w:rsidRPr="00E0074C" w:rsidRDefault="00E0074C">
          <w:pPr>
            <w:pStyle w:val="TM1"/>
            <w:tabs>
              <w:tab w:val="right" w:leader="dot" w:pos="10188"/>
            </w:tabs>
            <w:rPr>
              <w:rFonts w:ascii="Arial" w:hAnsi="Arial"/>
              <w:b/>
              <w:noProof/>
              <w:sz w:val="40"/>
            </w:rPr>
          </w:pPr>
          <w:hyperlink w:anchor="_Toc239852991" w:history="1">
            <w:r w:rsidRPr="00E0074C">
              <w:rPr>
                <w:rStyle w:val="Lienhypertexte"/>
                <w:rFonts w:ascii="Arial" w:hAnsi="Arial"/>
                <w:b/>
                <w:smallCaps/>
                <w:noProof/>
                <w:sz w:val="40"/>
                <w:lang w:val="fr-FR"/>
              </w:rPr>
              <w:t>En octobre, Explore ta santé</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_Toc239852991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12</w:t>
            </w:r>
            <w:r w:rsidRPr="00E0074C">
              <w:rPr>
                <w:rFonts w:ascii="Arial" w:hAnsi="Arial"/>
                <w:b/>
                <w:noProof/>
                <w:webHidden/>
                <w:sz w:val="40"/>
              </w:rPr>
              <w:fldChar w:fldCharType="end"/>
            </w:r>
          </w:hyperlink>
        </w:p>
        <w:p w14:paraId="21743AE5" w14:textId="36FEB080" w:rsidR="00E0074C" w:rsidRPr="00E0074C" w:rsidRDefault="00E0074C">
          <w:pPr>
            <w:pStyle w:val="TM1"/>
            <w:tabs>
              <w:tab w:val="right" w:leader="dot" w:pos="10188"/>
            </w:tabs>
            <w:rPr>
              <w:rFonts w:ascii="Arial" w:hAnsi="Arial"/>
              <w:b/>
              <w:noProof/>
              <w:sz w:val="40"/>
            </w:rPr>
          </w:pPr>
          <w:hyperlink w:anchor="_Toc239852992" w:history="1">
            <w:r w:rsidRPr="00E0074C">
              <w:rPr>
                <w:rStyle w:val="Lienhypertexte"/>
                <w:rFonts w:ascii="Arial" w:hAnsi="Arial"/>
                <w:b/>
                <w:noProof/>
                <w:sz w:val="40"/>
                <w:lang w:val="fr-FR"/>
              </w:rPr>
              <w:t>C'EST DANS L'ACTU</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_Toc239852992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17</w:t>
            </w:r>
            <w:r w:rsidRPr="00E0074C">
              <w:rPr>
                <w:rFonts w:ascii="Arial" w:hAnsi="Arial"/>
                <w:b/>
                <w:noProof/>
                <w:webHidden/>
                <w:sz w:val="40"/>
              </w:rPr>
              <w:fldChar w:fldCharType="end"/>
            </w:r>
          </w:hyperlink>
        </w:p>
        <w:p w14:paraId="03042F2C" w14:textId="3AF20901" w:rsidR="00E0074C" w:rsidRPr="00E0074C" w:rsidRDefault="00E0074C">
          <w:pPr>
            <w:pStyle w:val="TM1"/>
            <w:tabs>
              <w:tab w:val="right" w:leader="dot" w:pos="10188"/>
            </w:tabs>
            <w:rPr>
              <w:rFonts w:ascii="Arial" w:hAnsi="Arial"/>
              <w:b/>
              <w:noProof/>
              <w:sz w:val="40"/>
            </w:rPr>
          </w:pPr>
          <w:hyperlink w:anchor="_Toc239852993" w:history="1">
            <w:r w:rsidRPr="00E0074C">
              <w:rPr>
                <w:rStyle w:val="Lienhypertexte"/>
                <w:rFonts w:ascii="Arial" w:hAnsi="Arial"/>
                <w:b/>
                <w:smallCaps/>
                <w:noProof/>
                <w:sz w:val="40"/>
                <w:lang w:val="fr-FR"/>
              </w:rPr>
              <w:t>À Lyon, les enfants s'impliquent</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_Toc239852993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17</w:t>
            </w:r>
            <w:r w:rsidRPr="00E0074C">
              <w:rPr>
                <w:rFonts w:ascii="Arial" w:hAnsi="Arial"/>
                <w:b/>
                <w:noProof/>
                <w:webHidden/>
                <w:sz w:val="40"/>
              </w:rPr>
              <w:fldChar w:fldCharType="end"/>
            </w:r>
          </w:hyperlink>
        </w:p>
        <w:p w14:paraId="52926581" w14:textId="0CAF6B3D" w:rsidR="00E0074C" w:rsidRPr="00E0074C" w:rsidRDefault="00E0074C">
          <w:pPr>
            <w:pStyle w:val="TM1"/>
            <w:tabs>
              <w:tab w:val="right" w:leader="dot" w:pos="10188"/>
            </w:tabs>
            <w:rPr>
              <w:rFonts w:ascii="Arial" w:hAnsi="Arial"/>
              <w:b/>
              <w:noProof/>
              <w:sz w:val="40"/>
            </w:rPr>
          </w:pPr>
          <w:hyperlink w:anchor="_Toc239852994" w:history="1">
            <w:r w:rsidRPr="00E0074C">
              <w:rPr>
                <w:rStyle w:val="Lienhypertexte"/>
                <w:rFonts w:ascii="Arial" w:hAnsi="Arial"/>
                <w:b/>
                <w:noProof/>
                <w:sz w:val="40"/>
                <w:lang w:val="fr-FR"/>
              </w:rPr>
              <w:t>C'EST DANS L'ACTU</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_Toc239852994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20</w:t>
            </w:r>
            <w:r w:rsidRPr="00E0074C">
              <w:rPr>
                <w:rFonts w:ascii="Arial" w:hAnsi="Arial"/>
                <w:b/>
                <w:noProof/>
                <w:webHidden/>
                <w:sz w:val="40"/>
              </w:rPr>
              <w:fldChar w:fldCharType="end"/>
            </w:r>
          </w:hyperlink>
        </w:p>
        <w:p w14:paraId="554CDA62" w14:textId="7D08D943" w:rsidR="00E0074C" w:rsidRPr="00E0074C" w:rsidRDefault="00E0074C">
          <w:pPr>
            <w:pStyle w:val="TM1"/>
            <w:tabs>
              <w:tab w:val="right" w:leader="dot" w:pos="10188"/>
            </w:tabs>
            <w:rPr>
              <w:rFonts w:ascii="Arial" w:hAnsi="Arial"/>
              <w:b/>
              <w:noProof/>
              <w:sz w:val="40"/>
            </w:rPr>
          </w:pPr>
          <w:hyperlink w:anchor="_Toc239852995" w:history="1">
            <w:r w:rsidRPr="00E0074C">
              <w:rPr>
                <w:rStyle w:val="Lienhypertexte"/>
                <w:rFonts w:ascii="Arial" w:hAnsi="Arial"/>
                <w:b/>
                <w:smallCaps/>
                <w:noProof/>
                <w:sz w:val="40"/>
                <w:lang w:val="fr-FR"/>
              </w:rPr>
              <w:t>Lyon, ville olympique !</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_Toc239852995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20</w:t>
            </w:r>
            <w:r w:rsidRPr="00E0074C">
              <w:rPr>
                <w:rFonts w:ascii="Arial" w:hAnsi="Arial"/>
                <w:b/>
                <w:noProof/>
                <w:webHidden/>
                <w:sz w:val="40"/>
              </w:rPr>
              <w:fldChar w:fldCharType="end"/>
            </w:r>
          </w:hyperlink>
        </w:p>
        <w:p w14:paraId="0062CE40" w14:textId="7906EA88" w:rsidR="00E0074C" w:rsidRPr="00E0074C" w:rsidRDefault="00E0074C">
          <w:pPr>
            <w:pStyle w:val="TM1"/>
            <w:tabs>
              <w:tab w:val="right" w:leader="dot" w:pos="10188"/>
            </w:tabs>
            <w:rPr>
              <w:rFonts w:ascii="Arial" w:hAnsi="Arial"/>
              <w:b/>
              <w:noProof/>
              <w:sz w:val="40"/>
            </w:rPr>
          </w:pPr>
          <w:hyperlink w:anchor="_Toc239852996" w:history="1">
            <w:r w:rsidRPr="00E0074C">
              <w:rPr>
                <w:rStyle w:val="Lienhypertexte"/>
                <w:rFonts w:ascii="Arial" w:hAnsi="Arial"/>
                <w:b/>
                <w:noProof/>
                <w:sz w:val="40"/>
                <w:lang w:val="fr-FR"/>
              </w:rPr>
              <w:t>C’EST DANS L’ACTU</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_Toc239852996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23</w:t>
            </w:r>
            <w:r w:rsidRPr="00E0074C">
              <w:rPr>
                <w:rFonts w:ascii="Arial" w:hAnsi="Arial"/>
                <w:b/>
                <w:noProof/>
                <w:webHidden/>
                <w:sz w:val="40"/>
              </w:rPr>
              <w:fldChar w:fldCharType="end"/>
            </w:r>
          </w:hyperlink>
        </w:p>
        <w:p w14:paraId="698F2F42" w14:textId="2341792E" w:rsidR="00E0074C" w:rsidRPr="00E0074C" w:rsidRDefault="00E0074C">
          <w:pPr>
            <w:pStyle w:val="TM1"/>
            <w:tabs>
              <w:tab w:val="right" w:leader="dot" w:pos="10188"/>
            </w:tabs>
            <w:rPr>
              <w:rFonts w:ascii="Arial" w:hAnsi="Arial"/>
              <w:b/>
              <w:noProof/>
              <w:sz w:val="40"/>
            </w:rPr>
          </w:pPr>
          <w:hyperlink w:anchor="_Toc239852997" w:history="1">
            <w:r w:rsidRPr="00E0074C">
              <w:rPr>
                <w:rStyle w:val="Lienhypertexte"/>
                <w:rFonts w:ascii="Arial" w:hAnsi="Arial"/>
                <w:b/>
                <w:smallCaps/>
                <w:noProof/>
                <w:sz w:val="40"/>
                <w:lang w:val="fr-FR"/>
              </w:rPr>
              <w:t>Police municipale : le dialogue et la proximité au rendez-vous</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_Toc239852997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23</w:t>
            </w:r>
            <w:r w:rsidRPr="00E0074C">
              <w:rPr>
                <w:rFonts w:ascii="Arial" w:hAnsi="Arial"/>
                <w:b/>
                <w:noProof/>
                <w:webHidden/>
                <w:sz w:val="40"/>
              </w:rPr>
              <w:fldChar w:fldCharType="end"/>
            </w:r>
          </w:hyperlink>
        </w:p>
        <w:p w14:paraId="3514F828" w14:textId="28B836FF" w:rsidR="00E0074C" w:rsidRPr="00E0074C" w:rsidRDefault="00E0074C">
          <w:pPr>
            <w:pStyle w:val="TM1"/>
            <w:tabs>
              <w:tab w:val="right" w:leader="dot" w:pos="10188"/>
            </w:tabs>
            <w:rPr>
              <w:rFonts w:ascii="Arial" w:hAnsi="Arial"/>
              <w:b/>
              <w:noProof/>
              <w:sz w:val="40"/>
            </w:rPr>
          </w:pPr>
          <w:hyperlink w:anchor="_Toc239852998" w:history="1">
            <w:r w:rsidRPr="00E0074C">
              <w:rPr>
                <w:rStyle w:val="Lienhypertexte"/>
                <w:rFonts w:ascii="Arial" w:hAnsi="Arial"/>
                <w:b/>
                <w:noProof/>
                <w:sz w:val="40"/>
                <w:lang w:val="fr-FR"/>
              </w:rPr>
              <w:t>LE DOSSIER</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_Toc239852998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27</w:t>
            </w:r>
            <w:r w:rsidRPr="00E0074C">
              <w:rPr>
                <w:rFonts w:ascii="Arial" w:hAnsi="Arial"/>
                <w:b/>
                <w:noProof/>
                <w:webHidden/>
                <w:sz w:val="40"/>
              </w:rPr>
              <w:fldChar w:fldCharType="end"/>
            </w:r>
          </w:hyperlink>
        </w:p>
        <w:p w14:paraId="0080DE18" w14:textId="4EB567BB" w:rsidR="00E0074C" w:rsidRPr="00E0074C" w:rsidRDefault="00E0074C">
          <w:pPr>
            <w:pStyle w:val="TM1"/>
            <w:tabs>
              <w:tab w:val="right" w:leader="dot" w:pos="10188"/>
            </w:tabs>
            <w:rPr>
              <w:rFonts w:ascii="Arial" w:hAnsi="Arial"/>
              <w:b/>
              <w:noProof/>
              <w:sz w:val="40"/>
            </w:rPr>
          </w:pPr>
          <w:hyperlink w:anchor="_Toc239852999" w:history="1">
            <w:r w:rsidRPr="00E0074C">
              <w:rPr>
                <w:rStyle w:val="Lienhypertexte"/>
                <w:rFonts w:ascii="Arial" w:hAnsi="Arial"/>
                <w:b/>
                <w:smallCaps/>
                <w:noProof/>
                <w:sz w:val="40"/>
                <w:lang w:val="fr-FR"/>
              </w:rPr>
              <w:t>Lyon fait sa rentrée</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_Toc239852999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27</w:t>
            </w:r>
            <w:r w:rsidRPr="00E0074C">
              <w:rPr>
                <w:rFonts w:ascii="Arial" w:hAnsi="Arial"/>
                <w:b/>
                <w:noProof/>
                <w:webHidden/>
                <w:sz w:val="40"/>
              </w:rPr>
              <w:fldChar w:fldCharType="end"/>
            </w:r>
          </w:hyperlink>
        </w:p>
        <w:p w14:paraId="6AD4DDBD" w14:textId="1E3CEC98" w:rsidR="00E0074C" w:rsidRPr="00E0074C" w:rsidRDefault="00E0074C">
          <w:pPr>
            <w:pStyle w:val="TM1"/>
            <w:tabs>
              <w:tab w:val="right" w:leader="dot" w:pos="10188"/>
            </w:tabs>
            <w:rPr>
              <w:rFonts w:ascii="Arial" w:hAnsi="Arial"/>
              <w:b/>
              <w:noProof/>
              <w:sz w:val="40"/>
            </w:rPr>
          </w:pPr>
          <w:hyperlink w:anchor="_Toc239853000" w:history="1">
            <w:r w:rsidRPr="00E0074C">
              <w:rPr>
                <w:rStyle w:val="Lienhypertexte"/>
                <w:rFonts w:ascii="Arial" w:hAnsi="Arial"/>
                <w:b/>
                <w:noProof/>
                <w:sz w:val="40"/>
                <w:lang w:val="fr-FR"/>
              </w:rPr>
              <w:t>LE DOSSIER</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_Toc239853000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30</w:t>
            </w:r>
            <w:r w:rsidRPr="00E0074C">
              <w:rPr>
                <w:rFonts w:ascii="Arial" w:hAnsi="Arial"/>
                <w:b/>
                <w:noProof/>
                <w:webHidden/>
                <w:sz w:val="40"/>
              </w:rPr>
              <w:fldChar w:fldCharType="end"/>
            </w:r>
          </w:hyperlink>
        </w:p>
        <w:p w14:paraId="034B7D26" w14:textId="085A6F47" w:rsidR="00E0074C" w:rsidRPr="00E0074C" w:rsidRDefault="00E0074C">
          <w:pPr>
            <w:pStyle w:val="TM1"/>
            <w:tabs>
              <w:tab w:val="right" w:leader="dot" w:pos="10188"/>
            </w:tabs>
            <w:rPr>
              <w:rFonts w:ascii="Arial" w:hAnsi="Arial"/>
              <w:b/>
              <w:noProof/>
              <w:sz w:val="40"/>
            </w:rPr>
          </w:pPr>
          <w:hyperlink w:anchor="_Toc239853001" w:history="1">
            <w:r w:rsidRPr="00E0074C">
              <w:rPr>
                <w:rStyle w:val="Lienhypertexte"/>
                <w:rFonts w:ascii="Arial" w:hAnsi="Arial"/>
                <w:b/>
                <w:smallCaps/>
                <w:noProof/>
                <w:sz w:val="40"/>
                <w:lang w:val="fr-FR"/>
              </w:rPr>
              <w:t>Bonne année scolaire à tous les enfants !</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_Toc239853001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30</w:t>
            </w:r>
            <w:r w:rsidRPr="00E0074C">
              <w:rPr>
                <w:rFonts w:ascii="Arial" w:hAnsi="Arial"/>
                <w:b/>
                <w:noProof/>
                <w:webHidden/>
                <w:sz w:val="40"/>
              </w:rPr>
              <w:fldChar w:fldCharType="end"/>
            </w:r>
          </w:hyperlink>
        </w:p>
        <w:p w14:paraId="020CBF99" w14:textId="0E3C018F" w:rsidR="00E0074C" w:rsidRPr="00E0074C" w:rsidRDefault="00E0074C">
          <w:pPr>
            <w:pStyle w:val="TM1"/>
            <w:tabs>
              <w:tab w:val="right" w:leader="dot" w:pos="10188"/>
            </w:tabs>
            <w:rPr>
              <w:rFonts w:ascii="Arial" w:hAnsi="Arial"/>
              <w:b/>
              <w:noProof/>
              <w:sz w:val="40"/>
            </w:rPr>
          </w:pPr>
          <w:hyperlink w:anchor="_Toc239853002" w:history="1">
            <w:r w:rsidRPr="00E0074C">
              <w:rPr>
                <w:rStyle w:val="Lienhypertexte"/>
                <w:rFonts w:ascii="Arial" w:hAnsi="Arial"/>
                <w:b/>
                <w:noProof/>
                <w:sz w:val="40"/>
                <w:lang w:val="fr-FR"/>
              </w:rPr>
              <w:t>LE DOSSIER</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_Toc239853002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33</w:t>
            </w:r>
            <w:r w:rsidRPr="00E0074C">
              <w:rPr>
                <w:rFonts w:ascii="Arial" w:hAnsi="Arial"/>
                <w:b/>
                <w:noProof/>
                <w:webHidden/>
                <w:sz w:val="40"/>
              </w:rPr>
              <w:fldChar w:fldCharType="end"/>
            </w:r>
          </w:hyperlink>
        </w:p>
        <w:p w14:paraId="3E1F0B2E" w14:textId="4256B558" w:rsidR="00E0074C" w:rsidRPr="00E0074C" w:rsidRDefault="00E0074C">
          <w:pPr>
            <w:pStyle w:val="TM1"/>
            <w:tabs>
              <w:tab w:val="right" w:leader="dot" w:pos="10188"/>
            </w:tabs>
            <w:rPr>
              <w:rFonts w:ascii="Arial" w:hAnsi="Arial"/>
              <w:b/>
              <w:noProof/>
              <w:sz w:val="40"/>
            </w:rPr>
          </w:pPr>
          <w:hyperlink w:anchor="_Toc239853003" w:history="1">
            <w:r w:rsidRPr="00E0074C">
              <w:rPr>
                <w:rStyle w:val="Lienhypertexte"/>
                <w:rFonts w:ascii="Arial" w:hAnsi="Arial"/>
                <w:b/>
                <w:smallCaps/>
                <w:noProof/>
                <w:sz w:val="40"/>
                <w:lang w:val="fr-FR"/>
              </w:rPr>
              <w:t>Il va y avoir du sport !</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_Toc239853003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33</w:t>
            </w:r>
            <w:r w:rsidRPr="00E0074C">
              <w:rPr>
                <w:rFonts w:ascii="Arial" w:hAnsi="Arial"/>
                <w:b/>
                <w:noProof/>
                <w:webHidden/>
                <w:sz w:val="40"/>
              </w:rPr>
              <w:fldChar w:fldCharType="end"/>
            </w:r>
          </w:hyperlink>
        </w:p>
        <w:p w14:paraId="47FCAFD5" w14:textId="7655D13D" w:rsidR="00E0074C" w:rsidRPr="00E0074C" w:rsidRDefault="00E0074C">
          <w:pPr>
            <w:pStyle w:val="TM1"/>
            <w:tabs>
              <w:tab w:val="right" w:leader="dot" w:pos="10188"/>
            </w:tabs>
            <w:rPr>
              <w:rFonts w:ascii="Arial" w:hAnsi="Arial"/>
              <w:b/>
              <w:noProof/>
              <w:sz w:val="40"/>
            </w:rPr>
          </w:pPr>
          <w:hyperlink w:anchor="_Toc239853004" w:history="1">
            <w:r w:rsidRPr="00E0074C">
              <w:rPr>
                <w:rStyle w:val="Lienhypertexte"/>
                <w:rFonts w:ascii="Arial" w:hAnsi="Arial"/>
                <w:b/>
                <w:noProof/>
                <w:sz w:val="40"/>
                <w:lang w:val="fr-FR"/>
              </w:rPr>
              <w:t>LE DOSSIER</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_Toc239853004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36</w:t>
            </w:r>
            <w:r w:rsidRPr="00E0074C">
              <w:rPr>
                <w:rFonts w:ascii="Arial" w:hAnsi="Arial"/>
                <w:b/>
                <w:noProof/>
                <w:webHidden/>
                <w:sz w:val="40"/>
              </w:rPr>
              <w:fldChar w:fldCharType="end"/>
            </w:r>
          </w:hyperlink>
        </w:p>
        <w:p w14:paraId="43F2658E" w14:textId="6D29659B" w:rsidR="00E0074C" w:rsidRPr="00E0074C" w:rsidRDefault="00E0074C">
          <w:pPr>
            <w:pStyle w:val="TM1"/>
            <w:tabs>
              <w:tab w:val="right" w:leader="dot" w:pos="10188"/>
            </w:tabs>
            <w:rPr>
              <w:rFonts w:ascii="Arial" w:hAnsi="Arial"/>
              <w:b/>
              <w:noProof/>
              <w:sz w:val="40"/>
            </w:rPr>
          </w:pPr>
          <w:hyperlink w:anchor="_Toc239853005" w:history="1">
            <w:r w:rsidRPr="00E0074C">
              <w:rPr>
                <w:rStyle w:val="Lienhypertexte"/>
                <w:rFonts w:ascii="Arial" w:hAnsi="Arial"/>
                <w:b/>
                <w:smallCaps/>
                <w:noProof/>
                <w:sz w:val="40"/>
                <w:lang w:val="fr-FR"/>
              </w:rPr>
              <w:t>Les bibliothèques, paradis des curieux</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_Toc239853005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36</w:t>
            </w:r>
            <w:r w:rsidRPr="00E0074C">
              <w:rPr>
                <w:rFonts w:ascii="Arial" w:hAnsi="Arial"/>
                <w:b/>
                <w:noProof/>
                <w:webHidden/>
                <w:sz w:val="40"/>
              </w:rPr>
              <w:fldChar w:fldCharType="end"/>
            </w:r>
          </w:hyperlink>
        </w:p>
        <w:p w14:paraId="452ED6FF" w14:textId="73762645" w:rsidR="00E0074C" w:rsidRPr="00E0074C" w:rsidRDefault="00E0074C">
          <w:pPr>
            <w:pStyle w:val="TM1"/>
            <w:tabs>
              <w:tab w:val="right" w:leader="dot" w:pos="10188"/>
            </w:tabs>
            <w:rPr>
              <w:rFonts w:ascii="Arial" w:hAnsi="Arial"/>
              <w:b/>
              <w:noProof/>
              <w:sz w:val="40"/>
            </w:rPr>
          </w:pPr>
          <w:hyperlink w:anchor="_Toc239853006" w:history="1">
            <w:r w:rsidRPr="00E0074C">
              <w:rPr>
                <w:rStyle w:val="Lienhypertexte"/>
                <w:rFonts w:ascii="Arial" w:hAnsi="Arial"/>
                <w:b/>
                <w:noProof/>
                <w:sz w:val="40"/>
                <w:lang w:val="fr-FR"/>
              </w:rPr>
              <w:t>LE DOSSIER</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_Toc239853006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39</w:t>
            </w:r>
            <w:r w:rsidRPr="00E0074C">
              <w:rPr>
                <w:rFonts w:ascii="Arial" w:hAnsi="Arial"/>
                <w:b/>
                <w:noProof/>
                <w:webHidden/>
                <w:sz w:val="40"/>
              </w:rPr>
              <w:fldChar w:fldCharType="end"/>
            </w:r>
          </w:hyperlink>
        </w:p>
        <w:p w14:paraId="30FAC962" w14:textId="22035FC8" w:rsidR="00E0074C" w:rsidRPr="00E0074C" w:rsidRDefault="00E0074C">
          <w:pPr>
            <w:pStyle w:val="TM1"/>
            <w:tabs>
              <w:tab w:val="right" w:leader="dot" w:pos="10188"/>
            </w:tabs>
            <w:rPr>
              <w:rFonts w:ascii="Arial" w:hAnsi="Arial"/>
              <w:b/>
              <w:noProof/>
              <w:sz w:val="40"/>
            </w:rPr>
          </w:pPr>
          <w:hyperlink w:anchor="_Toc239853007" w:history="1">
            <w:r w:rsidRPr="00E0074C">
              <w:rPr>
                <w:rStyle w:val="Lienhypertexte"/>
                <w:rFonts w:ascii="Arial" w:hAnsi="Arial"/>
                <w:b/>
                <w:smallCaps/>
                <w:noProof/>
                <w:sz w:val="40"/>
                <w:lang w:val="fr-FR"/>
              </w:rPr>
              <w:t>La rentrée, temps fort culturel</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_Toc239853007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39</w:t>
            </w:r>
            <w:r w:rsidRPr="00E0074C">
              <w:rPr>
                <w:rFonts w:ascii="Arial" w:hAnsi="Arial"/>
                <w:b/>
                <w:noProof/>
                <w:webHidden/>
                <w:sz w:val="40"/>
              </w:rPr>
              <w:fldChar w:fldCharType="end"/>
            </w:r>
          </w:hyperlink>
        </w:p>
        <w:p w14:paraId="200C78CA" w14:textId="66A2E651" w:rsidR="00E0074C" w:rsidRPr="00E0074C" w:rsidRDefault="00E0074C">
          <w:pPr>
            <w:pStyle w:val="TM1"/>
            <w:tabs>
              <w:tab w:val="right" w:leader="dot" w:pos="10188"/>
            </w:tabs>
            <w:rPr>
              <w:rFonts w:ascii="Arial" w:hAnsi="Arial"/>
              <w:b/>
              <w:noProof/>
              <w:sz w:val="40"/>
            </w:rPr>
          </w:pPr>
          <w:hyperlink w:anchor="_Toc239853008" w:history="1">
            <w:r w:rsidRPr="00E0074C">
              <w:rPr>
                <w:rStyle w:val="Lienhypertexte"/>
                <w:rFonts w:ascii="Arial" w:hAnsi="Arial"/>
                <w:b/>
                <w:noProof/>
                <w:sz w:val="40"/>
              </w:rPr>
              <w:t>ON SORT!</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_Toc239853008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43</w:t>
            </w:r>
            <w:r w:rsidRPr="00E0074C">
              <w:rPr>
                <w:rFonts w:ascii="Arial" w:hAnsi="Arial"/>
                <w:b/>
                <w:noProof/>
                <w:webHidden/>
                <w:sz w:val="40"/>
              </w:rPr>
              <w:fldChar w:fldCharType="end"/>
            </w:r>
          </w:hyperlink>
        </w:p>
        <w:p w14:paraId="19829C1A" w14:textId="1F981CE8" w:rsidR="00E0074C" w:rsidRPr="00E0074C" w:rsidRDefault="00E0074C">
          <w:pPr>
            <w:pStyle w:val="TM1"/>
            <w:tabs>
              <w:tab w:val="right" w:leader="dot" w:pos="10188"/>
            </w:tabs>
            <w:rPr>
              <w:rFonts w:ascii="Arial" w:hAnsi="Arial"/>
              <w:b/>
              <w:noProof/>
              <w:sz w:val="40"/>
            </w:rPr>
          </w:pPr>
          <w:hyperlink w:anchor="_Toc239853009" w:history="1">
            <w:r w:rsidRPr="00E0074C">
              <w:rPr>
                <w:rStyle w:val="Lienhypertexte"/>
                <w:rFonts w:ascii="Arial" w:hAnsi="Arial"/>
                <w:b/>
                <w:noProof/>
                <w:sz w:val="40"/>
                <w:lang w:val="fr-FR"/>
              </w:rPr>
              <w:t>ON SORT !</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_Toc239853009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50</w:t>
            </w:r>
            <w:r w:rsidRPr="00E0074C">
              <w:rPr>
                <w:rFonts w:ascii="Arial" w:hAnsi="Arial"/>
                <w:b/>
                <w:noProof/>
                <w:webHidden/>
                <w:sz w:val="40"/>
              </w:rPr>
              <w:fldChar w:fldCharType="end"/>
            </w:r>
          </w:hyperlink>
        </w:p>
        <w:p w14:paraId="42AB4632" w14:textId="0A2B6D1D" w:rsidR="00E0074C" w:rsidRPr="00E0074C" w:rsidRDefault="00E0074C">
          <w:pPr>
            <w:pStyle w:val="TM1"/>
            <w:tabs>
              <w:tab w:val="right" w:leader="dot" w:pos="10188"/>
            </w:tabs>
            <w:rPr>
              <w:rFonts w:ascii="Arial" w:hAnsi="Arial"/>
              <w:b/>
              <w:noProof/>
              <w:sz w:val="40"/>
            </w:rPr>
          </w:pPr>
          <w:hyperlink w:anchor="_Toc239853010" w:history="1">
            <w:r w:rsidRPr="00E0074C">
              <w:rPr>
                <w:rStyle w:val="Lienhypertexte"/>
                <w:rFonts w:ascii="Arial" w:hAnsi="Arial"/>
                <w:b/>
                <w:smallCaps/>
                <w:noProof/>
                <w:sz w:val="40"/>
                <w:lang w:val="fr-FR"/>
              </w:rPr>
              <w:t>Agenda</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_Toc239853010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50</w:t>
            </w:r>
            <w:r w:rsidRPr="00E0074C">
              <w:rPr>
                <w:rFonts w:ascii="Arial" w:hAnsi="Arial"/>
                <w:b/>
                <w:noProof/>
                <w:webHidden/>
                <w:sz w:val="40"/>
              </w:rPr>
              <w:fldChar w:fldCharType="end"/>
            </w:r>
          </w:hyperlink>
        </w:p>
        <w:p w14:paraId="3FB0C135" w14:textId="55228693" w:rsidR="00E0074C" w:rsidRPr="00E0074C" w:rsidRDefault="00E0074C">
          <w:pPr>
            <w:pStyle w:val="TM1"/>
            <w:tabs>
              <w:tab w:val="right" w:leader="dot" w:pos="10188"/>
            </w:tabs>
            <w:rPr>
              <w:rFonts w:ascii="Arial" w:hAnsi="Arial"/>
              <w:b/>
              <w:noProof/>
              <w:sz w:val="40"/>
            </w:rPr>
          </w:pPr>
          <w:hyperlink w:anchor="_Toc239853011" w:history="1">
            <w:r w:rsidRPr="00E0074C">
              <w:rPr>
                <w:rStyle w:val="Lienhypertexte"/>
                <w:rFonts w:ascii="Arial" w:hAnsi="Arial"/>
                <w:b/>
                <w:noProof/>
                <w:sz w:val="40"/>
                <w:lang w:val="fr-FR"/>
              </w:rPr>
              <w:t>C'EST DANS VOTRE QUARTIER</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_Toc239853011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54</w:t>
            </w:r>
            <w:r w:rsidRPr="00E0074C">
              <w:rPr>
                <w:rFonts w:ascii="Arial" w:hAnsi="Arial"/>
                <w:b/>
                <w:noProof/>
                <w:webHidden/>
                <w:sz w:val="40"/>
              </w:rPr>
              <w:fldChar w:fldCharType="end"/>
            </w:r>
          </w:hyperlink>
        </w:p>
        <w:p w14:paraId="7AF0EE4F" w14:textId="72EC124C" w:rsidR="00E0074C" w:rsidRPr="00E0074C" w:rsidRDefault="00E0074C">
          <w:pPr>
            <w:pStyle w:val="TM1"/>
            <w:tabs>
              <w:tab w:val="right" w:leader="dot" w:pos="10188"/>
            </w:tabs>
            <w:rPr>
              <w:rFonts w:ascii="Arial" w:hAnsi="Arial"/>
              <w:b/>
              <w:noProof/>
              <w:sz w:val="40"/>
            </w:rPr>
          </w:pPr>
          <w:hyperlink w:anchor="_Toc239853012" w:history="1">
            <w:r w:rsidRPr="00E0074C">
              <w:rPr>
                <w:rStyle w:val="Lienhypertexte"/>
                <w:rFonts w:ascii="Arial" w:hAnsi="Arial"/>
                <w:b/>
                <w:smallCaps/>
                <w:noProof/>
                <w:sz w:val="40"/>
                <w:lang w:val="fr-FR"/>
              </w:rPr>
              <w:t>Dans ma rue</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_Toc239853012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54</w:t>
            </w:r>
            <w:r w:rsidRPr="00E0074C">
              <w:rPr>
                <w:rFonts w:ascii="Arial" w:hAnsi="Arial"/>
                <w:b/>
                <w:noProof/>
                <w:webHidden/>
                <w:sz w:val="40"/>
              </w:rPr>
              <w:fldChar w:fldCharType="end"/>
            </w:r>
          </w:hyperlink>
        </w:p>
        <w:p w14:paraId="07F347A9" w14:textId="01DFF306" w:rsidR="00E0074C" w:rsidRPr="00E0074C" w:rsidRDefault="00E0074C">
          <w:pPr>
            <w:pStyle w:val="TM1"/>
            <w:tabs>
              <w:tab w:val="right" w:leader="dot" w:pos="10188"/>
            </w:tabs>
            <w:rPr>
              <w:rFonts w:ascii="Arial" w:hAnsi="Arial"/>
              <w:b/>
              <w:noProof/>
              <w:sz w:val="40"/>
            </w:rPr>
          </w:pPr>
          <w:hyperlink w:anchor="_Toc239853013" w:history="1">
            <w:r w:rsidRPr="00E0074C">
              <w:rPr>
                <w:rStyle w:val="Lienhypertexte"/>
                <w:rFonts w:ascii="Arial" w:hAnsi="Arial"/>
                <w:b/>
                <w:noProof/>
                <w:sz w:val="40"/>
                <w:lang w:val="fr-FR"/>
              </w:rPr>
              <w:t>C'EST DANS VOTRE QUARTIER</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_Toc239853013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60</w:t>
            </w:r>
            <w:r w:rsidRPr="00E0074C">
              <w:rPr>
                <w:rFonts w:ascii="Arial" w:hAnsi="Arial"/>
                <w:b/>
                <w:noProof/>
                <w:webHidden/>
                <w:sz w:val="40"/>
              </w:rPr>
              <w:fldChar w:fldCharType="end"/>
            </w:r>
          </w:hyperlink>
        </w:p>
        <w:p w14:paraId="1B10D4B8" w14:textId="10233D8B" w:rsidR="00E0074C" w:rsidRPr="00E0074C" w:rsidRDefault="00E0074C">
          <w:pPr>
            <w:pStyle w:val="TM1"/>
            <w:tabs>
              <w:tab w:val="right" w:leader="dot" w:pos="10188"/>
            </w:tabs>
            <w:rPr>
              <w:rFonts w:ascii="Arial" w:hAnsi="Arial"/>
              <w:b/>
              <w:noProof/>
              <w:sz w:val="40"/>
            </w:rPr>
          </w:pPr>
          <w:hyperlink w:anchor="_Toc239853014" w:history="1">
            <w:r w:rsidRPr="00E0074C">
              <w:rPr>
                <w:rStyle w:val="Lienhypertexte"/>
                <w:rFonts w:ascii="Arial" w:hAnsi="Arial"/>
                <w:b/>
                <w:smallCaps/>
                <w:noProof/>
                <w:sz w:val="40"/>
                <w:lang w:val="fr-FR"/>
              </w:rPr>
              <w:t>Tout Lyon</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_Toc239853014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60</w:t>
            </w:r>
            <w:r w:rsidRPr="00E0074C">
              <w:rPr>
                <w:rFonts w:ascii="Arial" w:hAnsi="Arial"/>
                <w:b/>
                <w:noProof/>
                <w:webHidden/>
                <w:sz w:val="40"/>
              </w:rPr>
              <w:fldChar w:fldCharType="end"/>
            </w:r>
          </w:hyperlink>
        </w:p>
        <w:p w14:paraId="6FBD64C4" w14:textId="26AFCD08" w:rsidR="00E0074C" w:rsidRPr="00E0074C" w:rsidRDefault="00E0074C">
          <w:pPr>
            <w:pStyle w:val="TM1"/>
            <w:tabs>
              <w:tab w:val="right" w:leader="dot" w:pos="10188"/>
            </w:tabs>
            <w:rPr>
              <w:rFonts w:ascii="Arial" w:hAnsi="Arial"/>
              <w:b/>
              <w:noProof/>
              <w:sz w:val="40"/>
            </w:rPr>
          </w:pPr>
          <w:hyperlink w:anchor="_Toc239853015" w:history="1">
            <w:r w:rsidRPr="00E0074C">
              <w:rPr>
                <w:rStyle w:val="Lienhypertexte"/>
                <w:rFonts w:ascii="Arial" w:hAnsi="Arial"/>
                <w:b/>
                <w:noProof/>
                <w:sz w:val="40"/>
                <w:lang w:val="fr-FR"/>
              </w:rPr>
              <w:t>C'EST DANS VOTRE QUARTIER</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_Toc239853015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63</w:t>
            </w:r>
            <w:r w:rsidRPr="00E0074C">
              <w:rPr>
                <w:rFonts w:ascii="Arial" w:hAnsi="Arial"/>
                <w:b/>
                <w:noProof/>
                <w:webHidden/>
                <w:sz w:val="40"/>
              </w:rPr>
              <w:fldChar w:fldCharType="end"/>
            </w:r>
          </w:hyperlink>
        </w:p>
        <w:p w14:paraId="4FCFAFCF" w14:textId="1EC51C28" w:rsidR="00E0074C" w:rsidRPr="00E0074C" w:rsidRDefault="00E0074C">
          <w:pPr>
            <w:pStyle w:val="TM1"/>
            <w:tabs>
              <w:tab w:val="right" w:leader="dot" w:pos="10188"/>
            </w:tabs>
            <w:rPr>
              <w:rFonts w:ascii="Arial" w:hAnsi="Arial"/>
              <w:b/>
              <w:noProof/>
              <w:sz w:val="40"/>
            </w:rPr>
          </w:pPr>
          <w:hyperlink w:anchor="_Toc239853016" w:history="1">
            <w:r w:rsidRPr="00E0074C">
              <w:rPr>
                <w:rStyle w:val="Lienhypertexte"/>
                <w:rFonts w:ascii="Arial" w:hAnsi="Arial"/>
                <w:b/>
                <w:smallCaps/>
                <w:noProof/>
                <w:sz w:val="40"/>
                <w:lang w:val="fr-FR"/>
              </w:rPr>
              <w:t>Coup d'œil La « révélation » de la crypte de l'église Saint-Irénée</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_Toc239853016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63</w:t>
            </w:r>
            <w:r w:rsidRPr="00E0074C">
              <w:rPr>
                <w:rFonts w:ascii="Arial" w:hAnsi="Arial"/>
                <w:b/>
                <w:noProof/>
                <w:webHidden/>
                <w:sz w:val="40"/>
              </w:rPr>
              <w:fldChar w:fldCharType="end"/>
            </w:r>
          </w:hyperlink>
        </w:p>
        <w:p w14:paraId="6D9874BC" w14:textId="4C508644" w:rsidR="00E0074C" w:rsidRPr="00E0074C" w:rsidRDefault="00E0074C">
          <w:pPr>
            <w:pStyle w:val="TM1"/>
            <w:tabs>
              <w:tab w:val="right" w:leader="dot" w:pos="10188"/>
            </w:tabs>
            <w:rPr>
              <w:rFonts w:ascii="Arial" w:hAnsi="Arial"/>
              <w:b/>
              <w:noProof/>
              <w:sz w:val="40"/>
            </w:rPr>
          </w:pPr>
          <w:hyperlink w:anchor="_Toc239853017" w:history="1">
            <w:r w:rsidRPr="00E0074C">
              <w:rPr>
                <w:rStyle w:val="Lienhypertexte"/>
                <w:rFonts w:ascii="Arial" w:hAnsi="Arial"/>
                <w:b/>
                <w:noProof/>
                <w:sz w:val="40"/>
                <w:lang w:val="fr-FR"/>
              </w:rPr>
              <w:t>ARRONDISSEMENTS – MON 1</w:t>
            </w:r>
            <w:r w:rsidRPr="00E0074C">
              <w:rPr>
                <w:rStyle w:val="Lienhypertexte"/>
                <w:rFonts w:ascii="Arial" w:hAnsi="Arial"/>
                <w:b/>
                <w:noProof/>
                <w:sz w:val="40"/>
                <w:vertAlign w:val="superscript"/>
                <w:lang w:val="fr-FR"/>
              </w:rPr>
              <w:t>er</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_Toc239853017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66</w:t>
            </w:r>
            <w:r w:rsidRPr="00E0074C">
              <w:rPr>
                <w:rFonts w:ascii="Arial" w:hAnsi="Arial"/>
                <w:b/>
                <w:noProof/>
                <w:webHidden/>
                <w:sz w:val="40"/>
              </w:rPr>
              <w:fldChar w:fldCharType="end"/>
            </w:r>
          </w:hyperlink>
        </w:p>
        <w:p w14:paraId="0CC336A7" w14:textId="35E720E2" w:rsidR="00E0074C" w:rsidRPr="00E0074C" w:rsidRDefault="00E0074C">
          <w:pPr>
            <w:pStyle w:val="TM1"/>
            <w:tabs>
              <w:tab w:val="right" w:leader="dot" w:pos="10188"/>
            </w:tabs>
            <w:rPr>
              <w:rFonts w:ascii="Arial" w:hAnsi="Arial"/>
              <w:b/>
              <w:noProof/>
              <w:sz w:val="40"/>
            </w:rPr>
          </w:pPr>
          <w:hyperlink w:anchor="_Toc239853018" w:history="1">
            <w:r w:rsidRPr="00E0074C">
              <w:rPr>
                <w:rStyle w:val="Lienhypertexte"/>
                <w:rFonts w:ascii="Arial" w:hAnsi="Arial"/>
                <w:b/>
                <w:noProof/>
                <w:sz w:val="40"/>
                <w:lang w:val="fr-FR"/>
              </w:rPr>
              <w:t>MMON 2e ARRONDISSEMENT</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_Toc239853018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70</w:t>
            </w:r>
            <w:r w:rsidRPr="00E0074C">
              <w:rPr>
                <w:rFonts w:ascii="Arial" w:hAnsi="Arial"/>
                <w:b/>
                <w:noProof/>
                <w:webHidden/>
                <w:sz w:val="40"/>
              </w:rPr>
              <w:fldChar w:fldCharType="end"/>
            </w:r>
          </w:hyperlink>
        </w:p>
        <w:p w14:paraId="38145CF1" w14:textId="40D2DA0F" w:rsidR="00E0074C" w:rsidRPr="00E0074C" w:rsidRDefault="00E0074C">
          <w:pPr>
            <w:pStyle w:val="TM1"/>
            <w:tabs>
              <w:tab w:val="right" w:leader="dot" w:pos="10188"/>
            </w:tabs>
            <w:rPr>
              <w:rFonts w:ascii="Arial" w:hAnsi="Arial"/>
              <w:b/>
              <w:noProof/>
              <w:sz w:val="40"/>
            </w:rPr>
          </w:pPr>
          <w:hyperlink w:anchor="_Toc239853019" w:history="1">
            <w:r w:rsidRPr="00E0074C">
              <w:rPr>
                <w:rStyle w:val="Lienhypertexte"/>
                <w:rFonts w:ascii="Arial" w:hAnsi="Arial"/>
                <w:b/>
                <w:noProof/>
                <w:sz w:val="40"/>
                <w:lang w:val="fr-FR"/>
              </w:rPr>
              <w:t>MON 3e ARRONDISSEMENT</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_Toc239853019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74</w:t>
            </w:r>
            <w:r w:rsidRPr="00E0074C">
              <w:rPr>
                <w:rFonts w:ascii="Arial" w:hAnsi="Arial"/>
                <w:b/>
                <w:noProof/>
                <w:webHidden/>
                <w:sz w:val="40"/>
              </w:rPr>
              <w:fldChar w:fldCharType="end"/>
            </w:r>
          </w:hyperlink>
        </w:p>
        <w:p w14:paraId="003E4CD7" w14:textId="61454486" w:rsidR="00E0074C" w:rsidRPr="00E0074C" w:rsidRDefault="00E0074C">
          <w:pPr>
            <w:pStyle w:val="TM1"/>
            <w:tabs>
              <w:tab w:val="right" w:leader="dot" w:pos="10188"/>
            </w:tabs>
            <w:rPr>
              <w:rFonts w:ascii="Arial" w:hAnsi="Arial"/>
              <w:b/>
              <w:noProof/>
              <w:sz w:val="40"/>
            </w:rPr>
          </w:pPr>
          <w:hyperlink w:anchor="_Toc239853020" w:history="1">
            <w:r w:rsidRPr="00E0074C">
              <w:rPr>
                <w:rStyle w:val="Lienhypertexte"/>
                <w:rFonts w:ascii="Arial" w:hAnsi="Arial"/>
                <w:b/>
                <w:noProof/>
                <w:sz w:val="40"/>
                <w:lang w:val="fr-FR"/>
              </w:rPr>
              <w:t>MON 4e ARRONDISSEMENT</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_Toc239853020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78</w:t>
            </w:r>
            <w:r w:rsidRPr="00E0074C">
              <w:rPr>
                <w:rFonts w:ascii="Arial" w:hAnsi="Arial"/>
                <w:b/>
                <w:noProof/>
                <w:webHidden/>
                <w:sz w:val="40"/>
              </w:rPr>
              <w:fldChar w:fldCharType="end"/>
            </w:r>
          </w:hyperlink>
        </w:p>
        <w:p w14:paraId="71168BED" w14:textId="1852165F" w:rsidR="00E0074C" w:rsidRPr="00E0074C" w:rsidRDefault="00E0074C">
          <w:pPr>
            <w:pStyle w:val="TM1"/>
            <w:tabs>
              <w:tab w:val="right" w:leader="dot" w:pos="10188"/>
            </w:tabs>
            <w:rPr>
              <w:rFonts w:ascii="Arial" w:hAnsi="Arial"/>
              <w:b/>
              <w:noProof/>
              <w:sz w:val="40"/>
            </w:rPr>
          </w:pPr>
          <w:hyperlink w:anchor="_Toc239853021" w:history="1">
            <w:r w:rsidRPr="00E0074C">
              <w:rPr>
                <w:rStyle w:val="Lienhypertexte"/>
                <w:rFonts w:ascii="Arial" w:hAnsi="Arial"/>
                <w:b/>
                <w:noProof/>
                <w:sz w:val="40"/>
                <w:lang w:val="fr-FR"/>
              </w:rPr>
              <w:t>MON 5e ARRONDISSEMENT</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_Toc239853021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82</w:t>
            </w:r>
            <w:r w:rsidRPr="00E0074C">
              <w:rPr>
                <w:rFonts w:ascii="Arial" w:hAnsi="Arial"/>
                <w:b/>
                <w:noProof/>
                <w:webHidden/>
                <w:sz w:val="40"/>
              </w:rPr>
              <w:fldChar w:fldCharType="end"/>
            </w:r>
          </w:hyperlink>
        </w:p>
        <w:p w14:paraId="0902E94E" w14:textId="100A15E1" w:rsidR="00E0074C" w:rsidRPr="00E0074C" w:rsidRDefault="00E0074C">
          <w:pPr>
            <w:pStyle w:val="TM1"/>
            <w:tabs>
              <w:tab w:val="right" w:leader="dot" w:pos="10188"/>
            </w:tabs>
            <w:rPr>
              <w:rFonts w:ascii="Arial" w:hAnsi="Arial"/>
              <w:b/>
              <w:noProof/>
              <w:sz w:val="40"/>
            </w:rPr>
          </w:pPr>
          <w:hyperlink w:anchor="_Toc239853022" w:history="1">
            <w:r w:rsidRPr="00E0074C">
              <w:rPr>
                <w:rStyle w:val="Lienhypertexte"/>
                <w:rFonts w:ascii="Arial" w:hAnsi="Arial"/>
                <w:b/>
                <w:noProof/>
                <w:sz w:val="40"/>
                <w:lang w:val="fr-FR"/>
              </w:rPr>
              <w:t>MON 6e ARRONDISSEMENT</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_Toc239853022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85</w:t>
            </w:r>
            <w:r w:rsidRPr="00E0074C">
              <w:rPr>
                <w:rFonts w:ascii="Arial" w:hAnsi="Arial"/>
                <w:b/>
                <w:noProof/>
                <w:webHidden/>
                <w:sz w:val="40"/>
              </w:rPr>
              <w:fldChar w:fldCharType="end"/>
            </w:r>
          </w:hyperlink>
        </w:p>
        <w:p w14:paraId="4FBD0DE8" w14:textId="139B6784" w:rsidR="00E0074C" w:rsidRPr="00E0074C" w:rsidRDefault="00E0074C">
          <w:pPr>
            <w:pStyle w:val="TM1"/>
            <w:tabs>
              <w:tab w:val="right" w:leader="dot" w:pos="10188"/>
            </w:tabs>
            <w:rPr>
              <w:rFonts w:ascii="Arial" w:hAnsi="Arial"/>
              <w:b/>
              <w:noProof/>
              <w:sz w:val="40"/>
            </w:rPr>
          </w:pPr>
          <w:hyperlink w:anchor="_Toc239853023" w:history="1">
            <w:r w:rsidRPr="00E0074C">
              <w:rPr>
                <w:rStyle w:val="Lienhypertexte"/>
                <w:rFonts w:ascii="Arial" w:hAnsi="Arial"/>
                <w:b/>
                <w:noProof/>
                <w:sz w:val="40"/>
                <w:lang w:val="fr-FR"/>
              </w:rPr>
              <w:t>MON 7e ARRONDISSEMENT</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_Toc239853023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88</w:t>
            </w:r>
            <w:r w:rsidRPr="00E0074C">
              <w:rPr>
                <w:rFonts w:ascii="Arial" w:hAnsi="Arial"/>
                <w:b/>
                <w:noProof/>
                <w:webHidden/>
                <w:sz w:val="40"/>
              </w:rPr>
              <w:fldChar w:fldCharType="end"/>
            </w:r>
          </w:hyperlink>
        </w:p>
        <w:p w14:paraId="22CB5C71" w14:textId="446B36E7" w:rsidR="00E0074C" w:rsidRPr="00E0074C" w:rsidRDefault="00E0074C">
          <w:pPr>
            <w:pStyle w:val="TM1"/>
            <w:tabs>
              <w:tab w:val="right" w:leader="dot" w:pos="10188"/>
            </w:tabs>
            <w:rPr>
              <w:rFonts w:ascii="Arial" w:hAnsi="Arial"/>
              <w:b/>
              <w:noProof/>
              <w:sz w:val="40"/>
            </w:rPr>
          </w:pPr>
          <w:hyperlink w:anchor="_Toc239853024" w:history="1">
            <w:r w:rsidRPr="00E0074C">
              <w:rPr>
                <w:rStyle w:val="Lienhypertexte"/>
                <w:rFonts w:ascii="Arial" w:hAnsi="Arial"/>
                <w:b/>
                <w:noProof/>
                <w:sz w:val="40"/>
                <w:lang w:val="fr-FR"/>
              </w:rPr>
              <w:t>MON 8e ARRONDISSEMENT</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_Toc239853024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92</w:t>
            </w:r>
            <w:r w:rsidRPr="00E0074C">
              <w:rPr>
                <w:rFonts w:ascii="Arial" w:hAnsi="Arial"/>
                <w:b/>
                <w:noProof/>
                <w:webHidden/>
                <w:sz w:val="40"/>
              </w:rPr>
              <w:fldChar w:fldCharType="end"/>
            </w:r>
          </w:hyperlink>
        </w:p>
        <w:p w14:paraId="6EA628C0" w14:textId="32E0A556" w:rsidR="00E0074C" w:rsidRPr="00E0074C" w:rsidRDefault="00E0074C">
          <w:pPr>
            <w:pStyle w:val="TM1"/>
            <w:tabs>
              <w:tab w:val="right" w:leader="dot" w:pos="10188"/>
            </w:tabs>
            <w:rPr>
              <w:rFonts w:ascii="Arial" w:hAnsi="Arial"/>
              <w:b/>
              <w:noProof/>
              <w:sz w:val="40"/>
            </w:rPr>
          </w:pPr>
          <w:hyperlink w:anchor="_Toc239853025" w:history="1">
            <w:r w:rsidRPr="00E0074C">
              <w:rPr>
                <w:rStyle w:val="Lienhypertexte"/>
                <w:rFonts w:ascii="Arial" w:hAnsi="Arial"/>
                <w:b/>
                <w:noProof/>
                <w:sz w:val="40"/>
                <w:lang w:val="fr-FR"/>
              </w:rPr>
              <w:t>MON 9e ARRONDISSEMENT</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_Toc239853025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96</w:t>
            </w:r>
            <w:r w:rsidRPr="00E0074C">
              <w:rPr>
                <w:rFonts w:ascii="Arial" w:hAnsi="Arial"/>
                <w:b/>
                <w:noProof/>
                <w:webHidden/>
                <w:sz w:val="40"/>
              </w:rPr>
              <w:fldChar w:fldCharType="end"/>
            </w:r>
          </w:hyperlink>
        </w:p>
        <w:p w14:paraId="77763573" w14:textId="2A264A45" w:rsidR="00E0074C" w:rsidRPr="00E0074C" w:rsidRDefault="00E0074C">
          <w:pPr>
            <w:pStyle w:val="TM1"/>
            <w:tabs>
              <w:tab w:val="right" w:leader="dot" w:pos="10188"/>
            </w:tabs>
            <w:rPr>
              <w:rFonts w:ascii="Arial" w:hAnsi="Arial"/>
              <w:b/>
              <w:noProof/>
              <w:sz w:val="40"/>
            </w:rPr>
          </w:pPr>
          <w:hyperlink w:anchor="_Toc239853026" w:history="1">
            <w:r w:rsidRPr="00E0074C">
              <w:rPr>
                <w:rStyle w:val="Lienhypertexte"/>
                <w:rFonts w:ascii="Arial" w:hAnsi="Arial"/>
                <w:b/>
                <w:noProof/>
                <w:sz w:val="40"/>
                <w:lang w:val="fr-FR"/>
              </w:rPr>
              <w:t>À L'ECOUTE</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_Toc239853026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100</w:t>
            </w:r>
            <w:r w:rsidRPr="00E0074C">
              <w:rPr>
                <w:rFonts w:ascii="Arial" w:hAnsi="Arial"/>
                <w:b/>
                <w:noProof/>
                <w:webHidden/>
                <w:sz w:val="40"/>
              </w:rPr>
              <w:fldChar w:fldCharType="end"/>
            </w:r>
          </w:hyperlink>
        </w:p>
        <w:p w14:paraId="0CED659B" w14:textId="76BE9C54" w:rsidR="00E0074C" w:rsidRPr="00E0074C" w:rsidRDefault="00E0074C">
          <w:pPr>
            <w:pStyle w:val="TM1"/>
            <w:tabs>
              <w:tab w:val="right" w:leader="dot" w:pos="10188"/>
            </w:tabs>
            <w:rPr>
              <w:rFonts w:ascii="Arial" w:hAnsi="Arial"/>
              <w:b/>
              <w:noProof/>
              <w:sz w:val="40"/>
            </w:rPr>
          </w:pPr>
          <w:hyperlink w:anchor="_Toc239853027" w:history="1">
            <w:r w:rsidRPr="00E0074C">
              <w:rPr>
                <w:rStyle w:val="Lienhypertexte"/>
                <w:rFonts w:ascii="Arial" w:hAnsi="Arial"/>
                <w:b/>
                <w:noProof/>
                <w:sz w:val="40"/>
                <w:lang w:val="fr-FR"/>
              </w:rPr>
              <w:t>TRIBUNES</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_Toc239853027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102</w:t>
            </w:r>
            <w:r w:rsidRPr="00E0074C">
              <w:rPr>
                <w:rFonts w:ascii="Arial" w:hAnsi="Arial"/>
                <w:b/>
                <w:noProof/>
                <w:webHidden/>
                <w:sz w:val="40"/>
              </w:rPr>
              <w:fldChar w:fldCharType="end"/>
            </w:r>
          </w:hyperlink>
        </w:p>
        <w:p w14:paraId="0A5FA349" w14:textId="186F9FE3" w:rsidR="00E0074C" w:rsidRPr="00E0074C" w:rsidRDefault="00E0074C">
          <w:pPr>
            <w:pStyle w:val="TM1"/>
            <w:tabs>
              <w:tab w:val="right" w:leader="dot" w:pos="10188"/>
            </w:tabs>
            <w:rPr>
              <w:rFonts w:ascii="Arial" w:hAnsi="Arial"/>
              <w:b/>
              <w:noProof/>
              <w:sz w:val="40"/>
            </w:rPr>
          </w:pPr>
          <w:hyperlink w:anchor="_Toc239853028" w:history="1">
            <w:r w:rsidRPr="00E0074C">
              <w:rPr>
                <w:rStyle w:val="Lienhypertexte"/>
                <w:rFonts w:ascii="Arial" w:hAnsi="Arial"/>
                <w:b/>
                <w:smallCaps/>
                <w:noProof/>
                <w:sz w:val="40"/>
                <w:lang w:val="fr-FR"/>
              </w:rPr>
              <w:t>Expression des groupes politiques</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_Toc239853028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102</w:t>
            </w:r>
            <w:r w:rsidRPr="00E0074C">
              <w:rPr>
                <w:rFonts w:ascii="Arial" w:hAnsi="Arial"/>
                <w:b/>
                <w:noProof/>
                <w:webHidden/>
                <w:sz w:val="40"/>
              </w:rPr>
              <w:fldChar w:fldCharType="end"/>
            </w:r>
          </w:hyperlink>
        </w:p>
        <w:p w14:paraId="1207CEEF" w14:textId="24C1910F" w:rsidR="00E0074C" w:rsidRPr="00E0074C" w:rsidRDefault="00E0074C">
          <w:pPr>
            <w:pStyle w:val="TM1"/>
            <w:tabs>
              <w:tab w:val="right" w:leader="dot" w:pos="10188"/>
            </w:tabs>
            <w:rPr>
              <w:rFonts w:ascii="Arial" w:hAnsi="Arial"/>
              <w:b/>
              <w:noProof/>
              <w:sz w:val="40"/>
            </w:rPr>
          </w:pPr>
          <w:hyperlink w:anchor="_Toc239853029" w:history="1">
            <w:r w:rsidRPr="00E0074C">
              <w:rPr>
                <w:rStyle w:val="Lienhypertexte"/>
                <w:rFonts w:ascii="Arial" w:hAnsi="Arial"/>
                <w:b/>
                <w:smallCaps/>
                <w:noProof/>
                <w:sz w:val="40"/>
                <w:lang w:val="fr-FR"/>
              </w:rPr>
              <w:t>Majorité</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_Toc239853029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102</w:t>
            </w:r>
            <w:r w:rsidRPr="00E0074C">
              <w:rPr>
                <w:rFonts w:ascii="Arial" w:hAnsi="Arial"/>
                <w:b/>
                <w:noProof/>
                <w:webHidden/>
                <w:sz w:val="40"/>
              </w:rPr>
              <w:fldChar w:fldCharType="end"/>
            </w:r>
          </w:hyperlink>
        </w:p>
        <w:p w14:paraId="509A6F21" w14:textId="1DCB13A8" w:rsidR="00E0074C" w:rsidRPr="00E0074C" w:rsidRDefault="00E0074C">
          <w:pPr>
            <w:pStyle w:val="TM1"/>
            <w:tabs>
              <w:tab w:val="right" w:leader="dot" w:pos="10188"/>
            </w:tabs>
            <w:rPr>
              <w:rFonts w:ascii="Arial" w:hAnsi="Arial"/>
              <w:b/>
              <w:noProof/>
              <w:sz w:val="40"/>
            </w:rPr>
          </w:pPr>
          <w:hyperlink w:anchor="_Toc239853030" w:history="1">
            <w:r w:rsidRPr="00E0074C">
              <w:rPr>
                <w:rStyle w:val="Lienhypertexte"/>
                <w:rFonts w:ascii="Arial" w:hAnsi="Arial"/>
                <w:b/>
                <w:smallCaps/>
                <w:noProof/>
                <w:sz w:val="40"/>
                <w:lang w:val="fr-FR"/>
              </w:rPr>
              <w:t>Expression des groupes politiques</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_Toc239853030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109</w:t>
            </w:r>
            <w:r w:rsidRPr="00E0074C">
              <w:rPr>
                <w:rFonts w:ascii="Arial" w:hAnsi="Arial"/>
                <w:b/>
                <w:noProof/>
                <w:webHidden/>
                <w:sz w:val="40"/>
              </w:rPr>
              <w:fldChar w:fldCharType="end"/>
            </w:r>
          </w:hyperlink>
        </w:p>
        <w:p w14:paraId="4FA629B1" w14:textId="16846D6D" w:rsidR="00E0074C" w:rsidRPr="00E0074C" w:rsidRDefault="00E0074C">
          <w:pPr>
            <w:pStyle w:val="TM1"/>
            <w:tabs>
              <w:tab w:val="right" w:leader="dot" w:pos="10188"/>
            </w:tabs>
            <w:rPr>
              <w:rFonts w:ascii="Arial" w:hAnsi="Arial"/>
              <w:b/>
              <w:noProof/>
              <w:sz w:val="40"/>
            </w:rPr>
          </w:pPr>
          <w:hyperlink w:anchor="_Toc239853031" w:history="1">
            <w:r w:rsidRPr="00E0074C">
              <w:rPr>
                <w:rStyle w:val="Lienhypertexte"/>
                <w:rFonts w:ascii="Arial" w:hAnsi="Arial"/>
                <w:b/>
                <w:smallCaps/>
                <w:noProof/>
                <w:sz w:val="40"/>
                <w:lang w:val="fr-FR"/>
              </w:rPr>
              <w:t>Opposition</w:t>
            </w:r>
            <w:r w:rsidRPr="00E0074C">
              <w:rPr>
                <w:rFonts w:ascii="Arial" w:hAnsi="Arial"/>
                <w:b/>
                <w:noProof/>
                <w:webHidden/>
                <w:sz w:val="40"/>
              </w:rPr>
              <w:tab/>
            </w:r>
            <w:r w:rsidRPr="00E0074C">
              <w:rPr>
                <w:rFonts w:ascii="Arial" w:hAnsi="Arial"/>
                <w:b/>
                <w:noProof/>
                <w:webHidden/>
                <w:sz w:val="40"/>
              </w:rPr>
              <w:fldChar w:fldCharType="begin"/>
            </w:r>
            <w:r w:rsidRPr="00E0074C">
              <w:rPr>
                <w:rFonts w:ascii="Arial" w:hAnsi="Arial"/>
                <w:b/>
                <w:noProof/>
                <w:webHidden/>
                <w:sz w:val="40"/>
              </w:rPr>
              <w:instrText xml:space="preserve"> PAGEREF _Toc239853031 \h </w:instrText>
            </w:r>
            <w:r w:rsidRPr="00E0074C">
              <w:rPr>
                <w:rFonts w:ascii="Arial" w:hAnsi="Arial"/>
                <w:b/>
                <w:noProof/>
                <w:webHidden/>
                <w:sz w:val="40"/>
              </w:rPr>
            </w:r>
            <w:r w:rsidRPr="00E0074C">
              <w:rPr>
                <w:rFonts w:ascii="Arial" w:hAnsi="Arial"/>
                <w:b/>
                <w:noProof/>
                <w:webHidden/>
                <w:sz w:val="40"/>
              </w:rPr>
              <w:fldChar w:fldCharType="separate"/>
            </w:r>
            <w:r w:rsidRPr="00E0074C">
              <w:rPr>
                <w:rFonts w:ascii="Arial" w:hAnsi="Arial"/>
                <w:b/>
                <w:noProof/>
                <w:webHidden/>
                <w:sz w:val="40"/>
              </w:rPr>
              <w:t>109</w:t>
            </w:r>
            <w:r w:rsidRPr="00E0074C">
              <w:rPr>
                <w:rFonts w:ascii="Arial" w:hAnsi="Arial"/>
                <w:b/>
                <w:noProof/>
                <w:webHidden/>
                <w:sz w:val="40"/>
              </w:rPr>
              <w:fldChar w:fldCharType="end"/>
            </w:r>
          </w:hyperlink>
        </w:p>
        <w:p w14:paraId="1A24B2A1" w14:textId="7166AD16" w:rsidR="00E0074C" w:rsidRDefault="00E0074C">
          <w:r w:rsidRPr="00E0074C">
            <w:rPr>
              <w:rFonts w:ascii="Arial" w:hAnsi="Arial"/>
              <w:b/>
              <w:bCs/>
              <w:sz w:val="40"/>
            </w:rPr>
            <w:fldChar w:fldCharType="end"/>
          </w:r>
        </w:p>
      </w:sdtContent>
    </w:sdt>
    <w:p w14:paraId="7E96C6A2" w14:textId="77777777" w:rsidR="00E0074C" w:rsidRDefault="00E0074C">
      <w:pPr>
        <w:rPr>
          <w:rFonts w:ascii="Arial" w:eastAsiaTheme="majorEastAsia" w:hAnsi="Arial" w:cstheme="majorBidi"/>
          <w:b/>
          <w:bCs/>
          <w:color w:val="365F91" w:themeColor="accent1" w:themeShade="BF"/>
          <w:sz w:val="44"/>
          <w:szCs w:val="36"/>
          <w:lang w:val="fr-FR"/>
        </w:rPr>
      </w:pPr>
      <w:r>
        <w:rPr>
          <w:rFonts w:ascii="Arial" w:hAnsi="Arial"/>
          <w:sz w:val="44"/>
          <w:szCs w:val="36"/>
          <w:lang w:val="fr-FR"/>
        </w:rPr>
        <w:br w:type="page"/>
      </w:r>
    </w:p>
    <w:p w14:paraId="6F4169ED" w14:textId="6814BCAA" w:rsidR="0042209D" w:rsidRPr="00D343F7" w:rsidRDefault="00CA05D0" w:rsidP="008E62CE">
      <w:pPr>
        <w:pStyle w:val="Titre1"/>
        <w:jc w:val="center"/>
        <w:rPr>
          <w:rFonts w:ascii="Arial" w:hAnsi="Arial"/>
          <w:sz w:val="44"/>
          <w:szCs w:val="36"/>
          <w:lang w:val="fr-FR"/>
        </w:rPr>
      </w:pPr>
      <w:bookmarkStart w:id="0" w:name="_Toc239852986"/>
      <w:r w:rsidRPr="00D343F7">
        <w:rPr>
          <w:rFonts w:ascii="Arial" w:hAnsi="Arial"/>
          <w:sz w:val="44"/>
          <w:szCs w:val="36"/>
          <w:lang w:val="fr-FR"/>
        </w:rPr>
        <w:lastRenderedPageBreak/>
        <w:t>L'EDITO</w:t>
      </w:r>
      <w:bookmarkEnd w:id="0"/>
    </w:p>
    <w:p w14:paraId="29E90F77" w14:textId="77777777" w:rsidR="0042209D" w:rsidRPr="005333DF" w:rsidRDefault="00000000" w:rsidP="008E62CE">
      <w:pPr>
        <w:pStyle w:val="Titre1"/>
        <w:jc w:val="center"/>
        <w:rPr>
          <w:rFonts w:ascii="Arial" w:hAnsi="Arial"/>
          <w:smallCaps/>
          <w:sz w:val="44"/>
          <w:szCs w:val="36"/>
          <w:lang w:val="fr-FR"/>
        </w:rPr>
      </w:pPr>
      <w:bookmarkStart w:id="1" w:name="_Toc239852987"/>
      <w:r w:rsidRPr="005333DF">
        <w:rPr>
          <w:rFonts w:ascii="Arial" w:hAnsi="Arial"/>
          <w:smallCaps/>
          <w:sz w:val="44"/>
          <w:szCs w:val="36"/>
          <w:lang w:val="fr-FR"/>
        </w:rPr>
        <w:t>Faisons grandir Lyon !</w:t>
      </w:r>
      <w:bookmarkEnd w:id="1"/>
    </w:p>
    <w:p w14:paraId="10D585DF" w14:textId="77777777" w:rsidR="00287B1D" w:rsidRPr="004C06D0" w:rsidRDefault="00287B1D">
      <w:pPr>
        <w:rPr>
          <w:rFonts w:ascii="Arial" w:hAnsi="Arial"/>
          <w:sz w:val="36"/>
          <w:lang w:val="fr-FR"/>
        </w:rPr>
      </w:pPr>
    </w:p>
    <w:p w14:paraId="3E5032FA" w14:textId="77777777" w:rsidR="008E62CE" w:rsidRPr="004C06D0" w:rsidRDefault="00000000">
      <w:pPr>
        <w:rPr>
          <w:rFonts w:ascii="Arial" w:hAnsi="Arial"/>
          <w:sz w:val="36"/>
          <w:lang w:val="fr-FR"/>
        </w:rPr>
      </w:pPr>
      <w:r w:rsidRPr="004C06D0">
        <w:rPr>
          <w:rFonts w:ascii="Arial" w:hAnsi="Arial"/>
          <w:sz w:val="36"/>
          <w:lang w:val="fr-FR"/>
        </w:rPr>
        <w:t xml:space="preserve">Chaque rentrée recommence un peu le monde. </w:t>
      </w:r>
    </w:p>
    <w:p w14:paraId="6D030BAA" w14:textId="2EBDB186" w:rsidR="0042209D" w:rsidRPr="004C06D0" w:rsidRDefault="00000000">
      <w:pPr>
        <w:rPr>
          <w:rFonts w:ascii="Arial" w:hAnsi="Arial"/>
          <w:sz w:val="36"/>
          <w:lang w:val="fr-FR"/>
        </w:rPr>
      </w:pPr>
      <w:r w:rsidRPr="004C06D0">
        <w:rPr>
          <w:rFonts w:ascii="Arial" w:hAnsi="Arial"/>
          <w:sz w:val="36"/>
          <w:lang w:val="fr-FR"/>
        </w:rPr>
        <w:t>Il y a les cartables trop grands, les retrouvailles dans la cour, parfois quelques larmes lâchées devant la grille, les premiers pas en crèche... Pour une ville comme Lyon, ces instants disent une responsabilité immense : donner à chaque enfant les mêmes chances de grandir, d'apprendre, de découvrir et de trouver sa place.</w:t>
      </w:r>
    </w:p>
    <w:p w14:paraId="28E364E2" w14:textId="25C07DBC" w:rsidR="0042209D" w:rsidRPr="004C06D0" w:rsidRDefault="00000000">
      <w:pPr>
        <w:rPr>
          <w:rFonts w:ascii="Arial" w:hAnsi="Arial"/>
          <w:sz w:val="36"/>
          <w:lang w:val="fr-FR"/>
        </w:rPr>
      </w:pPr>
      <w:r w:rsidRPr="004C06D0">
        <w:rPr>
          <w:rFonts w:ascii="Arial" w:hAnsi="Arial"/>
          <w:sz w:val="36"/>
          <w:lang w:val="fr-FR"/>
        </w:rPr>
        <w:t>À Lyon, cette ambition guide notre action depuis 2020. Penser la ville à hauteur d'enfants, c'est le cœur de notre projet éducatif, construit avec l'Éducation nationale, l'ensemble des professionnels, les familles et les enfants eux-mêmes. De la petite enfance à l'adolescence, nous voulons construire un parcours protecteur, inclusif et émancipateur.</w:t>
      </w:r>
    </w:p>
    <w:p w14:paraId="0EE19616" w14:textId="77777777" w:rsidR="008E62CE" w:rsidRPr="004C06D0" w:rsidRDefault="008E62CE">
      <w:pPr>
        <w:rPr>
          <w:rFonts w:ascii="Arial" w:hAnsi="Arial"/>
          <w:sz w:val="36"/>
          <w:lang w:val="fr-FR"/>
        </w:rPr>
      </w:pPr>
    </w:p>
    <w:p w14:paraId="36A1E9C6" w14:textId="7534EFCC" w:rsidR="0042209D" w:rsidRPr="004C06D0" w:rsidRDefault="00000000" w:rsidP="008E62CE">
      <w:pPr>
        <w:rPr>
          <w:rFonts w:ascii="Arial" w:hAnsi="Arial"/>
          <w:sz w:val="36"/>
          <w:lang w:val="fr-FR"/>
        </w:rPr>
      </w:pPr>
      <w:r w:rsidRPr="004C06D0">
        <w:rPr>
          <w:rFonts w:ascii="Arial" w:hAnsi="Arial"/>
          <w:sz w:val="36"/>
          <w:lang w:val="fr-FR"/>
        </w:rPr>
        <w:t>Pour nos enfants, une promesse concrète d'égalité, de protection et d'émancipation</w:t>
      </w:r>
      <w:r w:rsidR="008E62CE" w:rsidRPr="004C06D0">
        <w:rPr>
          <w:rFonts w:ascii="Arial" w:hAnsi="Arial"/>
          <w:sz w:val="36"/>
          <w:lang w:val="fr-FR"/>
        </w:rPr>
        <w:t> :</w:t>
      </w:r>
    </w:p>
    <w:p w14:paraId="7C922931" w14:textId="2DAABC7C" w:rsidR="0042209D" w:rsidRPr="004C06D0" w:rsidRDefault="00000000">
      <w:pPr>
        <w:rPr>
          <w:rFonts w:ascii="Arial" w:hAnsi="Arial"/>
          <w:sz w:val="36"/>
          <w:lang w:val="fr-FR"/>
        </w:rPr>
      </w:pPr>
      <w:r w:rsidRPr="004C06D0">
        <w:rPr>
          <w:rFonts w:ascii="Arial" w:hAnsi="Arial"/>
          <w:sz w:val="36"/>
          <w:lang w:val="fr-FR"/>
        </w:rPr>
        <w:t xml:space="preserve">Cette promesse suppose évidemment des actes. En six ans, 354 millions d'euros ont été consacrés à la construction d'écoles, à leur rénovation et leur transformation. Nous multiplions les cours nature, nous adaptons nos bâtiments aux fortes chaleurs, nous renforçons leur accessibilité. Nous avons </w:t>
      </w:r>
      <w:r w:rsidRPr="004C06D0">
        <w:rPr>
          <w:rFonts w:ascii="Arial" w:hAnsi="Arial"/>
          <w:sz w:val="36"/>
          <w:lang w:val="fr-FR"/>
        </w:rPr>
        <w:lastRenderedPageBreak/>
        <w:t xml:space="preserve">ouvert les premières crèches en plein air. Nous préparons aussi la gratuité des </w:t>
      </w:r>
      <w:r w:rsidR="00E16312" w:rsidRPr="004C06D0">
        <w:rPr>
          <w:rFonts w:ascii="Arial" w:hAnsi="Arial"/>
          <w:sz w:val="36"/>
          <w:lang w:val="fr-FR"/>
        </w:rPr>
        <w:t>fournitures</w:t>
      </w:r>
      <w:r w:rsidRPr="004C06D0">
        <w:rPr>
          <w:rFonts w:ascii="Arial" w:hAnsi="Arial"/>
          <w:sz w:val="36"/>
          <w:lang w:val="fr-FR"/>
        </w:rPr>
        <w:t xml:space="preserve"> scolaires pour la rentrée 2027. L'égalité se joue aussi sur les temps périscolaires. Ces heures participent pleinement à l'éducation de nos enfants : elles doivent être sûres, </w:t>
      </w:r>
      <w:r w:rsidR="00E16312" w:rsidRPr="004C06D0">
        <w:rPr>
          <w:rFonts w:ascii="Arial" w:hAnsi="Arial"/>
          <w:sz w:val="36"/>
          <w:lang w:val="fr-FR"/>
        </w:rPr>
        <w:t>bienveillantes</w:t>
      </w:r>
      <w:r w:rsidRPr="004C06D0">
        <w:rPr>
          <w:rFonts w:ascii="Arial" w:hAnsi="Arial"/>
          <w:sz w:val="36"/>
          <w:lang w:val="fr-FR"/>
        </w:rPr>
        <w:t>, de qualité. Elles doivent elles aussi offrir à nos enfants les moyens de s'épanouir et de découvrir.</w:t>
      </w:r>
    </w:p>
    <w:p w14:paraId="0E433BF5" w14:textId="77777777" w:rsidR="0042209D" w:rsidRPr="004C06D0" w:rsidRDefault="00000000">
      <w:pPr>
        <w:rPr>
          <w:rFonts w:ascii="Arial" w:hAnsi="Arial"/>
          <w:sz w:val="36"/>
          <w:lang w:val="fr-FR"/>
        </w:rPr>
      </w:pPr>
      <w:r w:rsidRPr="004C06D0">
        <w:rPr>
          <w:rFonts w:ascii="Arial" w:hAnsi="Arial"/>
          <w:sz w:val="36"/>
          <w:lang w:val="fr-FR"/>
        </w:rPr>
        <w:t>“L'égalité prend corps dans les conditions concrètes offertes à chaque petit Lyonnais ”</w:t>
      </w:r>
    </w:p>
    <w:p w14:paraId="445FE2EC" w14:textId="77777777" w:rsidR="0042209D" w:rsidRPr="004C06D0" w:rsidRDefault="00000000">
      <w:pPr>
        <w:rPr>
          <w:rFonts w:ascii="Arial" w:hAnsi="Arial"/>
          <w:sz w:val="36"/>
          <w:lang w:val="fr-FR"/>
        </w:rPr>
      </w:pPr>
      <w:r w:rsidRPr="004C06D0">
        <w:rPr>
          <w:rFonts w:ascii="Arial" w:hAnsi="Arial"/>
          <w:sz w:val="36"/>
          <w:lang w:val="fr-FR"/>
        </w:rPr>
        <w:t>Nous préparons une nouvelle offre municipale de loisirs le mercredi, qui sera accessible au plus grand nombre, avec l'ensemble des acteurs de l'éducation populaire.</w:t>
      </w:r>
    </w:p>
    <w:p w14:paraId="2D914510" w14:textId="77777777" w:rsidR="0042209D" w:rsidRPr="004C06D0" w:rsidRDefault="00000000">
      <w:pPr>
        <w:rPr>
          <w:rFonts w:ascii="Arial" w:hAnsi="Arial"/>
          <w:sz w:val="36"/>
          <w:lang w:val="fr-FR"/>
        </w:rPr>
      </w:pPr>
      <w:r w:rsidRPr="004C06D0">
        <w:rPr>
          <w:rFonts w:ascii="Arial" w:hAnsi="Arial"/>
          <w:sz w:val="36"/>
          <w:lang w:val="fr-FR"/>
        </w:rPr>
        <w:t>« Donner la parole et reconnaître les droits des enfants c'est leur donner les moyens de prendre place à Lyon ! »</w:t>
      </w:r>
    </w:p>
    <w:p w14:paraId="40C9C8F7" w14:textId="77777777" w:rsidR="0048339B" w:rsidRPr="004C06D0" w:rsidRDefault="00000000">
      <w:pPr>
        <w:rPr>
          <w:rFonts w:ascii="Arial" w:hAnsi="Arial"/>
          <w:sz w:val="36"/>
          <w:lang w:val="fr-FR"/>
        </w:rPr>
      </w:pPr>
      <w:r w:rsidRPr="004C06D0">
        <w:rPr>
          <w:rFonts w:ascii="Arial" w:hAnsi="Arial"/>
          <w:sz w:val="36"/>
          <w:lang w:val="fr-FR"/>
        </w:rPr>
        <w:t xml:space="preserve">Nous faisons le choix, depuis près de six ans, de renforcer la qualité et l'exigence de sécurité de ces temps périscolaires. À Lyon, contrôles d'honorabilité, sécurisation des recrutements, formation au repérage et aux signalements ont été renforcés. Plus de 2300 professionnels ont ainsi été sensibilisés et accompagnés aux enjeux de prévention et de protection de l'enfance l'an dernier. </w:t>
      </w:r>
    </w:p>
    <w:p w14:paraId="6FC57EFF" w14:textId="32F183B1" w:rsidR="0048339B" w:rsidRPr="004C06D0" w:rsidRDefault="00000000">
      <w:pPr>
        <w:rPr>
          <w:rFonts w:ascii="Arial" w:hAnsi="Arial"/>
          <w:sz w:val="36"/>
          <w:lang w:val="fr-FR"/>
        </w:rPr>
      </w:pPr>
      <w:r w:rsidRPr="004C06D0">
        <w:rPr>
          <w:rFonts w:ascii="Arial" w:hAnsi="Arial"/>
          <w:sz w:val="36"/>
          <w:lang w:val="fr-FR"/>
        </w:rPr>
        <w:t>Donner leur place aux enfants, c'est enfin reconnaître leurs droits</w:t>
      </w:r>
      <w:r w:rsidR="0048339B" w:rsidRPr="004C06D0">
        <w:rPr>
          <w:rFonts w:ascii="Arial" w:hAnsi="Arial"/>
          <w:sz w:val="36"/>
          <w:lang w:val="fr-FR"/>
        </w:rPr>
        <w:t> :</w:t>
      </w:r>
    </w:p>
    <w:p w14:paraId="5A645858" w14:textId="7C9B37A6" w:rsidR="0048339B" w:rsidRPr="004C06D0" w:rsidRDefault="00000000">
      <w:pPr>
        <w:rPr>
          <w:rFonts w:ascii="Arial" w:hAnsi="Arial"/>
          <w:sz w:val="36"/>
          <w:lang w:val="fr-FR"/>
        </w:rPr>
      </w:pPr>
      <w:r w:rsidRPr="004C06D0">
        <w:rPr>
          <w:rFonts w:ascii="Arial" w:hAnsi="Arial"/>
          <w:sz w:val="36"/>
          <w:lang w:val="fr-FR"/>
        </w:rPr>
        <w:t xml:space="preserve">Conseils d'arrondissement des enfants, conseil municipal des adolescents, participation à la vie des </w:t>
      </w:r>
      <w:r w:rsidR="00E025B1" w:rsidRPr="004C06D0">
        <w:rPr>
          <w:rFonts w:ascii="Arial" w:hAnsi="Arial"/>
          <w:sz w:val="36"/>
          <w:lang w:val="fr-FR"/>
        </w:rPr>
        <w:t>écoles :</w:t>
      </w:r>
      <w:r w:rsidRPr="004C06D0">
        <w:rPr>
          <w:rFonts w:ascii="Arial" w:hAnsi="Arial"/>
          <w:sz w:val="36"/>
          <w:lang w:val="fr-FR"/>
        </w:rPr>
        <w:t xml:space="preserve"> nous leur </w:t>
      </w:r>
      <w:r w:rsidRPr="004C06D0">
        <w:rPr>
          <w:rFonts w:ascii="Arial" w:hAnsi="Arial"/>
          <w:sz w:val="36"/>
          <w:lang w:val="fr-FR"/>
        </w:rPr>
        <w:lastRenderedPageBreak/>
        <w:t xml:space="preserve">donnons une place réelle ! Les enfants ne sont pas seulement notre avenir. </w:t>
      </w:r>
    </w:p>
    <w:p w14:paraId="430764D4" w14:textId="7655F351" w:rsidR="0048339B" w:rsidRPr="004C06D0" w:rsidRDefault="00000000">
      <w:pPr>
        <w:rPr>
          <w:rFonts w:ascii="Arial" w:hAnsi="Arial"/>
          <w:sz w:val="36"/>
          <w:lang w:val="fr-FR"/>
        </w:rPr>
      </w:pPr>
      <w:r w:rsidRPr="004C06D0">
        <w:rPr>
          <w:rFonts w:ascii="Arial" w:hAnsi="Arial"/>
          <w:sz w:val="36"/>
          <w:lang w:val="fr-FR"/>
        </w:rPr>
        <w:t xml:space="preserve">Ils habitent Lyon aujourd'hui, la vivent et la transforment déjà. Prendre soin d'eux, c'est rendre notre ville plus juste et plus humaine pour toutes et tous ! </w:t>
      </w:r>
    </w:p>
    <w:p w14:paraId="39133BAC" w14:textId="75867A1B" w:rsidR="0042209D" w:rsidRPr="004C06D0" w:rsidRDefault="00000000">
      <w:pPr>
        <w:rPr>
          <w:rFonts w:ascii="Arial" w:hAnsi="Arial"/>
          <w:sz w:val="36"/>
          <w:lang w:val="fr-FR"/>
        </w:rPr>
      </w:pPr>
      <w:r w:rsidRPr="004C06D0">
        <w:rPr>
          <w:rFonts w:ascii="Arial" w:hAnsi="Arial"/>
          <w:sz w:val="36"/>
          <w:lang w:val="fr-FR"/>
        </w:rPr>
        <w:t>Belle rentrée !</w:t>
      </w:r>
    </w:p>
    <w:p w14:paraId="4D4FF805" w14:textId="77777777" w:rsidR="0048339B" w:rsidRPr="004C06D0" w:rsidRDefault="0048339B">
      <w:pPr>
        <w:rPr>
          <w:rFonts w:ascii="Arial" w:hAnsi="Arial"/>
          <w:sz w:val="36"/>
          <w:lang w:val="fr-FR"/>
        </w:rPr>
      </w:pPr>
    </w:p>
    <w:p w14:paraId="3BD07322" w14:textId="77777777" w:rsidR="0048339B" w:rsidRPr="004C06D0" w:rsidRDefault="00000000">
      <w:pPr>
        <w:rPr>
          <w:rFonts w:ascii="Arial" w:hAnsi="Arial"/>
          <w:sz w:val="36"/>
          <w:lang w:val="fr-FR"/>
        </w:rPr>
      </w:pPr>
      <w:r w:rsidRPr="004C06D0">
        <w:rPr>
          <w:rFonts w:ascii="Arial" w:hAnsi="Arial"/>
          <w:sz w:val="36"/>
          <w:lang w:val="fr-FR"/>
        </w:rPr>
        <w:t xml:space="preserve">Grégory Doucet, </w:t>
      </w:r>
    </w:p>
    <w:p w14:paraId="31E50C8D" w14:textId="0FEABFE5" w:rsidR="0042209D" w:rsidRPr="004C06D0" w:rsidRDefault="00000000">
      <w:pPr>
        <w:rPr>
          <w:rFonts w:ascii="Arial" w:hAnsi="Arial"/>
          <w:sz w:val="36"/>
          <w:lang w:val="fr-FR"/>
        </w:rPr>
      </w:pPr>
      <w:r w:rsidRPr="004C06D0">
        <w:rPr>
          <w:rFonts w:ascii="Arial" w:hAnsi="Arial"/>
          <w:sz w:val="36"/>
          <w:lang w:val="fr-FR"/>
        </w:rPr>
        <w:t>Maire de Lyon</w:t>
      </w:r>
    </w:p>
    <w:p w14:paraId="569B42DB" w14:textId="77777777" w:rsidR="0048339B" w:rsidRPr="004C06D0" w:rsidRDefault="0048339B">
      <w:pPr>
        <w:rPr>
          <w:rFonts w:ascii="Arial" w:hAnsi="Arial"/>
          <w:sz w:val="36"/>
          <w:lang w:val="fr-FR"/>
        </w:rPr>
      </w:pPr>
      <w:r w:rsidRPr="004C06D0">
        <w:rPr>
          <w:rFonts w:ascii="Arial" w:hAnsi="Arial"/>
          <w:sz w:val="36"/>
          <w:lang w:val="fr-FR"/>
        </w:rPr>
        <w:br w:type="page"/>
      </w:r>
    </w:p>
    <w:p w14:paraId="4F00C8B8" w14:textId="7129E8DE" w:rsidR="0042209D" w:rsidRPr="005333DF" w:rsidRDefault="005333DF" w:rsidP="00A724A6">
      <w:pPr>
        <w:pStyle w:val="Titre1"/>
        <w:jc w:val="center"/>
        <w:rPr>
          <w:rFonts w:ascii="Arial" w:hAnsi="Arial"/>
          <w:sz w:val="44"/>
          <w:szCs w:val="36"/>
          <w:lang w:val="fr-FR"/>
        </w:rPr>
      </w:pPr>
      <w:bookmarkStart w:id="2" w:name="_Toc239852988"/>
      <w:r w:rsidRPr="005333DF">
        <w:rPr>
          <w:rFonts w:ascii="Arial" w:hAnsi="Arial"/>
          <w:sz w:val="44"/>
          <w:szCs w:val="36"/>
          <w:lang w:val="fr-FR"/>
        </w:rPr>
        <w:lastRenderedPageBreak/>
        <w:t>C'EST DANS L'ACTU</w:t>
      </w:r>
      <w:bookmarkEnd w:id="2"/>
    </w:p>
    <w:p w14:paraId="6C2115CE" w14:textId="77777777" w:rsidR="0042209D" w:rsidRPr="005333DF" w:rsidRDefault="00000000" w:rsidP="00A724A6">
      <w:pPr>
        <w:pStyle w:val="Titre1"/>
        <w:jc w:val="center"/>
        <w:rPr>
          <w:rFonts w:ascii="Arial" w:hAnsi="Arial"/>
          <w:smallCaps/>
          <w:sz w:val="44"/>
          <w:szCs w:val="36"/>
          <w:lang w:val="fr-FR"/>
        </w:rPr>
      </w:pPr>
      <w:bookmarkStart w:id="3" w:name="_Toc239852989"/>
      <w:r w:rsidRPr="005333DF">
        <w:rPr>
          <w:rFonts w:ascii="Arial" w:hAnsi="Arial"/>
          <w:smallCaps/>
          <w:sz w:val="44"/>
          <w:szCs w:val="36"/>
          <w:lang w:val="fr-FR"/>
        </w:rPr>
        <w:t>En bref</w:t>
      </w:r>
      <w:bookmarkEnd w:id="3"/>
    </w:p>
    <w:p w14:paraId="7F7F2726" w14:textId="77777777" w:rsidR="00A724A6" w:rsidRPr="005333DF" w:rsidRDefault="00A724A6" w:rsidP="00A724A6">
      <w:pPr>
        <w:rPr>
          <w:rFonts w:ascii="Arial" w:hAnsi="Arial"/>
          <w:sz w:val="44"/>
          <w:szCs w:val="28"/>
          <w:lang w:val="fr-FR"/>
        </w:rPr>
      </w:pPr>
    </w:p>
    <w:p w14:paraId="4C4E6D4E" w14:textId="525F1886" w:rsidR="0042209D" w:rsidRPr="004C06D0" w:rsidRDefault="00000000" w:rsidP="009D51FA">
      <w:pPr>
        <w:rPr>
          <w:rFonts w:ascii="Arial" w:hAnsi="Arial"/>
          <w:sz w:val="36"/>
          <w:lang w:val="fr-FR"/>
        </w:rPr>
      </w:pPr>
      <w:r w:rsidRPr="004C06D0">
        <w:rPr>
          <w:rFonts w:ascii="Arial" w:hAnsi="Arial"/>
          <w:sz w:val="36"/>
          <w:lang w:val="fr-FR"/>
        </w:rPr>
        <w:t>Les 1000 visages de la solidarité</w:t>
      </w:r>
      <w:r w:rsidR="009D51FA" w:rsidRPr="004C06D0">
        <w:rPr>
          <w:rFonts w:ascii="Arial" w:hAnsi="Arial"/>
          <w:sz w:val="36"/>
          <w:lang w:val="fr-FR"/>
        </w:rPr>
        <w:t> :</w:t>
      </w:r>
    </w:p>
    <w:p w14:paraId="77C431B5" w14:textId="154D7D4C" w:rsidR="0042209D" w:rsidRPr="004C06D0" w:rsidRDefault="00000000">
      <w:pPr>
        <w:rPr>
          <w:rFonts w:ascii="Arial" w:hAnsi="Arial"/>
          <w:sz w:val="36"/>
          <w:lang w:val="fr-FR"/>
        </w:rPr>
      </w:pPr>
      <w:r w:rsidRPr="004C06D0">
        <w:rPr>
          <w:rFonts w:ascii="Arial" w:hAnsi="Arial"/>
          <w:sz w:val="36"/>
          <w:lang w:val="fr-FR"/>
        </w:rPr>
        <w:t xml:space="preserve">Du 15 au 30 novembre, le Festival des Solidarités est le rendez-vous incontournable de tous ceux qui veulent découvrir les initiatives solidaires, rencontrer des associations, voire agir à leur échelle. Deux semaines pour découvrir s'inspirer et échanger autour de grands enjeux comme l'environnement, l'égalité, la justice sociale et l'accès aux droits </w:t>
      </w:r>
      <w:r w:rsidR="00E16312" w:rsidRPr="004C06D0">
        <w:rPr>
          <w:rFonts w:ascii="Arial" w:hAnsi="Arial"/>
          <w:sz w:val="36"/>
          <w:lang w:val="fr-FR"/>
        </w:rPr>
        <w:t>fondamentaux</w:t>
      </w:r>
      <w:r w:rsidRPr="004C06D0">
        <w:rPr>
          <w:rFonts w:ascii="Arial" w:hAnsi="Arial"/>
          <w:sz w:val="36"/>
          <w:lang w:val="fr-FR"/>
        </w:rPr>
        <w:t xml:space="preserve"> : eau, alimentation, santé, travail digne et juste... Et ne manquez pas la grande journée de lancement du 14 novembre de 10h à 18h, à l'hôtel de ville de Lyon (1er, accès gratuit), avec plus de 50 associations, des ateliers participatifs... </w:t>
      </w:r>
      <w:hyperlink r:id="rId10">
        <w:r w:rsidR="0042209D" w:rsidRPr="004C06D0">
          <w:rPr>
            <w:rFonts w:ascii="Arial" w:hAnsi="Arial"/>
            <w:color w:val="0000EE"/>
            <w:sz w:val="36"/>
            <w:u w:val="single"/>
            <w:lang w:val="fr-FR"/>
          </w:rPr>
          <w:t>lyon.fr</w:t>
        </w:r>
      </w:hyperlink>
    </w:p>
    <w:p w14:paraId="22C9A84B" w14:textId="77777777" w:rsidR="0048339B" w:rsidRPr="004C06D0" w:rsidRDefault="0048339B">
      <w:pPr>
        <w:rPr>
          <w:rFonts w:ascii="Arial" w:hAnsi="Arial"/>
          <w:sz w:val="36"/>
          <w:lang w:val="fr-FR"/>
        </w:rPr>
      </w:pPr>
    </w:p>
    <w:p w14:paraId="5DBBA2FE" w14:textId="251493BD" w:rsidR="0042209D" w:rsidRPr="008A13B3" w:rsidRDefault="00000000" w:rsidP="009D51FA">
      <w:pPr>
        <w:rPr>
          <w:rFonts w:ascii="Arial" w:hAnsi="Arial"/>
          <w:b/>
          <w:bCs/>
          <w:sz w:val="36"/>
          <w:lang w:val="fr-FR"/>
        </w:rPr>
      </w:pPr>
      <w:r w:rsidRPr="008A13B3">
        <w:rPr>
          <w:rFonts w:ascii="Arial" w:hAnsi="Arial"/>
          <w:b/>
          <w:bCs/>
          <w:sz w:val="36"/>
          <w:lang w:val="fr-FR"/>
        </w:rPr>
        <w:t>Patrimoine en poche</w:t>
      </w:r>
      <w:r w:rsidR="009D51FA" w:rsidRPr="008A13B3">
        <w:rPr>
          <w:rFonts w:ascii="Arial" w:hAnsi="Arial"/>
          <w:b/>
          <w:bCs/>
          <w:sz w:val="36"/>
          <w:lang w:val="fr-FR"/>
        </w:rPr>
        <w:t> :</w:t>
      </w:r>
    </w:p>
    <w:p w14:paraId="66761A24" w14:textId="77777777" w:rsidR="00F80D1A" w:rsidRPr="004C06D0" w:rsidRDefault="00000000">
      <w:pPr>
        <w:rPr>
          <w:rFonts w:ascii="Arial" w:hAnsi="Arial"/>
          <w:sz w:val="36"/>
          <w:lang w:val="fr-FR"/>
        </w:rPr>
      </w:pPr>
      <w:r w:rsidRPr="004C06D0">
        <w:rPr>
          <w:rFonts w:ascii="Arial" w:hAnsi="Arial"/>
          <w:sz w:val="36"/>
          <w:lang w:val="fr-FR"/>
        </w:rPr>
        <w:t xml:space="preserve">Envie de garder un p'tit souvenir des Journées du patrimoine les 19 et 20 septembre ? </w:t>
      </w:r>
    </w:p>
    <w:p w14:paraId="0268DAD2" w14:textId="47B42ED9" w:rsidR="0042209D" w:rsidRPr="004C06D0" w:rsidRDefault="00000000">
      <w:pPr>
        <w:rPr>
          <w:rFonts w:ascii="Arial" w:hAnsi="Arial"/>
          <w:sz w:val="36"/>
          <w:lang w:val="fr-FR"/>
        </w:rPr>
      </w:pPr>
      <w:r w:rsidRPr="004C06D0">
        <w:rPr>
          <w:rFonts w:ascii="Arial" w:hAnsi="Arial"/>
          <w:sz w:val="36"/>
          <w:lang w:val="fr-FR"/>
        </w:rPr>
        <w:t xml:space="preserve">Vous en aurez l'occasion si vous visitez l'hôtel de ville (1er). Les visiteurs se verront proposer une sélection de produits issus du programme de licence de la Ville de Lyon, qui regroupe des produits de qualité uniques et élaborés avec des acteurs économiques engagés ; soyeux, chocolatiers, </w:t>
      </w:r>
      <w:r w:rsidRPr="004C06D0">
        <w:rPr>
          <w:rFonts w:ascii="Arial" w:hAnsi="Arial"/>
          <w:sz w:val="36"/>
          <w:lang w:val="fr-FR"/>
        </w:rPr>
        <w:lastRenderedPageBreak/>
        <w:t xml:space="preserve">confituriers... Pour emporter un bout de Lyon avec soi. Petit aperçu disponible ici : </w:t>
      </w:r>
      <w:hyperlink r:id="rId11">
        <w:r w:rsidR="0042209D" w:rsidRPr="004C06D0">
          <w:rPr>
            <w:rFonts w:ascii="Arial" w:hAnsi="Arial"/>
            <w:color w:val="0000EE"/>
            <w:sz w:val="36"/>
            <w:u w:val="single"/>
            <w:lang w:val="fr-FR"/>
          </w:rPr>
          <w:t>boutique.lyon.fr</w:t>
        </w:r>
      </w:hyperlink>
    </w:p>
    <w:p w14:paraId="3035F5F1" w14:textId="77777777" w:rsidR="00F80D1A" w:rsidRPr="004C06D0" w:rsidRDefault="00F80D1A">
      <w:pPr>
        <w:rPr>
          <w:rFonts w:ascii="Arial" w:hAnsi="Arial"/>
          <w:sz w:val="36"/>
          <w:lang w:val="fr-FR"/>
        </w:rPr>
      </w:pPr>
    </w:p>
    <w:p w14:paraId="0B9F5706" w14:textId="3869CD0F" w:rsidR="0042209D" w:rsidRPr="00676013" w:rsidRDefault="00000000" w:rsidP="00F80D1A">
      <w:pPr>
        <w:rPr>
          <w:rFonts w:ascii="Arial" w:hAnsi="Arial"/>
          <w:b/>
          <w:bCs/>
          <w:sz w:val="36"/>
          <w:lang w:val="fr-FR"/>
        </w:rPr>
      </w:pPr>
      <w:r w:rsidRPr="00676013">
        <w:rPr>
          <w:rFonts w:ascii="Arial" w:hAnsi="Arial"/>
          <w:b/>
          <w:bCs/>
          <w:sz w:val="36"/>
          <w:lang w:val="fr-FR"/>
        </w:rPr>
        <w:t>Le Chalet du Parc rouvre le 18 septembre</w:t>
      </w:r>
      <w:r w:rsidR="00F80D1A" w:rsidRPr="00676013">
        <w:rPr>
          <w:rFonts w:ascii="Arial" w:hAnsi="Arial"/>
          <w:b/>
          <w:bCs/>
          <w:sz w:val="36"/>
          <w:lang w:val="fr-FR"/>
        </w:rPr>
        <w:t> :</w:t>
      </w:r>
    </w:p>
    <w:p w14:paraId="7ADA4583" w14:textId="77777777" w:rsidR="0042209D" w:rsidRPr="004C06D0" w:rsidRDefault="00000000">
      <w:pPr>
        <w:rPr>
          <w:rFonts w:ascii="Arial" w:hAnsi="Arial"/>
          <w:sz w:val="36"/>
          <w:lang w:val="fr-FR"/>
        </w:rPr>
      </w:pPr>
      <w:r w:rsidRPr="004C06D0">
        <w:rPr>
          <w:rFonts w:ascii="Arial" w:hAnsi="Arial"/>
          <w:sz w:val="36"/>
          <w:lang w:val="fr-FR"/>
        </w:rPr>
        <w:t>Le Chalet du Parc, joyau lyonnais entièrement restauré, rouvre ses portes avec une ambition : être un carrefour de vie, de culture et de sobriété, aux horaires d'ouverture du parc de la Tête d'or. Son emplacement au bord du lac lui permet de proposer un cadre idéal pour une offre de restauration assurée par la Fabuleuse Cantine. Elle mitonne une cuisine locale, de saison et antigaspi. Du petit-déjeuner à l'afterwork, en passant par des brunchs festifs le week-end, les visiteurs pourront profiter de sa terrasse ou de l'intérieur cosy. Un bal dansant hebdomadaire viendra même animer les après-midis.</w:t>
      </w:r>
    </w:p>
    <w:p w14:paraId="046D9852" w14:textId="77777777" w:rsidR="00F80D1A" w:rsidRPr="004C06D0" w:rsidRDefault="00F80D1A">
      <w:pPr>
        <w:rPr>
          <w:rFonts w:ascii="Arial" w:hAnsi="Arial"/>
          <w:sz w:val="36"/>
          <w:lang w:val="fr-FR"/>
        </w:rPr>
      </w:pPr>
    </w:p>
    <w:p w14:paraId="22A9BC9A" w14:textId="3F566EFA" w:rsidR="0042209D" w:rsidRPr="00676013" w:rsidRDefault="00000000" w:rsidP="003B7ABE">
      <w:pPr>
        <w:rPr>
          <w:rFonts w:ascii="Arial" w:hAnsi="Arial"/>
          <w:b/>
          <w:bCs/>
          <w:sz w:val="36"/>
          <w:lang w:val="fr-FR"/>
        </w:rPr>
      </w:pPr>
      <w:r w:rsidRPr="00676013">
        <w:rPr>
          <w:rFonts w:ascii="Arial" w:hAnsi="Arial"/>
          <w:b/>
          <w:bCs/>
          <w:sz w:val="36"/>
          <w:lang w:val="fr-FR"/>
        </w:rPr>
        <w:t>Culture et pédagogie au cœur du parc</w:t>
      </w:r>
      <w:r w:rsidR="003B7ABE" w:rsidRPr="00676013">
        <w:rPr>
          <w:rFonts w:ascii="Arial" w:hAnsi="Arial"/>
          <w:b/>
          <w:bCs/>
          <w:sz w:val="36"/>
          <w:lang w:val="fr-FR"/>
        </w:rPr>
        <w:t> :</w:t>
      </w:r>
    </w:p>
    <w:p w14:paraId="39F10AB1" w14:textId="77777777" w:rsidR="003B7ABE" w:rsidRPr="004C06D0" w:rsidRDefault="00000000">
      <w:pPr>
        <w:rPr>
          <w:rFonts w:ascii="Arial" w:hAnsi="Arial"/>
          <w:sz w:val="36"/>
          <w:lang w:val="fr-FR"/>
        </w:rPr>
      </w:pPr>
      <w:r w:rsidRPr="004C06D0">
        <w:rPr>
          <w:rFonts w:ascii="Arial" w:hAnsi="Arial"/>
          <w:sz w:val="36"/>
          <w:lang w:val="fr-FR"/>
        </w:rPr>
        <w:t xml:space="preserve">Le Chalet du Parc se transforme également en espace d'éducation et de sensibilisation. Au programme : Mission forêt, un serious game immersif, unique en France, pour explorer les écosystèmes forestiers en famille ou entre amis ; des résidences artistiques pilotées par la Maison Gutenberg, qui donneront naissance à des œuvres exposées à l'issue des parcours, autour des enjeux écologiques et sociétaux. En prime, pour l'ouverture, le Chalet et le parc accueillent Vivre ensemble, l'exposition photo monumentale de Yann Arthus-Bertrand (avec Hervé Le Bras) (voir détails en page 18) portée </w:t>
      </w:r>
      <w:r w:rsidRPr="004C06D0">
        <w:rPr>
          <w:rFonts w:ascii="Arial" w:hAnsi="Arial"/>
          <w:sz w:val="36"/>
          <w:lang w:val="fr-FR"/>
        </w:rPr>
        <w:lastRenderedPageBreak/>
        <w:t xml:space="preserve">par sa fondation </w:t>
      </w:r>
      <w:proofErr w:type="spellStart"/>
      <w:r w:rsidRPr="004C06D0">
        <w:rPr>
          <w:rFonts w:ascii="Arial" w:hAnsi="Arial"/>
          <w:sz w:val="36"/>
          <w:lang w:val="fr-FR"/>
        </w:rPr>
        <w:t>GoodPlanet</w:t>
      </w:r>
      <w:proofErr w:type="spellEnd"/>
      <w:r w:rsidRPr="004C06D0">
        <w:rPr>
          <w:rFonts w:ascii="Arial" w:hAnsi="Arial"/>
          <w:sz w:val="36"/>
          <w:lang w:val="fr-FR"/>
        </w:rPr>
        <w:t xml:space="preserve">, un des partenaires du projet. Fidèle à son histoire, le bâtiment a été restauré avec des matériaux de réemploi et des équipements de seconde main (100% pour la cuisine !) par l'Association Chalet du Parc qui regroupe les partenaires. Le Chalet vise le label </w:t>
      </w:r>
      <w:proofErr w:type="spellStart"/>
      <w:r w:rsidRPr="004C06D0">
        <w:rPr>
          <w:rFonts w:ascii="Arial" w:hAnsi="Arial"/>
          <w:sz w:val="36"/>
          <w:lang w:val="fr-FR"/>
        </w:rPr>
        <w:t>EnerPHit</w:t>
      </w:r>
      <w:proofErr w:type="spellEnd"/>
      <w:r w:rsidRPr="004C06D0">
        <w:rPr>
          <w:rFonts w:ascii="Arial" w:hAnsi="Arial"/>
          <w:sz w:val="36"/>
          <w:lang w:val="fr-FR"/>
        </w:rPr>
        <w:t xml:space="preserve">, l'un des plus exigeants en matière de rénovation énergétique. </w:t>
      </w:r>
    </w:p>
    <w:p w14:paraId="64B51A9D" w14:textId="35BD4AF3" w:rsidR="0042209D" w:rsidRPr="004C06D0" w:rsidRDefault="00000000">
      <w:pPr>
        <w:rPr>
          <w:rFonts w:ascii="Arial" w:hAnsi="Arial"/>
          <w:sz w:val="36"/>
          <w:lang w:val="fr-FR"/>
        </w:rPr>
      </w:pPr>
      <w:r w:rsidRPr="004C06D0">
        <w:rPr>
          <w:rFonts w:ascii="Arial" w:hAnsi="Arial"/>
          <w:sz w:val="36"/>
          <w:lang w:val="fr-FR"/>
        </w:rPr>
        <w:t xml:space="preserve">Preuve que patrimoine et transition écologique font bon ménage. </w:t>
      </w:r>
      <w:hyperlink r:id="rId12">
        <w:r w:rsidR="0042209D" w:rsidRPr="004C06D0">
          <w:rPr>
            <w:rFonts w:ascii="Arial" w:hAnsi="Arial"/>
            <w:color w:val="0000EE"/>
            <w:sz w:val="36"/>
            <w:u w:val="single"/>
            <w:lang w:val="fr-FR"/>
          </w:rPr>
          <w:t>lyon.fr</w:t>
        </w:r>
      </w:hyperlink>
    </w:p>
    <w:p w14:paraId="10347502" w14:textId="77777777" w:rsidR="003B7ABE" w:rsidRPr="004C06D0" w:rsidRDefault="003B7ABE">
      <w:pPr>
        <w:rPr>
          <w:rFonts w:ascii="Arial" w:hAnsi="Arial"/>
          <w:sz w:val="36"/>
          <w:lang w:val="fr-FR"/>
        </w:rPr>
      </w:pPr>
    </w:p>
    <w:p w14:paraId="59035702" w14:textId="78F04740" w:rsidR="0042209D" w:rsidRPr="000A0AF9" w:rsidRDefault="00000000" w:rsidP="00F151FF">
      <w:pPr>
        <w:rPr>
          <w:rFonts w:ascii="Arial" w:hAnsi="Arial"/>
          <w:b/>
          <w:bCs/>
          <w:sz w:val="36"/>
          <w:lang w:val="fr-FR"/>
        </w:rPr>
      </w:pPr>
      <w:r w:rsidRPr="000A0AF9">
        <w:rPr>
          <w:rFonts w:ascii="Arial" w:hAnsi="Arial"/>
          <w:b/>
          <w:bCs/>
          <w:sz w:val="36"/>
          <w:lang w:val="fr-FR"/>
        </w:rPr>
        <w:t>Émotion entre Rhône et Saône</w:t>
      </w:r>
      <w:r w:rsidR="00F151FF" w:rsidRPr="000A0AF9">
        <w:rPr>
          <w:rFonts w:ascii="Arial" w:hAnsi="Arial"/>
          <w:b/>
          <w:bCs/>
          <w:sz w:val="36"/>
          <w:lang w:val="fr-FR"/>
        </w:rPr>
        <w:t> :</w:t>
      </w:r>
    </w:p>
    <w:p w14:paraId="4A52412D" w14:textId="69B2D6B6" w:rsidR="00F151FF" w:rsidRPr="004C06D0" w:rsidRDefault="00000000">
      <w:pPr>
        <w:rPr>
          <w:rFonts w:ascii="Arial" w:hAnsi="Arial"/>
          <w:sz w:val="36"/>
          <w:lang w:val="fr-FR"/>
        </w:rPr>
      </w:pPr>
      <w:r w:rsidRPr="004C06D0">
        <w:rPr>
          <w:rFonts w:ascii="Arial" w:hAnsi="Arial"/>
          <w:sz w:val="36"/>
          <w:lang w:val="fr-FR"/>
        </w:rPr>
        <w:t>Retour sur les bons moments de l'été</w:t>
      </w:r>
      <w:r w:rsidR="00F151FF" w:rsidRPr="004C06D0">
        <w:rPr>
          <w:rFonts w:ascii="Arial" w:hAnsi="Arial"/>
          <w:sz w:val="36"/>
          <w:lang w:val="fr-FR"/>
        </w:rPr>
        <w:t> e</w:t>
      </w:r>
      <w:r w:rsidRPr="004C06D0">
        <w:rPr>
          <w:rFonts w:ascii="Arial" w:hAnsi="Arial"/>
          <w:sz w:val="36"/>
          <w:lang w:val="fr-FR"/>
        </w:rPr>
        <w:t>t notamment la 5</w:t>
      </w:r>
      <w:r w:rsidR="003B7ABE" w:rsidRPr="004C06D0">
        <w:rPr>
          <w:rFonts w:ascii="Arial" w:hAnsi="Arial"/>
          <w:sz w:val="36"/>
          <w:vertAlign w:val="superscript"/>
          <w:lang w:val="fr-FR"/>
        </w:rPr>
        <w:t>e</w:t>
      </w:r>
      <w:r w:rsidR="003B7ABE" w:rsidRPr="004C06D0">
        <w:rPr>
          <w:rFonts w:ascii="Arial" w:hAnsi="Arial"/>
          <w:sz w:val="36"/>
          <w:lang w:val="fr-FR"/>
        </w:rPr>
        <w:t xml:space="preserve"> </w:t>
      </w:r>
      <w:r w:rsidRPr="004C06D0">
        <w:rPr>
          <w:rFonts w:ascii="Arial" w:hAnsi="Arial"/>
          <w:sz w:val="36"/>
          <w:lang w:val="fr-FR"/>
        </w:rPr>
        <w:t xml:space="preserve">édition du Festival entre Rhône et Saône qui a accueilli 38000 personnes du 26 au 28 juin. </w:t>
      </w:r>
    </w:p>
    <w:p w14:paraId="6DF53CDD" w14:textId="77777777" w:rsidR="00F151FF" w:rsidRPr="004C06D0" w:rsidRDefault="00000000">
      <w:pPr>
        <w:rPr>
          <w:rFonts w:ascii="Arial" w:hAnsi="Arial"/>
          <w:sz w:val="36"/>
          <w:lang w:val="fr-FR"/>
        </w:rPr>
      </w:pPr>
      <w:r w:rsidRPr="004C06D0">
        <w:rPr>
          <w:rFonts w:ascii="Arial" w:hAnsi="Arial"/>
          <w:sz w:val="36"/>
          <w:lang w:val="fr-FR"/>
        </w:rPr>
        <w:t xml:space="preserve">De nombreuses animations ont battu des records d'affluence comme le magnifique spectacle Dragon Time (photo) qui a émerveillé près de 17000 spectateurs sur les deux soirs. La baignade dérivante - et encadrée - dans le Rhône a accueilli près de 1200 baigneurs. </w:t>
      </w:r>
    </w:p>
    <w:p w14:paraId="603E1BDE" w14:textId="509B3962" w:rsidR="0042209D" w:rsidRPr="004C06D0" w:rsidRDefault="00000000">
      <w:pPr>
        <w:rPr>
          <w:rFonts w:ascii="Arial" w:hAnsi="Arial"/>
          <w:sz w:val="36"/>
          <w:lang w:val="fr-FR"/>
        </w:rPr>
      </w:pPr>
      <w:r w:rsidRPr="004C06D0">
        <w:rPr>
          <w:rFonts w:ascii="Arial" w:hAnsi="Arial"/>
          <w:sz w:val="36"/>
          <w:lang w:val="fr-FR"/>
        </w:rPr>
        <w:t>À l'année prochaine !</w:t>
      </w:r>
    </w:p>
    <w:p w14:paraId="7A0450F7" w14:textId="77777777" w:rsidR="00F151FF" w:rsidRPr="004C06D0" w:rsidRDefault="00F151FF">
      <w:pPr>
        <w:rPr>
          <w:rFonts w:ascii="Arial" w:hAnsi="Arial"/>
          <w:sz w:val="36"/>
          <w:lang w:val="fr-FR"/>
        </w:rPr>
      </w:pPr>
    </w:p>
    <w:p w14:paraId="49BFFE32" w14:textId="0B6FBB93" w:rsidR="0042209D" w:rsidRPr="000A0AF9" w:rsidRDefault="00000000" w:rsidP="00F151FF">
      <w:pPr>
        <w:rPr>
          <w:rFonts w:ascii="Arial" w:hAnsi="Arial"/>
          <w:b/>
          <w:bCs/>
          <w:sz w:val="36"/>
          <w:lang w:val="fr-FR"/>
        </w:rPr>
      </w:pPr>
      <w:r w:rsidRPr="000A0AF9">
        <w:rPr>
          <w:rFonts w:ascii="Arial" w:hAnsi="Arial"/>
          <w:b/>
          <w:bCs/>
          <w:sz w:val="36"/>
          <w:lang w:val="fr-FR"/>
        </w:rPr>
        <w:t>Jardin du Rosaire, première étape livrée</w:t>
      </w:r>
      <w:r w:rsidR="00F151FF" w:rsidRPr="000A0AF9">
        <w:rPr>
          <w:rFonts w:ascii="Arial" w:hAnsi="Arial"/>
          <w:b/>
          <w:bCs/>
          <w:sz w:val="36"/>
          <w:lang w:val="fr-FR"/>
        </w:rPr>
        <w:t> :</w:t>
      </w:r>
    </w:p>
    <w:p w14:paraId="1CF9F9DA" w14:textId="17937C03" w:rsidR="00F151FF" w:rsidRPr="004C06D0" w:rsidRDefault="00000000">
      <w:pPr>
        <w:rPr>
          <w:rFonts w:ascii="Arial" w:hAnsi="Arial"/>
          <w:sz w:val="36"/>
          <w:lang w:val="fr-FR"/>
        </w:rPr>
      </w:pPr>
      <w:r w:rsidRPr="004C06D0">
        <w:rPr>
          <w:rFonts w:ascii="Arial" w:hAnsi="Arial"/>
          <w:sz w:val="36"/>
          <w:lang w:val="fr-FR"/>
        </w:rPr>
        <w:t xml:space="preserve">Pendant l'été, le “secteur </w:t>
      </w:r>
      <w:proofErr w:type="spellStart"/>
      <w:r w:rsidRPr="004C06D0">
        <w:rPr>
          <w:rFonts w:ascii="Arial" w:hAnsi="Arial"/>
          <w:sz w:val="36"/>
          <w:lang w:val="fr-FR"/>
        </w:rPr>
        <w:t>Jaricot</w:t>
      </w:r>
      <w:proofErr w:type="spellEnd"/>
      <w:r w:rsidRPr="004C06D0">
        <w:rPr>
          <w:rFonts w:ascii="Arial" w:hAnsi="Arial"/>
          <w:sz w:val="36"/>
          <w:lang w:val="fr-FR"/>
        </w:rPr>
        <w:t>" du jardin du Rosaire (5</w:t>
      </w:r>
      <w:r w:rsidR="00E164D3" w:rsidRPr="004C06D0">
        <w:rPr>
          <w:rFonts w:ascii="Arial" w:hAnsi="Arial"/>
          <w:sz w:val="36"/>
          <w:lang w:val="fr-FR"/>
        </w:rPr>
        <w:t>e</w:t>
      </w:r>
      <w:r w:rsidRPr="004C06D0">
        <w:rPr>
          <w:rFonts w:ascii="Arial" w:hAnsi="Arial"/>
          <w:sz w:val="36"/>
          <w:lang w:val="fr-FR"/>
        </w:rPr>
        <w:t xml:space="preserve">) a été rouvert au public à l'issue d'une première étape de restauration de 7 mois. </w:t>
      </w:r>
    </w:p>
    <w:p w14:paraId="6587A93E" w14:textId="587BB5CA" w:rsidR="0042209D" w:rsidRPr="004C06D0" w:rsidRDefault="00000000">
      <w:pPr>
        <w:rPr>
          <w:rFonts w:ascii="Arial" w:hAnsi="Arial"/>
          <w:sz w:val="36"/>
          <w:lang w:val="fr-FR"/>
        </w:rPr>
      </w:pPr>
      <w:r w:rsidRPr="004C06D0">
        <w:rPr>
          <w:rFonts w:ascii="Arial" w:hAnsi="Arial"/>
          <w:sz w:val="36"/>
          <w:lang w:val="fr-FR"/>
        </w:rPr>
        <w:lastRenderedPageBreak/>
        <w:t>Ces travaux, menés sur site classé, ont permis, entre autres, de rouvrir l'accès historique du jardin depuis la montée du Cardinal-</w:t>
      </w:r>
      <w:proofErr w:type="spellStart"/>
      <w:r w:rsidRPr="004C06D0">
        <w:rPr>
          <w:rFonts w:ascii="Arial" w:hAnsi="Arial"/>
          <w:sz w:val="36"/>
          <w:lang w:val="fr-FR"/>
        </w:rPr>
        <w:t>Decourtray</w:t>
      </w:r>
      <w:proofErr w:type="spellEnd"/>
      <w:r w:rsidRPr="004C06D0">
        <w:rPr>
          <w:rFonts w:ascii="Arial" w:hAnsi="Arial"/>
          <w:sz w:val="36"/>
          <w:lang w:val="fr-FR"/>
        </w:rPr>
        <w:t xml:space="preserve"> et d'améliorer la sécurité des cheminements. La restauration complète des lieux sera achevée à l'été 2027. Pour les visiteurs, nombreux, signalons que le "secteur Rosaire" est désormais fermé pour travaux et qu'il faut emprunter la nouvelle entrée par la montée </w:t>
      </w:r>
      <w:proofErr w:type="spellStart"/>
      <w:r w:rsidRPr="004C06D0">
        <w:rPr>
          <w:rFonts w:ascii="Arial" w:hAnsi="Arial"/>
          <w:sz w:val="36"/>
          <w:lang w:val="fr-FR"/>
        </w:rPr>
        <w:t>Decourtray</w:t>
      </w:r>
      <w:proofErr w:type="spellEnd"/>
      <w:r w:rsidRPr="004C06D0">
        <w:rPr>
          <w:rFonts w:ascii="Arial" w:hAnsi="Arial"/>
          <w:sz w:val="36"/>
          <w:lang w:val="fr-FR"/>
        </w:rPr>
        <w:t xml:space="preserve"> pour rejoindre Fourvière.</w:t>
      </w:r>
    </w:p>
    <w:p w14:paraId="62437087" w14:textId="29934A69" w:rsidR="00C834C0" w:rsidRDefault="00C834C0">
      <w:pPr>
        <w:rPr>
          <w:rFonts w:ascii="Arial" w:hAnsi="Arial"/>
          <w:sz w:val="36"/>
          <w:lang w:val="fr-FR"/>
        </w:rPr>
      </w:pPr>
    </w:p>
    <w:p w14:paraId="7ACE1808" w14:textId="479242E9" w:rsidR="0042209D" w:rsidRPr="000A0AF9" w:rsidRDefault="00000000" w:rsidP="00F151FF">
      <w:pPr>
        <w:rPr>
          <w:rFonts w:ascii="Arial" w:hAnsi="Arial"/>
          <w:b/>
          <w:bCs/>
          <w:sz w:val="36"/>
          <w:lang w:val="fr-FR"/>
        </w:rPr>
      </w:pPr>
      <w:r w:rsidRPr="000A0AF9">
        <w:rPr>
          <w:rFonts w:ascii="Arial" w:hAnsi="Arial"/>
          <w:b/>
          <w:bCs/>
          <w:sz w:val="36"/>
          <w:lang w:val="fr-FR"/>
        </w:rPr>
        <w:t>Greener festival les 3 et 4 octobre</w:t>
      </w:r>
      <w:r w:rsidR="00943A48" w:rsidRPr="000A0AF9">
        <w:rPr>
          <w:rFonts w:ascii="Arial" w:hAnsi="Arial"/>
          <w:b/>
          <w:bCs/>
          <w:sz w:val="36"/>
          <w:lang w:val="fr-FR"/>
        </w:rPr>
        <w:t> :</w:t>
      </w:r>
    </w:p>
    <w:p w14:paraId="4F7CE5DD" w14:textId="01C081F2" w:rsidR="0042209D" w:rsidRPr="004C06D0" w:rsidRDefault="00000000">
      <w:pPr>
        <w:rPr>
          <w:rFonts w:ascii="Arial" w:hAnsi="Arial"/>
          <w:sz w:val="36"/>
          <w:lang w:val="fr-FR"/>
        </w:rPr>
      </w:pPr>
      <w:r w:rsidRPr="004C06D0">
        <w:rPr>
          <w:rFonts w:ascii="Arial" w:hAnsi="Arial"/>
          <w:sz w:val="36"/>
          <w:lang w:val="fr-FR"/>
        </w:rPr>
        <w:t>Pour sa 11</w:t>
      </w:r>
      <w:r w:rsidR="00B17DEB" w:rsidRPr="00B17DEB">
        <w:rPr>
          <w:rFonts w:ascii="Arial" w:hAnsi="Arial"/>
          <w:sz w:val="36"/>
          <w:vertAlign w:val="superscript"/>
          <w:lang w:val="fr-FR"/>
        </w:rPr>
        <w:t>e</w:t>
      </w:r>
      <w:r w:rsidR="00B17DEB">
        <w:rPr>
          <w:rFonts w:ascii="Arial" w:hAnsi="Arial"/>
          <w:sz w:val="36"/>
          <w:lang w:val="fr-FR"/>
        </w:rPr>
        <w:t xml:space="preserve"> </w:t>
      </w:r>
      <w:r w:rsidRPr="004C06D0">
        <w:rPr>
          <w:rFonts w:ascii="Arial" w:hAnsi="Arial"/>
          <w:sz w:val="36"/>
          <w:lang w:val="fr-FR"/>
        </w:rPr>
        <w:t>édition, le Greener Festival mettra à l'honneur un sujet particulièrement d'actualité : l'information avec son cortège de fake news, réseaux sociaux, IA, surinformation et d'</w:t>
      </w:r>
      <w:proofErr w:type="spellStart"/>
      <w:r w:rsidRPr="004C06D0">
        <w:rPr>
          <w:rFonts w:ascii="Arial" w:hAnsi="Arial"/>
          <w:sz w:val="36"/>
          <w:lang w:val="fr-FR"/>
        </w:rPr>
        <w:t>écoanxiété</w:t>
      </w:r>
      <w:proofErr w:type="spellEnd"/>
      <w:r w:rsidRPr="004C06D0">
        <w:rPr>
          <w:rFonts w:ascii="Arial" w:hAnsi="Arial"/>
          <w:sz w:val="36"/>
          <w:lang w:val="fr-FR"/>
        </w:rPr>
        <w:t xml:space="preserve">... Au-delà, le festival réunira une nouvelle fois 60 exposants et ses visiteurs autour des solutions pour bien vivre à Lyon avec force conférences, ateliers pratiques, animations pour petits et grands, ainsi qu'un espace restauration et une buvette, dans un cadre convivial et familial. 3 et 4 octobre au Château de </w:t>
      </w:r>
      <w:proofErr w:type="spellStart"/>
      <w:r w:rsidRPr="004C06D0">
        <w:rPr>
          <w:rFonts w:ascii="Arial" w:hAnsi="Arial"/>
          <w:sz w:val="36"/>
          <w:lang w:val="fr-FR"/>
        </w:rPr>
        <w:t>Montchat</w:t>
      </w:r>
      <w:proofErr w:type="spellEnd"/>
      <w:r w:rsidRPr="004C06D0">
        <w:rPr>
          <w:rFonts w:ascii="Arial" w:hAnsi="Arial"/>
          <w:sz w:val="36"/>
          <w:lang w:val="fr-FR"/>
        </w:rPr>
        <w:t xml:space="preserve"> et à la MJC de </w:t>
      </w:r>
      <w:proofErr w:type="spellStart"/>
      <w:r w:rsidRPr="004C06D0">
        <w:rPr>
          <w:rFonts w:ascii="Arial" w:hAnsi="Arial"/>
          <w:sz w:val="36"/>
          <w:lang w:val="fr-FR"/>
        </w:rPr>
        <w:t>Montchat</w:t>
      </w:r>
      <w:proofErr w:type="spellEnd"/>
      <w:r w:rsidRPr="004C06D0">
        <w:rPr>
          <w:rFonts w:ascii="Arial" w:hAnsi="Arial"/>
          <w:sz w:val="36"/>
          <w:lang w:val="fr-FR"/>
        </w:rPr>
        <w:t xml:space="preserve"> (3</w:t>
      </w:r>
      <w:r w:rsidR="00E164D3" w:rsidRPr="004C06D0">
        <w:rPr>
          <w:rFonts w:ascii="Arial" w:hAnsi="Arial"/>
          <w:sz w:val="36"/>
          <w:lang w:val="fr-FR"/>
        </w:rPr>
        <w:t>e</w:t>
      </w:r>
      <w:r w:rsidRPr="004C06D0">
        <w:rPr>
          <w:rFonts w:ascii="Arial" w:hAnsi="Arial"/>
          <w:sz w:val="36"/>
          <w:lang w:val="fr-FR"/>
        </w:rPr>
        <w:t xml:space="preserve">) / </w:t>
      </w:r>
      <w:hyperlink r:id="rId13">
        <w:r w:rsidR="0042209D" w:rsidRPr="004C06D0">
          <w:rPr>
            <w:rFonts w:ascii="Arial" w:hAnsi="Arial"/>
            <w:color w:val="0000EE"/>
            <w:sz w:val="36"/>
            <w:u w:val="single"/>
            <w:lang w:val="fr-FR"/>
          </w:rPr>
          <w:t>festival.thegreenergood.fr</w:t>
        </w:r>
      </w:hyperlink>
    </w:p>
    <w:p w14:paraId="720A2D6E" w14:textId="77777777" w:rsidR="00597970" w:rsidRDefault="00597970">
      <w:pPr>
        <w:rPr>
          <w:rFonts w:ascii="Arial" w:eastAsiaTheme="majorEastAsia" w:hAnsi="Arial" w:cstheme="majorBidi"/>
          <w:b/>
          <w:bCs/>
          <w:color w:val="365F91" w:themeColor="accent1" w:themeShade="BF"/>
          <w:sz w:val="44"/>
          <w:szCs w:val="36"/>
          <w:lang w:val="fr-FR"/>
        </w:rPr>
      </w:pPr>
      <w:r>
        <w:rPr>
          <w:rFonts w:ascii="Arial" w:hAnsi="Arial"/>
          <w:sz w:val="44"/>
          <w:szCs w:val="36"/>
          <w:lang w:val="fr-FR"/>
        </w:rPr>
        <w:br w:type="page"/>
      </w:r>
    </w:p>
    <w:p w14:paraId="1AC82ED9" w14:textId="0278DEDB" w:rsidR="0042209D" w:rsidRPr="005B22BF" w:rsidRDefault="005B22BF" w:rsidP="00871533">
      <w:pPr>
        <w:pStyle w:val="Titre1"/>
        <w:jc w:val="center"/>
        <w:rPr>
          <w:rFonts w:ascii="Arial" w:hAnsi="Arial"/>
          <w:sz w:val="44"/>
          <w:szCs w:val="36"/>
          <w:lang w:val="fr-FR"/>
        </w:rPr>
      </w:pPr>
      <w:bookmarkStart w:id="4" w:name="_Toc239852990"/>
      <w:r w:rsidRPr="005B22BF">
        <w:rPr>
          <w:rFonts w:ascii="Arial" w:hAnsi="Arial"/>
          <w:sz w:val="44"/>
          <w:szCs w:val="36"/>
          <w:lang w:val="fr-FR"/>
        </w:rPr>
        <w:lastRenderedPageBreak/>
        <w:t>C'EST DANS L'ACTU</w:t>
      </w:r>
      <w:bookmarkEnd w:id="4"/>
    </w:p>
    <w:p w14:paraId="545CB9D8" w14:textId="77777777" w:rsidR="0042209D" w:rsidRPr="005B22BF" w:rsidRDefault="00000000" w:rsidP="00871533">
      <w:pPr>
        <w:pStyle w:val="Titre1"/>
        <w:jc w:val="center"/>
        <w:rPr>
          <w:rFonts w:ascii="Arial" w:hAnsi="Arial"/>
          <w:smallCaps/>
          <w:sz w:val="44"/>
          <w:szCs w:val="36"/>
          <w:lang w:val="fr-FR"/>
        </w:rPr>
      </w:pPr>
      <w:bookmarkStart w:id="5" w:name="_Toc239852991"/>
      <w:r w:rsidRPr="005B22BF">
        <w:rPr>
          <w:rFonts w:ascii="Arial" w:hAnsi="Arial"/>
          <w:smallCaps/>
          <w:sz w:val="44"/>
          <w:szCs w:val="36"/>
          <w:lang w:val="fr-FR"/>
        </w:rPr>
        <w:t>En octobre, Explore ta santé</w:t>
      </w:r>
      <w:bookmarkEnd w:id="5"/>
    </w:p>
    <w:p w14:paraId="41E22FEE" w14:textId="77777777" w:rsidR="00F151FF" w:rsidRPr="004C06D0" w:rsidRDefault="00F151FF">
      <w:pPr>
        <w:rPr>
          <w:rFonts w:ascii="Arial" w:hAnsi="Arial"/>
          <w:sz w:val="36"/>
          <w:lang w:val="fr-FR"/>
        </w:rPr>
      </w:pPr>
    </w:p>
    <w:p w14:paraId="7713E194" w14:textId="77777777" w:rsidR="0036265D" w:rsidRPr="005B22BF" w:rsidRDefault="00000000">
      <w:pPr>
        <w:rPr>
          <w:rFonts w:ascii="Arial" w:hAnsi="Arial"/>
          <w:b/>
          <w:bCs/>
          <w:sz w:val="36"/>
          <w:lang w:val="fr-FR"/>
        </w:rPr>
      </w:pPr>
      <w:r w:rsidRPr="005B22BF">
        <w:rPr>
          <w:rFonts w:ascii="Arial" w:hAnsi="Arial"/>
          <w:b/>
          <w:bCs/>
          <w:sz w:val="36"/>
          <w:lang w:val="fr-FR"/>
        </w:rPr>
        <w:t xml:space="preserve">Et si on prenait un peu de temps pour soi ? </w:t>
      </w:r>
    </w:p>
    <w:p w14:paraId="04527614" w14:textId="18F7D786" w:rsidR="0042209D" w:rsidRPr="004C06D0" w:rsidRDefault="00000000">
      <w:pPr>
        <w:rPr>
          <w:rFonts w:ascii="Arial" w:hAnsi="Arial"/>
          <w:sz w:val="36"/>
          <w:lang w:val="fr-FR"/>
        </w:rPr>
      </w:pPr>
      <w:r w:rsidRPr="004C06D0">
        <w:rPr>
          <w:rFonts w:ascii="Arial" w:hAnsi="Arial"/>
          <w:sz w:val="36"/>
          <w:lang w:val="fr-FR"/>
        </w:rPr>
        <w:t>En octobre, la deuxième édition du festival Explore ta santé propose plus de 170 rendez-vous gratuits dans toute la ville. Ateliers, balades, conférences, initiations sportives ou villages santé : un mois pour explorer la santé autrement !</w:t>
      </w:r>
    </w:p>
    <w:p w14:paraId="6A88923D" w14:textId="77777777" w:rsidR="0042209D" w:rsidRPr="004C06D0" w:rsidRDefault="00000000">
      <w:pPr>
        <w:rPr>
          <w:rFonts w:ascii="Arial" w:hAnsi="Arial"/>
          <w:sz w:val="36"/>
          <w:lang w:val="fr-FR"/>
        </w:rPr>
      </w:pPr>
      <w:r w:rsidRPr="004C06D0">
        <w:rPr>
          <w:rFonts w:ascii="Arial" w:hAnsi="Arial"/>
          <w:sz w:val="36"/>
          <w:lang w:val="fr-FR"/>
        </w:rPr>
        <w:t>Explore ta santé met en avant toutes les dimensions du bien-être, au quotidien : pratiquer une activité physique, apprendre les gestes qui sauvent, mieux s'alimenter, prendre soin de sa santé mentale ou encore s'informer sur les ressources près de chez soi. C'est aussi le moment idéal pour échanger sans tabou avec des experts santé dans tous les domaines. Pendant un mois, la santé vient à votre rencontre. Associations, établissements publics et acteurs locaux se mobilisent pour proposer des rendez-vous accessibles à tous dans chaque arrondissement de Lyon. Le festival investit les quartiers, les centres sociaux, les campus, les lieux culturels ou l'espace public pour être au plus près des habitants.</w:t>
      </w:r>
    </w:p>
    <w:p w14:paraId="791DAC5C" w14:textId="77777777" w:rsidR="000C7B74" w:rsidRPr="004C06D0" w:rsidRDefault="000C7B74">
      <w:pPr>
        <w:rPr>
          <w:rFonts w:ascii="Arial" w:hAnsi="Arial"/>
          <w:sz w:val="36"/>
          <w:lang w:val="fr-FR"/>
        </w:rPr>
      </w:pPr>
    </w:p>
    <w:p w14:paraId="145F181D" w14:textId="3A37BFA7" w:rsidR="0042209D" w:rsidRPr="005B22BF" w:rsidRDefault="00000000" w:rsidP="0036265D">
      <w:pPr>
        <w:rPr>
          <w:rFonts w:ascii="Arial" w:hAnsi="Arial"/>
          <w:b/>
          <w:bCs/>
          <w:sz w:val="36"/>
          <w:lang w:val="fr-FR"/>
        </w:rPr>
      </w:pPr>
      <w:r w:rsidRPr="005B22BF">
        <w:rPr>
          <w:rFonts w:ascii="Arial" w:hAnsi="Arial"/>
          <w:b/>
          <w:bCs/>
          <w:sz w:val="36"/>
          <w:lang w:val="fr-FR"/>
        </w:rPr>
        <w:t>Gratuit, partout dans Lyon</w:t>
      </w:r>
      <w:r w:rsidR="0036265D" w:rsidRPr="005B22BF">
        <w:rPr>
          <w:rFonts w:ascii="Arial" w:hAnsi="Arial"/>
          <w:b/>
          <w:bCs/>
          <w:sz w:val="36"/>
          <w:lang w:val="fr-FR"/>
        </w:rPr>
        <w:t> :</w:t>
      </w:r>
    </w:p>
    <w:p w14:paraId="575FBF32" w14:textId="2C169DCA" w:rsidR="0042209D" w:rsidRPr="004C06D0" w:rsidRDefault="00000000">
      <w:pPr>
        <w:rPr>
          <w:rFonts w:ascii="Arial" w:hAnsi="Arial"/>
          <w:sz w:val="36"/>
          <w:lang w:val="fr-FR"/>
        </w:rPr>
      </w:pPr>
      <w:r w:rsidRPr="004C06D0">
        <w:rPr>
          <w:rFonts w:ascii="Arial" w:hAnsi="Arial"/>
          <w:sz w:val="36"/>
          <w:lang w:val="fr-FR"/>
        </w:rPr>
        <w:t>Chacun pourra y trouver son</w:t>
      </w:r>
      <w:r w:rsidR="007400F8" w:rsidRPr="004C06D0">
        <w:rPr>
          <w:rFonts w:ascii="Arial" w:hAnsi="Arial"/>
          <w:sz w:val="36"/>
          <w:lang w:val="fr-FR"/>
        </w:rPr>
        <w:t xml:space="preserve"> </w:t>
      </w:r>
      <w:r w:rsidRPr="004C06D0">
        <w:rPr>
          <w:rFonts w:ascii="Arial" w:hAnsi="Arial"/>
          <w:sz w:val="36"/>
          <w:lang w:val="fr-FR"/>
        </w:rPr>
        <w:t xml:space="preserve">compte grâce aux différents formats proposés, d'autant que le festival fera aussi écho aux </w:t>
      </w:r>
      <w:r w:rsidRPr="004C06D0">
        <w:rPr>
          <w:rFonts w:ascii="Arial" w:hAnsi="Arial"/>
          <w:sz w:val="36"/>
          <w:lang w:val="fr-FR"/>
        </w:rPr>
        <w:lastRenderedPageBreak/>
        <w:t>temps forts habituels d'octobre comme les Semaines d'information sur la santé mentale, Octobre rose et la Semaine bleue, avec des événements dédiés. Au programme notamment : des rencontres santé</w:t>
      </w:r>
      <w:r w:rsidR="00286201" w:rsidRPr="004C06D0">
        <w:rPr>
          <w:rFonts w:ascii="Arial" w:hAnsi="Arial"/>
          <w:sz w:val="36"/>
          <w:lang w:val="fr-FR"/>
        </w:rPr>
        <w:t xml:space="preserve"> </w:t>
      </w:r>
      <w:r w:rsidRPr="004C06D0">
        <w:rPr>
          <w:rFonts w:ascii="Arial" w:hAnsi="Arial"/>
          <w:sz w:val="36"/>
          <w:lang w:val="fr-FR"/>
        </w:rPr>
        <w:t>de la femme et de la sage-femme (le 23 octobre, 21 quai Antoine-Riboud, 2</w:t>
      </w:r>
      <w:r w:rsidR="00E164D3" w:rsidRPr="004C06D0">
        <w:rPr>
          <w:rFonts w:ascii="Arial" w:hAnsi="Arial"/>
          <w:sz w:val="36"/>
          <w:lang w:val="fr-FR"/>
        </w:rPr>
        <w:t>e</w:t>
      </w:r>
      <w:r w:rsidRPr="004C06D0">
        <w:rPr>
          <w:rFonts w:ascii="Arial" w:hAnsi="Arial"/>
          <w:sz w:val="36"/>
          <w:lang w:val="fr-FR"/>
        </w:rPr>
        <w:t>), des portes ouvertes au centre consacré à la santé mentale des étudiants (le 22 octobre, 102 rue de Marseille, 7</w:t>
      </w:r>
      <w:r w:rsidR="00E164D3" w:rsidRPr="004C06D0">
        <w:rPr>
          <w:rFonts w:ascii="Arial" w:hAnsi="Arial"/>
          <w:sz w:val="36"/>
          <w:lang w:val="fr-FR"/>
        </w:rPr>
        <w:t>e</w:t>
      </w:r>
      <w:r w:rsidRPr="004C06D0">
        <w:rPr>
          <w:rFonts w:ascii="Arial" w:hAnsi="Arial"/>
          <w:sz w:val="36"/>
          <w:lang w:val="fr-FR"/>
        </w:rPr>
        <w:t>), ou des forums dédiés aux seniors (le 15 octobre, 12 avenue Jean-Mermoz, 8</w:t>
      </w:r>
      <w:r w:rsidR="00E164D3" w:rsidRPr="004C06D0">
        <w:rPr>
          <w:rFonts w:ascii="Arial" w:hAnsi="Arial"/>
          <w:sz w:val="36"/>
          <w:lang w:val="fr-FR"/>
        </w:rPr>
        <w:t>e</w:t>
      </w:r>
      <w:r w:rsidRPr="004C06D0">
        <w:rPr>
          <w:rFonts w:ascii="Arial" w:hAnsi="Arial"/>
          <w:sz w:val="36"/>
          <w:lang w:val="fr-FR"/>
        </w:rPr>
        <w:t>).</w:t>
      </w:r>
    </w:p>
    <w:p w14:paraId="1DE7D188" w14:textId="77777777" w:rsidR="00E913F2" w:rsidRPr="004C06D0" w:rsidRDefault="00E913F2">
      <w:pPr>
        <w:rPr>
          <w:rFonts w:ascii="Arial" w:hAnsi="Arial"/>
          <w:sz w:val="36"/>
          <w:lang w:val="fr-FR"/>
        </w:rPr>
      </w:pPr>
    </w:p>
    <w:p w14:paraId="41188DE4" w14:textId="6E69635A" w:rsidR="0042209D" w:rsidRPr="005B22BF" w:rsidRDefault="00000000" w:rsidP="005B22BF">
      <w:pPr>
        <w:rPr>
          <w:rFonts w:ascii="Arial" w:hAnsi="Arial"/>
          <w:b/>
          <w:bCs/>
          <w:sz w:val="36"/>
          <w:lang w:val="fr-FR"/>
        </w:rPr>
      </w:pPr>
      <w:r w:rsidRPr="005B22BF">
        <w:rPr>
          <w:rFonts w:ascii="Arial" w:hAnsi="Arial"/>
          <w:b/>
          <w:bCs/>
          <w:sz w:val="36"/>
          <w:lang w:val="fr-FR"/>
        </w:rPr>
        <w:t>Touria Mahjoubi, adjointe à la Santé</w:t>
      </w:r>
      <w:r w:rsidR="00871533" w:rsidRPr="005B22BF">
        <w:rPr>
          <w:rFonts w:ascii="Arial" w:hAnsi="Arial"/>
          <w:b/>
          <w:bCs/>
          <w:sz w:val="36"/>
          <w:lang w:val="fr-FR"/>
        </w:rPr>
        <w:t> :</w:t>
      </w:r>
    </w:p>
    <w:p w14:paraId="66083174" w14:textId="1D2506A5" w:rsidR="0042209D" w:rsidRPr="004C06D0" w:rsidRDefault="00000000">
      <w:pPr>
        <w:rPr>
          <w:rFonts w:ascii="Arial" w:hAnsi="Arial"/>
          <w:sz w:val="36"/>
          <w:lang w:val="fr-FR"/>
        </w:rPr>
      </w:pPr>
      <w:r w:rsidRPr="004C06D0">
        <w:rPr>
          <w:rFonts w:ascii="Arial" w:hAnsi="Arial"/>
          <w:sz w:val="36"/>
          <w:lang w:val="fr-FR"/>
        </w:rPr>
        <w:t>“Cette programmation riche nous la devons aux acteurs qui s'engagent aux côtés de la Ville : associations, hôpitaux, centres sociaux, acteurs de la recherche, professionnels de santé, mairies d'arrondissement, institutions partenaires, etc. Tous ont répondu présents pour construire ensemble ce temps fort. ”</w:t>
      </w:r>
    </w:p>
    <w:p w14:paraId="57180D8E" w14:textId="77777777" w:rsidR="00871533" w:rsidRPr="004C06D0" w:rsidRDefault="00871533">
      <w:pPr>
        <w:rPr>
          <w:rFonts w:ascii="Arial" w:hAnsi="Arial"/>
          <w:sz w:val="36"/>
          <w:lang w:val="fr-FR"/>
        </w:rPr>
      </w:pPr>
    </w:p>
    <w:p w14:paraId="2F399C8A" w14:textId="77777777" w:rsidR="00871533" w:rsidRPr="005B22BF" w:rsidRDefault="00000000">
      <w:pPr>
        <w:rPr>
          <w:rFonts w:ascii="Arial" w:hAnsi="Arial"/>
          <w:b/>
          <w:bCs/>
          <w:sz w:val="36"/>
          <w:lang w:val="fr-FR"/>
        </w:rPr>
      </w:pPr>
      <w:r w:rsidRPr="005B22BF">
        <w:rPr>
          <w:rFonts w:ascii="Arial" w:hAnsi="Arial"/>
          <w:b/>
          <w:bCs/>
          <w:sz w:val="36"/>
          <w:lang w:val="fr-FR"/>
        </w:rPr>
        <w:t xml:space="preserve">Prêt à prendre soin de vous et des autres ? </w:t>
      </w:r>
    </w:p>
    <w:p w14:paraId="18555329" w14:textId="50371507" w:rsidR="0042209D" w:rsidRPr="004C06D0" w:rsidRDefault="00000000">
      <w:pPr>
        <w:rPr>
          <w:rFonts w:ascii="Arial" w:hAnsi="Arial"/>
          <w:sz w:val="36"/>
          <w:lang w:val="fr-FR"/>
        </w:rPr>
      </w:pPr>
      <w:r w:rsidRPr="004C06D0">
        <w:rPr>
          <w:rFonts w:ascii="Arial" w:hAnsi="Arial"/>
          <w:sz w:val="36"/>
          <w:lang w:val="fr-FR"/>
        </w:rPr>
        <w:t>Le 2 octobre, rendez-vous au musée des Beaux-arts (1er) pour la soirée d'ouverture des Semaines d'information sur la santé mentale</w:t>
      </w:r>
    </w:p>
    <w:p w14:paraId="1C640691" w14:textId="2EB91FCC" w:rsidR="0042209D" w:rsidRPr="004C06D0" w:rsidRDefault="00000000">
      <w:pPr>
        <w:rPr>
          <w:rFonts w:ascii="Arial" w:hAnsi="Arial"/>
          <w:sz w:val="36"/>
          <w:lang w:val="fr-FR"/>
        </w:rPr>
      </w:pPr>
      <w:r w:rsidRPr="004C06D0">
        <w:rPr>
          <w:rFonts w:ascii="Arial" w:hAnsi="Arial"/>
          <w:sz w:val="36"/>
          <w:lang w:val="fr-FR"/>
        </w:rPr>
        <w:t xml:space="preserve">(SISM). Un premier temps fort avant de laisser place à un mois d'animations dans toute la ville. </w:t>
      </w:r>
      <w:hyperlink r:id="rId14">
        <w:r w:rsidR="0042209D" w:rsidRPr="004C06D0">
          <w:rPr>
            <w:rFonts w:ascii="Arial" w:hAnsi="Arial"/>
            <w:color w:val="0000EE"/>
            <w:sz w:val="36"/>
            <w:u w:val="single"/>
            <w:lang w:val="fr-FR"/>
          </w:rPr>
          <w:t>Programme complet sur lyon.fr</w:t>
        </w:r>
      </w:hyperlink>
    </w:p>
    <w:p w14:paraId="78530DE6" w14:textId="77777777" w:rsidR="00E913F2" w:rsidRPr="004C06D0" w:rsidRDefault="00E913F2">
      <w:pPr>
        <w:rPr>
          <w:rFonts w:ascii="Arial" w:hAnsi="Arial"/>
          <w:sz w:val="36"/>
          <w:lang w:val="fr-FR"/>
        </w:rPr>
      </w:pPr>
    </w:p>
    <w:p w14:paraId="6DFF805A" w14:textId="6513149B" w:rsidR="0042209D" w:rsidRPr="004C06D0" w:rsidRDefault="00000000" w:rsidP="00C97D60">
      <w:pPr>
        <w:rPr>
          <w:rFonts w:ascii="Arial" w:hAnsi="Arial"/>
          <w:sz w:val="36"/>
          <w:lang w:val="fr-FR"/>
        </w:rPr>
      </w:pPr>
      <w:r w:rsidRPr="004C06D0">
        <w:rPr>
          <w:rFonts w:ascii="Arial" w:hAnsi="Arial"/>
          <w:sz w:val="36"/>
          <w:lang w:val="fr-FR"/>
        </w:rPr>
        <w:lastRenderedPageBreak/>
        <w:t>170</w:t>
      </w:r>
      <w:r w:rsidR="00C97D60" w:rsidRPr="004C06D0">
        <w:rPr>
          <w:rFonts w:ascii="Arial" w:hAnsi="Arial"/>
          <w:sz w:val="36"/>
          <w:lang w:val="fr-FR"/>
        </w:rPr>
        <w:t xml:space="preserve"> </w:t>
      </w:r>
      <w:r w:rsidRPr="004C06D0">
        <w:rPr>
          <w:rFonts w:ascii="Arial" w:hAnsi="Arial"/>
          <w:sz w:val="36"/>
          <w:lang w:val="fr-FR"/>
        </w:rPr>
        <w:t>événements gratuits pendant Explore ta santé</w:t>
      </w:r>
    </w:p>
    <w:p w14:paraId="0BDF3373" w14:textId="345C8802" w:rsidR="0042209D" w:rsidRPr="004C06D0" w:rsidRDefault="00000000" w:rsidP="00C97D60">
      <w:pPr>
        <w:rPr>
          <w:rFonts w:ascii="Arial" w:hAnsi="Arial"/>
          <w:sz w:val="36"/>
          <w:lang w:val="fr-FR"/>
        </w:rPr>
      </w:pPr>
      <w:r w:rsidRPr="004C06D0">
        <w:rPr>
          <w:rFonts w:ascii="Arial" w:hAnsi="Arial"/>
          <w:sz w:val="36"/>
          <w:lang w:val="fr-FR"/>
        </w:rPr>
        <w:t>11</w:t>
      </w:r>
      <w:r w:rsidR="00C97D60" w:rsidRPr="004C06D0">
        <w:rPr>
          <w:rFonts w:ascii="Arial" w:hAnsi="Arial"/>
          <w:sz w:val="36"/>
          <w:lang w:val="fr-FR"/>
        </w:rPr>
        <w:t xml:space="preserve"> </w:t>
      </w:r>
      <w:r w:rsidRPr="004C06D0">
        <w:rPr>
          <w:rFonts w:ascii="Arial" w:hAnsi="Arial"/>
          <w:sz w:val="36"/>
          <w:lang w:val="fr-FR"/>
        </w:rPr>
        <w:t>maisons de santé ouvertes à Lyon entre 2021 et 2024</w:t>
      </w:r>
    </w:p>
    <w:p w14:paraId="4335550B" w14:textId="77777777" w:rsidR="00C97D60" w:rsidRDefault="00C97D60">
      <w:pPr>
        <w:rPr>
          <w:rFonts w:ascii="Arial" w:hAnsi="Arial"/>
          <w:sz w:val="36"/>
          <w:lang w:val="fr-FR"/>
        </w:rPr>
      </w:pPr>
    </w:p>
    <w:p w14:paraId="24B6F482" w14:textId="77777777" w:rsidR="005B22BF" w:rsidRPr="004C06D0" w:rsidRDefault="005B22BF">
      <w:pPr>
        <w:rPr>
          <w:rFonts w:ascii="Arial" w:hAnsi="Arial"/>
          <w:sz w:val="36"/>
          <w:lang w:val="fr-FR"/>
        </w:rPr>
      </w:pPr>
    </w:p>
    <w:p w14:paraId="0CC56CE4" w14:textId="5CDA7131" w:rsidR="0042209D" w:rsidRPr="005B22BF" w:rsidRDefault="00000000" w:rsidP="005B22BF">
      <w:pPr>
        <w:jc w:val="center"/>
        <w:rPr>
          <w:rFonts w:ascii="Arial" w:hAnsi="Arial"/>
          <w:b/>
          <w:bCs/>
          <w:sz w:val="36"/>
          <w:lang w:val="fr-FR"/>
        </w:rPr>
      </w:pPr>
      <w:r w:rsidRPr="005B22BF">
        <w:rPr>
          <w:rFonts w:ascii="Arial" w:hAnsi="Arial"/>
          <w:b/>
          <w:bCs/>
          <w:sz w:val="36"/>
          <w:lang w:val="fr-FR"/>
        </w:rPr>
        <w:t>“Face à un arrêt cardiaque, c'est essentiel d'agir vite”</w:t>
      </w:r>
    </w:p>
    <w:p w14:paraId="5E0F02EA" w14:textId="50E75572" w:rsidR="005B22BF" w:rsidRPr="005B22BF" w:rsidRDefault="00000000" w:rsidP="005B22BF">
      <w:pPr>
        <w:jc w:val="center"/>
        <w:rPr>
          <w:rFonts w:ascii="Arial" w:hAnsi="Arial"/>
          <w:b/>
          <w:bCs/>
          <w:sz w:val="36"/>
          <w:lang w:val="fr-FR"/>
        </w:rPr>
      </w:pPr>
      <w:r w:rsidRPr="005B22BF">
        <w:rPr>
          <w:rFonts w:ascii="Arial" w:hAnsi="Arial"/>
          <w:b/>
          <w:bCs/>
          <w:sz w:val="36"/>
          <w:lang w:val="fr-FR"/>
        </w:rPr>
        <w:t>Bernard Pierre,</w:t>
      </w:r>
    </w:p>
    <w:p w14:paraId="0CEF1D74" w14:textId="06825443" w:rsidR="0042209D" w:rsidRPr="005B22BF" w:rsidRDefault="005B22BF" w:rsidP="005B22BF">
      <w:pPr>
        <w:jc w:val="center"/>
        <w:rPr>
          <w:rFonts w:ascii="Arial" w:hAnsi="Arial"/>
          <w:b/>
          <w:bCs/>
          <w:sz w:val="36"/>
          <w:lang w:val="fr-FR"/>
        </w:rPr>
      </w:pPr>
      <w:r w:rsidRPr="005B22BF">
        <w:rPr>
          <w:rFonts w:ascii="Arial" w:hAnsi="Arial"/>
          <w:b/>
          <w:bCs/>
          <w:sz w:val="36"/>
          <w:lang w:val="fr-FR"/>
        </w:rPr>
        <w:t>Cardiologue et président régional de la Fédération Française de Cardiologie</w:t>
      </w:r>
    </w:p>
    <w:p w14:paraId="267B7CF3" w14:textId="77777777" w:rsidR="00C97D60" w:rsidRPr="004C06D0" w:rsidRDefault="00000000">
      <w:pPr>
        <w:rPr>
          <w:rFonts w:ascii="Arial" w:hAnsi="Arial"/>
          <w:sz w:val="36"/>
          <w:lang w:val="fr-FR"/>
        </w:rPr>
      </w:pPr>
      <w:r w:rsidRPr="004C06D0">
        <w:rPr>
          <w:rFonts w:ascii="Arial" w:hAnsi="Arial"/>
          <w:sz w:val="36"/>
          <w:lang w:val="fr-FR"/>
        </w:rPr>
        <w:t xml:space="preserve">“En France, il y a au moins 40 000 morts subites chaque année. Face à un arrêt cardiaque, chaque minute compte, mais une personne sur deux ne fait rien par peur de faire des erreurs. C'est pourtant essentiel d'agir ! </w:t>
      </w:r>
    </w:p>
    <w:p w14:paraId="4C49AE93" w14:textId="700C6494" w:rsidR="0042209D" w:rsidRPr="004C06D0" w:rsidRDefault="00000000">
      <w:pPr>
        <w:rPr>
          <w:rFonts w:ascii="Arial" w:hAnsi="Arial"/>
          <w:sz w:val="36"/>
          <w:lang w:val="fr-FR"/>
        </w:rPr>
      </w:pPr>
      <w:r w:rsidRPr="004C06D0">
        <w:rPr>
          <w:rFonts w:ascii="Arial" w:hAnsi="Arial"/>
          <w:sz w:val="36"/>
          <w:lang w:val="fr-FR"/>
        </w:rPr>
        <w:t>C'est l'objectif des ateliers "gestes qui sauvent" que nous proposons dans le cadre d'Explore ta santé (horaires ci-contre). Pas besoin d'être médecin ou d'avoir des connaissances spécifiques pour participer ! Ces sessions, accessibles à tous, permettent d'apprendre concrètement à reconnaître un arrêt cardiaque et à réaliser les gestes essentiels : appeler les secours, masser et défibriller. La formation de tous aux premiers secours, c'est un enjeu de santé publique ! D'ailleurs, en une dizaine d'années, le taux de réanimation en France est passé d'environ 3% à 7%. Cette progression, c'est notamment grâce à la formation du grand public. ”</w:t>
      </w:r>
    </w:p>
    <w:p w14:paraId="3E77835D" w14:textId="77777777" w:rsidR="00E913F2" w:rsidRPr="004C06D0" w:rsidRDefault="00E913F2">
      <w:pPr>
        <w:rPr>
          <w:rFonts w:ascii="Arial" w:hAnsi="Arial"/>
          <w:sz w:val="36"/>
          <w:lang w:val="fr-FR"/>
        </w:rPr>
      </w:pPr>
    </w:p>
    <w:p w14:paraId="4434D7A4" w14:textId="4260C455" w:rsidR="0042209D" w:rsidRPr="00A35495" w:rsidRDefault="00A35495" w:rsidP="00C97D60">
      <w:pPr>
        <w:rPr>
          <w:rFonts w:ascii="Arial" w:hAnsi="Arial"/>
          <w:b/>
          <w:bCs/>
          <w:sz w:val="36"/>
          <w:lang w:val="fr-FR"/>
        </w:rPr>
      </w:pPr>
      <w:r w:rsidRPr="00A35495">
        <w:rPr>
          <w:rFonts w:ascii="Arial" w:hAnsi="Arial"/>
          <w:b/>
          <w:bCs/>
          <w:sz w:val="36"/>
          <w:lang w:val="fr-FR"/>
        </w:rPr>
        <w:lastRenderedPageBreak/>
        <w:t>À NE PAS MANQUER :</w:t>
      </w:r>
    </w:p>
    <w:p w14:paraId="7DD39148" w14:textId="115B0F85" w:rsidR="0042209D" w:rsidRPr="004C06D0" w:rsidRDefault="00000000" w:rsidP="00C97D60">
      <w:pPr>
        <w:pStyle w:val="Listepuces"/>
        <w:spacing w:line="240" w:lineRule="auto"/>
        <w:ind w:left="720"/>
        <w:rPr>
          <w:rFonts w:ascii="Arial" w:hAnsi="Arial"/>
          <w:sz w:val="36"/>
          <w:lang w:val="fr-FR"/>
        </w:rPr>
      </w:pPr>
      <w:r w:rsidRPr="004C06D0">
        <w:rPr>
          <w:rFonts w:ascii="Arial" w:hAnsi="Arial"/>
          <w:sz w:val="36"/>
          <w:lang w:val="fr-FR"/>
        </w:rPr>
        <w:t>Soirée d'ouverture des Semaines d'information en santé mentale</w:t>
      </w:r>
      <w:r w:rsidR="00C97D60" w:rsidRPr="004C06D0">
        <w:rPr>
          <w:rFonts w:ascii="Arial" w:hAnsi="Arial"/>
          <w:sz w:val="36"/>
          <w:lang w:val="fr-FR"/>
        </w:rPr>
        <w:t> :</w:t>
      </w:r>
    </w:p>
    <w:p w14:paraId="3879805A" w14:textId="77777777" w:rsidR="0042209D" w:rsidRPr="004C06D0" w:rsidRDefault="00000000">
      <w:pPr>
        <w:rPr>
          <w:rFonts w:ascii="Arial" w:hAnsi="Arial"/>
          <w:sz w:val="36"/>
        </w:rPr>
      </w:pPr>
      <w:r w:rsidRPr="004C06D0">
        <w:rPr>
          <w:rFonts w:ascii="Arial" w:hAnsi="Arial"/>
          <w:sz w:val="36"/>
          <w:lang w:val="fr-FR"/>
        </w:rPr>
        <w:t xml:space="preserve">Une soirée festive pour lancer la programmation autour des liens entre l'art et la santé. </w:t>
      </w:r>
      <w:r w:rsidRPr="004C06D0">
        <w:rPr>
          <w:rFonts w:ascii="Arial" w:hAnsi="Arial"/>
          <w:sz w:val="36"/>
        </w:rPr>
        <w:t xml:space="preserve">Le 2 </w:t>
      </w:r>
      <w:proofErr w:type="spellStart"/>
      <w:r w:rsidRPr="004C06D0">
        <w:rPr>
          <w:rFonts w:ascii="Arial" w:hAnsi="Arial"/>
          <w:sz w:val="36"/>
        </w:rPr>
        <w:t>octobre</w:t>
      </w:r>
      <w:proofErr w:type="spellEnd"/>
      <w:r w:rsidRPr="004C06D0">
        <w:rPr>
          <w:rFonts w:ascii="Arial" w:hAnsi="Arial"/>
          <w:sz w:val="36"/>
        </w:rPr>
        <w:t xml:space="preserve">, 17h-21h30, </w:t>
      </w:r>
      <w:proofErr w:type="spellStart"/>
      <w:r w:rsidRPr="004C06D0">
        <w:rPr>
          <w:rFonts w:ascii="Arial" w:hAnsi="Arial"/>
          <w:sz w:val="36"/>
        </w:rPr>
        <w:t>musée</w:t>
      </w:r>
      <w:proofErr w:type="spellEnd"/>
      <w:r w:rsidRPr="004C06D0">
        <w:rPr>
          <w:rFonts w:ascii="Arial" w:hAnsi="Arial"/>
          <w:sz w:val="36"/>
        </w:rPr>
        <w:t xml:space="preserve"> des Beaux-arts (1er)</w:t>
      </w:r>
    </w:p>
    <w:p w14:paraId="64FAB2DB" w14:textId="6B45037C" w:rsidR="0042209D" w:rsidRPr="004C06D0" w:rsidRDefault="00000000" w:rsidP="005E4D6A">
      <w:pPr>
        <w:pStyle w:val="Listepuces"/>
        <w:spacing w:line="240" w:lineRule="auto"/>
        <w:ind w:left="720"/>
        <w:rPr>
          <w:rFonts w:ascii="Arial" w:hAnsi="Arial"/>
          <w:sz w:val="36"/>
          <w:lang w:val="fr-FR"/>
        </w:rPr>
      </w:pPr>
      <w:r w:rsidRPr="004C06D0">
        <w:rPr>
          <w:rFonts w:ascii="Arial" w:hAnsi="Arial"/>
          <w:sz w:val="36"/>
          <w:lang w:val="fr-FR"/>
        </w:rPr>
        <w:t xml:space="preserve">Conférence "Comment je fais pour mieux </w:t>
      </w:r>
      <w:r w:rsidR="0003377F" w:rsidRPr="004C06D0">
        <w:rPr>
          <w:rFonts w:ascii="Arial" w:hAnsi="Arial"/>
          <w:sz w:val="36"/>
          <w:lang w:val="fr-FR"/>
        </w:rPr>
        <w:t>manger ?</w:t>
      </w:r>
      <w:r w:rsidRPr="004C06D0">
        <w:rPr>
          <w:rFonts w:ascii="Arial" w:hAnsi="Arial"/>
          <w:sz w:val="36"/>
          <w:lang w:val="fr-FR"/>
        </w:rPr>
        <w:t>"</w:t>
      </w:r>
    </w:p>
    <w:p w14:paraId="00AC72A0" w14:textId="00F89661" w:rsidR="0042209D" w:rsidRPr="004C06D0" w:rsidRDefault="00000000">
      <w:pPr>
        <w:rPr>
          <w:rFonts w:ascii="Arial" w:hAnsi="Arial"/>
          <w:sz w:val="36"/>
          <w:lang w:val="fr-FR"/>
        </w:rPr>
      </w:pPr>
      <w:r w:rsidRPr="004C06D0">
        <w:rPr>
          <w:rFonts w:ascii="Arial" w:hAnsi="Arial"/>
          <w:sz w:val="36"/>
          <w:lang w:val="fr-FR"/>
        </w:rPr>
        <w:t>Une rencontre pour comprendre les liens entre alimentation, prévention et santé, organisée par le Centre international de Recherche sur le Cancer (CIRC) et l'ENS de Lyon. Le 6 octobre, 18h30-20h, à l'hôtel de ville</w:t>
      </w:r>
    </w:p>
    <w:p w14:paraId="4C8F3952" w14:textId="39E359EC" w:rsidR="0042209D" w:rsidRPr="004C06D0" w:rsidRDefault="00000000" w:rsidP="005E4D6A">
      <w:pPr>
        <w:pStyle w:val="Listepuces"/>
        <w:spacing w:line="240" w:lineRule="auto"/>
        <w:ind w:left="720"/>
        <w:rPr>
          <w:rFonts w:ascii="Arial" w:hAnsi="Arial"/>
          <w:sz w:val="36"/>
          <w:lang w:val="fr-FR"/>
        </w:rPr>
      </w:pPr>
      <w:r w:rsidRPr="004C06D0">
        <w:rPr>
          <w:rFonts w:ascii="Arial" w:hAnsi="Arial"/>
          <w:sz w:val="36"/>
          <w:lang w:val="fr-FR"/>
        </w:rPr>
        <w:t>Initiations aux gestes qui sauvent</w:t>
      </w:r>
      <w:r w:rsidR="005A451A" w:rsidRPr="004C06D0">
        <w:rPr>
          <w:rFonts w:ascii="Arial" w:hAnsi="Arial"/>
          <w:sz w:val="36"/>
          <w:lang w:val="fr-FR"/>
        </w:rPr>
        <w:t> :</w:t>
      </w:r>
    </w:p>
    <w:p w14:paraId="2D96D149" w14:textId="4F550ECC" w:rsidR="0042209D" w:rsidRPr="004C06D0" w:rsidRDefault="00000000">
      <w:pPr>
        <w:rPr>
          <w:rFonts w:ascii="Arial" w:hAnsi="Arial"/>
          <w:sz w:val="36"/>
          <w:lang w:val="fr-FR"/>
        </w:rPr>
      </w:pPr>
      <w:r w:rsidRPr="004C06D0">
        <w:rPr>
          <w:rFonts w:ascii="Arial" w:hAnsi="Arial"/>
          <w:sz w:val="36"/>
          <w:lang w:val="fr-FR"/>
        </w:rPr>
        <w:t>Quelques minutes pour sauver une vie ! Initiation gratuite aux gestes de premiers secours : massage cardiaque, défibrillateur, appel des secours... Le 21 octobre, 11h-17h, centre commercial Westfield La Part-Dieu (3</w:t>
      </w:r>
      <w:r w:rsidR="00E164D3" w:rsidRPr="004C06D0">
        <w:rPr>
          <w:rFonts w:ascii="Arial" w:hAnsi="Arial"/>
          <w:sz w:val="36"/>
          <w:lang w:val="fr-FR"/>
        </w:rPr>
        <w:t>e</w:t>
      </w:r>
      <w:r w:rsidRPr="004C06D0">
        <w:rPr>
          <w:rFonts w:ascii="Arial" w:hAnsi="Arial"/>
          <w:sz w:val="36"/>
          <w:lang w:val="fr-FR"/>
        </w:rPr>
        <w:t>)</w:t>
      </w:r>
    </w:p>
    <w:p w14:paraId="0D5DF701" w14:textId="443A9263" w:rsidR="0042209D" w:rsidRPr="004C06D0" w:rsidRDefault="00000000" w:rsidP="005A451A">
      <w:pPr>
        <w:pStyle w:val="Listepuces"/>
        <w:spacing w:line="240" w:lineRule="auto"/>
        <w:ind w:left="720"/>
        <w:rPr>
          <w:rFonts w:ascii="Arial" w:hAnsi="Arial"/>
          <w:sz w:val="36"/>
          <w:lang w:val="fr-FR"/>
        </w:rPr>
      </w:pPr>
      <w:r w:rsidRPr="004C06D0">
        <w:rPr>
          <w:rFonts w:ascii="Arial" w:hAnsi="Arial"/>
          <w:sz w:val="36"/>
          <w:lang w:val="fr-FR"/>
        </w:rPr>
        <w:t>Portes ouvertes du 102</w:t>
      </w:r>
      <w:r w:rsidR="005A451A" w:rsidRPr="004C06D0">
        <w:rPr>
          <w:rFonts w:ascii="Arial" w:hAnsi="Arial"/>
          <w:sz w:val="36"/>
          <w:lang w:val="fr-FR"/>
        </w:rPr>
        <w:t> :</w:t>
      </w:r>
    </w:p>
    <w:p w14:paraId="68D98ADF" w14:textId="744489F2" w:rsidR="0042209D" w:rsidRPr="004C06D0" w:rsidRDefault="00000000">
      <w:pPr>
        <w:rPr>
          <w:rFonts w:ascii="Arial" w:hAnsi="Arial"/>
          <w:sz w:val="36"/>
          <w:lang w:val="fr-FR"/>
        </w:rPr>
      </w:pPr>
      <w:r w:rsidRPr="004C06D0">
        <w:rPr>
          <w:rFonts w:ascii="Arial" w:hAnsi="Arial"/>
          <w:sz w:val="36"/>
          <w:lang w:val="fr-FR"/>
        </w:rPr>
        <w:t>Découverte du centre dédié à la santé mentale des étudiants, ateliers bien-être et temps d'échanges. Le 22 octobre, 13h-19h, au 102 Centre de santé Université de Lyon (102 rue de Marseille, 7</w:t>
      </w:r>
      <w:r w:rsidR="00E164D3" w:rsidRPr="004C06D0">
        <w:rPr>
          <w:rFonts w:ascii="Arial" w:hAnsi="Arial"/>
          <w:sz w:val="36"/>
          <w:lang w:val="fr-FR"/>
        </w:rPr>
        <w:t>e</w:t>
      </w:r>
      <w:r w:rsidRPr="004C06D0">
        <w:rPr>
          <w:rFonts w:ascii="Arial" w:hAnsi="Arial"/>
          <w:sz w:val="36"/>
          <w:lang w:val="fr-FR"/>
        </w:rPr>
        <w:t>)</w:t>
      </w:r>
    </w:p>
    <w:p w14:paraId="40612139" w14:textId="77777777" w:rsidR="0042209D" w:rsidRPr="004C06D0" w:rsidRDefault="00000000" w:rsidP="005A451A">
      <w:pPr>
        <w:pStyle w:val="Listepuces"/>
        <w:spacing w:line="240" w:lineRule="auto"/>
        <w:ind w:left="720"/>
        <w:rPr>
          <w:rFonts w:ascii="Arial" w:hAnsi="Arial"/>
          <w:sz w:val="36"/>
          <w:lang w:val="fr-FR"/>
        </w:rPr>
      </w:pPr>
      <w:r w:rsidRPr="004C06D0">
        <w:rPr>
          <w:rFonts w:ascii="Arial" w:hAnsi="Arial"/>
          <w:sz w:val="36"/>
          <w:lang w:val="fr-FR"/>
        </w:rPr>
        <w:t>Conférence gesticulée, drag-shows et performances.</w:t>
      </w:r>
    </w:p>
    <w:p w14:paraId="694470D4" w14:textId="77777777" w:rsidR="0042209D" w:rsidRPr="004C06D0" w:rsidRDefault="00000000">
      <w:pPr>
        <w:rPr>
          <w:rFonts w:ascii="Arial" w:hAnsi="Arial"/>
          <w:sz w:val="36"/>
          <w:lang w:val="fr-FR"/>
        </w:rPr>
      </w:pPr>
      <w:r w:rsidRPr="004C06D0">
        <w:rPr>
          <w:rFonts w:ascii="Arial" w:hAnsi="Arial"/>
          <w:sz w:val="36"/>
          <w:lang w:val="fr-FR"/>
        </w:rPr>
        <w:lastRenderedPageBreak/>
        <w:t>Une soirée qui mêle spectacle et échanges pour sensibiliser à la santé sexuelle et à la prévention des cancers. Le 23 octobre, 19h-minuit, au Lavoir Public (4 imp. Flesselles, 1er)</w:t>
      </w:r>
    </w:p>
    <w:p w14:paraId="5C19E17D" w14:textId="77777777" w:rsidR="0042209D" w:rsidRPr="004C06D0" w:rsidRDefault="0042209D" w:rsidP="005A451A">
      <w:pPr>
        <w:pStyle w:val="Listepuces"/>
        <w:spacing w:line="240" w:lineRule="auto"/>
        <w:ind w:left="720"/>
        <w:rPr>
          <w:rFonts w:ascii="Arial" w:hAnsi="Arial"/>
          <w:sz w:val="36"/>
          <w:lang w:val="fr-FR"/>
        </w:rPr>
      </w:pPr>
      <w:hyperlink r:id="rId15">
        <w:r w:rsidRPr="004C06D0">
          <w:rPr>
            <w:rFonts w:ascii="Arial" w:hAnsi="Arial"/>
            <w:color w:val="0000EE"/>
            <w:sz w:val="36"/>
            <w:u w:val="single"/>
            <w:lang w:val="fr-FR"/>
          </w:rPr>
          <w:t>En savoir plus : lyon.fr</w:t>
        </w:r>
      </w:hyperlink>
    </w:p>
    <w:p w14:paraId="731A4F84" w14:textId="77777777" w:rsidR="00597970" w:rsidRDefault="00597970">
      <w:pPr>
        <w:rPr>
          <w:rFonts w:ascii="Arial" w:eastAsiaTheme="majorEastAsia" w:hAnsi="Arial" w:cstheme="majorBidi"/>
          <w:b/>
          <w:bCs/>
          <w:color w:val="365F91" w:themeColor="accent1" w:themeShade="BF"/>
          <w:sz w:val="44"/>
          <w:szCs w:val="36"/>
          <w:lang w:val="fr-FR"/>
        </w:rPr>
      </w:pPr>
      <w:r>
        <w:rPr>
          <w:rFonts w:ascii="Arial" w:hAnsi="Arial"/>
          <w:sz w:val="44"/>
          <w:szCs w:val="36"/>
          <w:lang w:val="fr-FR"/>
        </w:rPr>
        <w:br w:type="page"/>
      </w:r>
    </w:p>
    <w:p w14:paraId="15AA30BE" w14:textId="0B7DC5CF" w:rsidR="0042209D" w:rsidRPr="00A35495" w:rsidRDefault="00A35495" w:rsidP="00812515">
      <w:pPr>
        <w:pStyle w:val="Titre1"/>
        <w:jc w:val="center"/>
        <w:rPr>
          <w:rFonts w:ascii="Arial" w:hAnsi="Arial"/>
          <w:sz w:val="44"/>
          <w:szCs w:val="36"/>
          <w:lang w:val="fr-FR"/>
        </w:rPr>
      </w:pPr>
      <w:bookmarkStart w:id="6" w:name="_Toc239852992"/>
      <w:r w:rsidRPr="00A35495">
        <w:rPr>
          <w:rFonts w:ascii="Arial" w:hAnsi="Arial"/>
          <w:sz w:val="44"/>
          <w:szCs w:val="36"/>
          <w:lang w:val="fr-FR"/>
        </w:rPr>
        <w:lastRenderedPageBreak/>
        <w:t>C'EST DANS L'ACTU</w:t>
      </w:r>
      <w:bookmarkEnd w:id="6"/>
    </w:p>
    <w:p w14:paraId="3D1CB7C6" w14:textId="77777777" w:rsidR="0042209D" w:rsidRPr="00A35495" w:rsidRDefault="00000000" w:rsidP="00812515">
      <w:pPr>
        <w:pStyle w:val="Titre1"/>
        <w:jc w:val="center"/>
        <w:rPr>
          <w:rFonts w:ascii="Arial" w:hAnsi="Arial"/>
          <w:smallCaps/>
          <w:sz w:val="44"/>
          <w:szCs w:val="36"/>
          <w:lang w:val="fr-FR"/>
        </w:rPr>
      </w:pPr>
      <w:bookmarkStart w:id="7" w:name="_Toc239852993"/>
      <w:r w:rsidRPr="00A35495">
        <w:rPr>
          <w:rFonts w:ascii="Arial" w:hAnsi="Arial"/>
          <w:smallCaps/>
          <w:sz w:val="44"/>
          <w:szCs w:val="36"/>
          <w:lang w:val="fr-FR"/>
        </w:rPr>
        <w:t>À Lyon, les enfants s'impliquent</w:t>
      </w:r>
      <w:bookmarkEnd w:id="7"/>
    </w:p>
    <w:p w14:paraId="1AAC4F9F" w14:textId="77777777" w:rsidR="003A5C4A" w:rsidRPr="004C06D0" w:rsidRDefault="003A5C4A">
      <w:pPr>
        <w:rPr>
          <w:rFonts w:ascii="Arial" w:hAnsi="Arial"/>
          <w:sz w:val="36"/>
          <w:lang w:val="fr-FR"/>
        </w:rPr>
      </w:pPr>
    </w:p>
    <w:p w14:paraId="5BB89F0C" w14:textId="77777777" w:rsidR="00812515" w:rsidRPr="00A35495" w:rsidRDefault="00000000">
      <w:pPr>
        <w:rPr>
          <w:rFonts w:ascii="Arial" w:hAnsi="Arial"/>
          <w:b/>
          <w:bCs/>
          <w:sz w:val="36"/>
          <w:lang w:val="fr-FR"/>
        </w:rPr>
      </w:pPr>
      <w:r w:rsidRPr="00A35495">
        <w:rPr>
          <w:rFonts w:ascii="Arial" w:hAnsi="Arial"/>
          <w:b/>
          <w:bCs/>
          <w:sz w:val="36"/>
          <w:lang w:val="fr-FR"/>
        </w:rPr>
        <w:t xml:space="preserve">À Lyon, les enfants peuvent aussi porter l'écharpe tricolore ! </w:t>
      </w:r>
    </w:p>
    <w:p w14:paraId="11C2FD1A" w14:textId="7AB3B877" w:rsidR="0042209D" w:rsidRPr="004C06D0" w:rsidRDefault="00000000">
      <w:pPr>
        <w:rPr>
          <w:rFonts w:ascii="Arial" w:hAnsi="Arial"/>
          <w:sz w:val="36"/>
          <w:lang w:val="fr-FR"/>
        </w:rPr>
      </w:pPr>
      <w:r w:rsidRPr="004C06D0">
        <w:rPr>
          <w:rFonts w:ascii="Arial" w:hAnsi="Arial"/>
          <w:sz w:val="36"/>
          <w:lang w:val="fr-FR"/>
        </w:rPr>
        <w:t>Ce sont les élus des Conseils d'arrondissement des enfants. En cette rentrée, un nouveau mandat démarre. Une cinquantaine d'écoles sont engagées. Les élections auront lieu dans chacune d'entre elles en octobre.</w:t>
      </w:r>
    </w:p>
    <w:p w14:paraId="0DE420E5" w14:textId="47C366D6" w:rsidR="00812515" w:rsidRPr="004C06D0" w:rsidRDefault="00000000">
      <w:pPr>
        <w:rPr>
          <w:rFonts w:ascii="Arial" w:hAnsi="Arial"/>
          <w:sz w:val="36"/>
          <w:lang w:val="fr-FR"/>
        </w:rPr>
      </w:pPr>
      <w:r w:rsidRPr="004C06D0">
        <w:rPr>
          <w:rFonts w:ascii="Arial" w:hAnsi="Arial"/>
          <w:sz w:val="36"/>
          <w:lang w:val="fr-FR"/>
        </w:rPr>
        <w:t>En deux ans de mandat (de 2024 à 2026), les 7 Conseils d'</w:t>
      </w:r>
      <w:r w:rsidR="00031FF3" w:rsidRPr="004C06D0">
        <w:rPr>
          <w:rFonts w:ascii="Arial" w:hAnsi="Arial"/>
          <w:sz w:val="36"/>
          <w:lang w:val="fr-FR"/>
        </w:rPr>
        <w:t>arrondissement</w:t>
      </w:r>
      <w:r w:rsidRPr="004C06D0">
        <w:rPr>
          <w:rFonts w:ascii="Arial" w:hAnsi="Arial"/>
          <w:sz w:val="36"/>
          <w:lang w:val="fr-FR"/>
        </w:rPr>
        <w:t xml:space="preserve"> des enfants (CAE) ont réalisé 17 projets. Parmi ceux-ci : la création d'un garde-manger solidaire dans le 1</w:t>
      </w:r>
      <w:r w:rsidR="0003377F" w:rsidRPr="004C06D0">
        <w:rPr>
          <w:rFonts w:ascii="Arial" w:hAnsi="Arial"/>
          <w:sz w:val="36"/>
          <w:lang w:val="fr-FR"/>
        </w:rPr>
        <w:t>er ;</w:t>
      </w:r>
      <w:r w:rsidRPr="004C06D0">
        <w:rPr>
          <w:rFonts w:ascii="Arial" w:hAnsi="Arial"/>
          <w:sz w:val="36"/>
          <w:lang w:val="fr-FR"/>
        </w:rPr>
        <w:t xml:space="preserve"> la remise de boîtes réconfort aux enfants </w:t>
      </w:r>
      <w:r w:rsidR="00031FF3" w:rsidRPr="004C06D0">
        <w:rPr>
          <w:rFonts w:ascii="Arial" w:hAnsi="Arial"/>
          <w:sz w:val="36"/>
          <w:lang w:val="fr-FR"/>
        </w:rPr>
        <w:t>hospitalisés</w:t>
      </w:r>
      <w:r w:rsidRPr="004C06D0">
        <w:rPr>
          <w:rFonts w:ascii="Arial" w:hAnsi="Arial"/>
          <w:sz w:val="36"/>
          <w:lang w:val="fr-FR"/>
        </w:rPr>
        <w:t xml:space="preserve"> dans le 3</w:t>
      </w:r>
      <w:r w:rsidR="00E164D3" w:rsidRPr="004C06D0">
        <w:rPr>
          <w:rFonts w:ascii="Arial" w:hAnsi="Arial"/>
          <w:sz w:val="36"/>
          <w:lang w:val="fr-FR"/>
        </w:rPr>
        <w:t>e</w:t>
      </w:r>
      <w:r w:rsidR="00595FBA" w:rsidRPr="004C06D0">
        <w:rPr>
          <w:rFonts w:ascii="Arial" w:hAnsi="Arial"/>
          <w:sz w:val="36"/>
          <w:lang w:val="fr-FR"/>
        </w:rPr>
        <w:t xml:space="preserve"> ;</w:t>
      </w:r>
      <w:r w:rsidRPr="004C06D0">
        <w:rPr>
          <w:rFonts w:ascii="Arial" w:hAnsi="Arial"/>
          <w:sz w:val="36"/>
          <w:lang w:val="fr-FR"/>
        </w:rPr>
        <w:t xml:space="preserve"> une enquête sur l'éclairage urbain dans le 4</w:t>
      </w:r>
      <w:r w:rsidR="00142B5A" w:rsidRPr="004C06D0">
        <w:rPr>
          <w:rFonts w:ascii="Arial" w:hAnsi="Arial"/>
          <w:sz w:val="36"/>
          <w:lang w:val="fr-FR"/>
        </w:rPr>
        <w:t>e ;</w:t>
      </w:r>
      <w:r w:rsidRPr="004C06D0">
        <w:rPr>
          <w:rFonts w:ascii="Arial" w:hAnsi="Arial"/>
          <w:sz w:val="36"/>
          <w:lang w:val="fr-FR"/>
        </w:rPr>
        <w:t xml:space="preserve"> un goûter intergénérationnel dans le 5</w:t>
      </w:r>
      <w:r w:rsidR="00775BD5" w:rsidRPr="004C06D0">
        <w:rPr>
          <w:rFonts w:ascii="Arial" w:hAnsi="Arial"/>
          <w:sz w:val="36"/>
          <w:lang w:val="fr-FR"/>
        </w:rPr>
        <w:t>e ;</w:t>
      </w:r>
      <w:r w:rsidRPr="004C06D0">
        <w:rPr>
          <w:rFonts w:ascii="Arial" w:hAnsi="Arial"/>
          <w:sz w:val="36"/>
          <w:lang w:val="fr-FR"/>
        </w:rPr>
        <w:t xml:space="preserve"> une récolte de dons pour les animaux dans le 7</w:t>
      </w:r>
      <w:r w:rsidR="00E164D3" w:rsidRPr="004C06D0">
        <w:rPr>
          <w:rFonts w:ascii="Arial" w:hAnsi="Arial"/>
          <w:sz w:val="36"/>
          <w:lang w:val="fr-FR"/>
        </w:rPr>
        <w:t>e</w:t>
      </w:r>
      <w:r w:rsidRPr="004C06D0">
        <w:rPr>
          <w:rFonts w:ascii="Arial" w:hAnsi="Arial"/>
          <w:sz w:val="36"/>
          <w:lang w:val="fr-FR"/>
        </w:rPr>
        <w:t xml:space="preserve"> (lire ci-dessous</w:t>
      </w:r>
      <w:r w:rsidR="00B10ED7" w:rsidRPr="004C06D0">
        <w:rPr>
          <w:rFonts w:ascii="Arial" w:hAnsi="Arial"/>
          <w:sz w:val="36"/>
          <w:lang w:val="fr-FR"/>
        </w:rPr>
        <w:t>) ;</w:t>
      </w:r>
      <w:r w:rsidRPr="004C06D0">
        <w:rPr>
          <w:rFonts w:ascii="Arial" w:hAnsi="Arial"/>
          <w:sz w:val="36"/>
          <w:lang w:val="fr-FR"/>
        </w:rPr>
        <w:t xml:space="preserve"> la rénovation du plateau sportif d'une école dans le 8</w:t>
      </w:r>
      <w:r w:rsidR="00B10ED7" w:rsidRPr="004C06D0">
        <w:rPr>
          <w:rFonts w:ascii="Arial" w:hAnsi="Arial"/>
          <w:sz w:val="36"/>
          <w:lang w:val="fr-FR"/>
        </w:rPr>
        <w:t>e ;</w:t>
      </w:r>
      <w:r w:rsidRPr="004C06D0">
        <w:rPr>
          <w:rFonts w:ascii="Arial" w:hAnsi="Arial"/>
          <w:sz w:val="36"/>
          <w:lang w:val="fr-FR"/>
        </w:rPr>
        <w:t xml:space="preserve"> une cartographie des lieux de convivialité dans le 9e. Le tout porté par 120 élèves de CM1 et CM2 hyper motivés, élus pour deux ans et issus de 61 écoles volontaires.</w:t>
      </w:r>
    </w:p>
    <w:p w14:paraId="0B6EB76F" w14:textId="77777777" w:rsidR="00812515" w:rsidRPr="004C06D0" w:rsidRDefault="00812515">
      <w:pPr>
        <w:rPr>
          <w:rFonts w:ascii="Arial" w:hAnsi="Arial"/>
          <w:sz w:val="36"/>
          <w:lang w:val="fr-FR"/>
        </w:rPr>
      </w:pPr>
    </w:p>
    <w:p w14:paraId="3112B21A" w14:textId="35474D56" w:rsidR="00812515" w:rsidRPr="00FE57EE" w:rsidRDefault="00000000">
      <w:pPr>
        <w:rPr>
          <w:rFonts w:ascii="Arial" w:hAnsi="Arial"/>
          <w:b/>
          <w:bCs/>
          <w:sz w:val="36"/>
          <w:lang w:val="fr-FR"/>
        </w:rPr>
      </w:pPr>
      <w:r w:rsidRPr="00FE57EE">
        <w:rPr>
          <w:rFonts w:ascii="Arial" w:hAnsi="Arial"/>
          <w:b/>
          <w:bCs/>
          <w:sz w:val="36"/>
          <w:lang w:val="fr-FR"/>
        </w:rPr>
        <w:t xml:space="preserve">Leur mission : </w:t>
      </w:r>
    </w:p>
    <w:p w14:paraId="3480C514" w14:textId="66D1DFDE" w:rsidR="0042209D" w:rsidRPr="004C06D0" w:rsidRDefault="00812515">
      <w:pPr>
        <w:rPr>
          <w:rFonts w:ascii="Arial" w:hAnsi="Arial"/>
          <w:sz w:val="36"/>
          <w:lang w:val="fr-FR"/>
        </w:rPr>
      </w:pPr>
      <w:r w:rsidRPr="004C06D0">
        <w:rPr>
          <w:rFonts w:ascii="Arial" w:hAnsi="Arial"/>
          <w:sz w:val="36"/>
          <w:lang w:val="fr-FR"/>
        </w:rPr>
        <w:t>Imaginer des projets utiles à la collectivité. Au sein du Conseil d'arrondissement des enfants, ils apprennent à</w:t>
      </w:r>
      <w:r w:rsidR="00524B75" w:rsidRPr="004C06D0">
        <w:rPr>
          <w:rFonts w:ascii="Arial" w:hAnsi="Arial"/>
          <w:sz w:val="36"/>
          <w:lang w:val="fr-FR"/>
        </w:rPr>
        <w:t xml:space="preserve"> </w:t>
      </w:r>
      <w:r w:rsidRPr="004C06D0">
        <w:rPr>
          <w:rFonts w:ascii="Arial" w:hAnsi="Arial"/>
          <w:sz w:val="36"/>
          <w:lang w:val="fr-FR"/>
        </w:rPr>
        <w:t xml:space="preserve">échanger, </w:t>
      </w:r>
      <w:r w:rsidRPr="004C06D0">
        <w:rPr>
          <w:rFonts w:ascii="Arial" w:hAnsi="Arial"/>
          <w:sz w:val="36"/>
          <w:lang w:val="fr-FR"/>
        </w:rPr>
        <w:lastRenderedPageBreak/>
        <w:t>débattre, s'écouter, ne pas juger, se mettre d'accord..., pour faire aboutir leurs idées. Comme en témoignent ci-dessous Inès, Léa et Matilda, élues du 7</w:t>
      </w:r>
      <w:r w:rsidR="00E164D3" w:rsidRPr="004C06D0">
        <w:rPr>
          <w:rFonts w:ascii="Arial" w:hAnsi="Arial"/>
          <w:sz w:val="36"/>
          <w:lang w:val="fr-FR"/>
        </w:rPr>
        <w:t>e</w:t>
      </w:r>
      <w:r w:rsidRPr="004C06D0">
        <w:rPr>
          <w:rFonts w:ascii="Arial" w:hAnsi="Arial"/>
          <w:sz w:val="36"/>
          <w:lang w:val="fr-FR"/>
        </w:rPr>
        <w:t xml:space="preserve"> arrondissement lors du mandat 2024-2026. Avec les autres</w:t>
      </w:r>
      <w:r w:rsidR="0003377F" w:rsidRPr="004C06D0">
        <w:rPr>
          <w:rFonts w:ascii="Arial" w:hAnsi="Arial"/>
          <w:sz w:val="36"/>
          <w:lang w:val="fr-FR"/>
        </w:rPr>
        <w:t xml:space="preserve"> </w:t>
      </w:r>
      <w:r w:rsidRPr="004C06D0">
        <w:rPr>
          <w:rFonts w:ascii="Arial" w:hAnsi="Arial"/>
          <w:sz w:val="36"/>
          <w:lang w:val="fr-FR"/>
        </w:rPr>
        <w:t>conseillères et conseillers, elles ont organisé une collecte de croquettes et de jouets pour chiens et chats dans plusieurs écoles de leur arrondissement. Les dons ont été remis à des associations lors d'une Cérémonie des Croquettes d'or.</w:t>
      </w:r>
    </w:p>
    <w:p w14:paraId="4B157232" w14:textId="3E601175" w:rsidR="0042209D" w:rsidRPr="004C06D0" w:rsidRDefault="00000000">
      <w:pPr>
        <w:rPr>
          <w:rFonts w:ascii="Arial" w:hAnsi="Arial"/>
          <w:sz w:val="36"/>
          <w:lang w:val="fr-FR"/>
        </w:rPr>
      </w:pPr>
      <w:r w:rsidRPr="004C06D0">
        <w:rPr>
          <w:rFonts w:ascii="Arial" w:hAnsi="Arial"/>
          <w:sz w:val="36"/>
          <w:lang w:val="fr-FR"/>
        </w:rPr>
        <w:t xml:space="preserve">“Aux suivants, je leur dis, </w:t>
      </w:r>
      <w:r w:rsidR="0011067E" w:rsidRPr="004C06D0">
        <w:rPr>
          <w:rFonts w:ascii="Arial" w:hAnsi="Arial"/>
          <w:sz w:val="36"/>
          <w:lang w:val="fr-FR"/>
        </w:rPr>
        <w:t>foncez !</w:t>
      </w:r>
      <w:r w:rsidRPr="004C06D0">
        <w:rPr>
          <w:rFonts w:ascii="Arial" w:hAnsi="Arial"/>
          <w:sz w:val="36"/>
          <w:lang w:val="fr-FR"/>
        </w:rPr>
        <w:t>”</w:t>
      </w:r>
    </w:p>
    <w:p w14:paraId="16F4483C" w14:textId="77777777" w:rsidR="00524B75" w:rsidRPr="004C06D0" w:rsidRDefault="00524B75">
      <w:pPr>
        <w:rPr>
          <w:rFonts w:ascii="Arial" w:hAnsi="Arial"/>
          <w:sz w:val="36"/>
          <w:lang w:val="fr-FR"/>
        </w:rPr>
      </w:pPr>
    </w:p>
    <w:p w14:paraId="10CAD184" w14:textId="4013B109" w:rsidR="0042209D" w:rsidRPr="00FE57EE" w:rsidRDefault="00000000">
      <w:pPr>
        <w:rPr>
          <w:rFonts w:ascii="Arial" w:hAnsi="Arial"/>
          <w:b/>
          <w:bCs/>
          <w:sz w:val="36"/>
          <w:lang w:val="fr-FR"/>
        </w:rPr>
      </w:pPr>
      <w:r w:rsidRPr="00FE57EE">
        <w:rPr>
          <w:rFonts w:ascii="Arial" w:hAnsi="Arial"/>
          <w:b/>
          <w:bCs/>
          <w:sz w:val="36"/>
          <w:lang w:val="fr-FR"/>
        </w:rPr>
        <w:t>Inès, Léa et Matilda, conseillères enthousiastes</w:t>
      </w:r>
      <w:r w:rsidR="00524B75" w:rsidRPr="00FE57EE">
        <w:rPr>
          <w:rFonts w:ascii="Arial" w:hAnsi="Arial"/>
          <w:b/>
          <w:bCs/>
          <w:sz w:val="36"/>
          <w:lang w:val="fr-FR"/>
        </w:rPr>
        <w:t> :</w:t>
      </w:r>
    </w:p>
    <w:p w14:paraId="4FD47744" w14:textId="77777777" w:rsidR="0042209D" w:rsidRPr="004C06D0" w:rsidRDefault="00000000">
      <w:pPr>
        <w:rPr>
          <w:rFonts w:ascii="Arial" w:hAnsi="Arial"/>
          <w:sz w:val="36"/>
          <w:lang w:val="fr-FR"/>
        </w:rPr>
      </w:pPr>
      <w:r w:rsidRPr="004C06D0">
        <w:rPr>
          <w:rFonts w:ascii="Arial" w:hAnsi="Arial"/>
          <w:sz w:val="36"/>
          <w:lang w:val="fr-FR"/>
        </w:rPr>
        <w:t>Ce qu'elles ont fait : “On a réalisé des affiches pour récolter des croquettes dans notre école, ça a bien marché. C'était pour les chiens des personnes sans-abri qui souvent les alimentent avant de s'alimenter, elles. On a installé des boîtes à dons dans notre école et on est passé dans les classes. Tout ce qu'on a reçu, on l'a donné à deux associations qui aident les gens qui ne peuvent pas payer de nourriture à leur animal lors d'une Cérémonie de la Croquette d'or qu'on a préparée. ”</w:t>
      </w:r>
    </w:p>
    <w:p w14:paraId="24F03C07" w14:textId="77777777" w:rsidR="0042209D" w:rsidRPr="004C06D0" w:rsidRDefault="00000000">
      <w:pPr>
        <w:rPr>
          <w:rFonts w:ascii="Arial" w:hAnsi="Arial"/>
          <w:sz w:val="36"/>
          <w:lang w:val="fr-FR"/>
        </w:rPr>
      </w:pPr>
      <w:r w:rsidRPr="004C06D0">
        <w:rPr>
          <w:rFonts w:ascii="Arial" w:hAnsi="Arial"/>
          <w:sz w:val="36"/>
          <w:lang w:val="fr-FR"/>
        </w:rPr>
        <w:t xml:space="preserve">Leur expérience d'élues : “Avec le CAE, j'ai appris qu'on peut aider et que c'est une belle expérience. En tant qu'élu, on ne peut pas régler tous les problèmes mais quand on pense un peu aux autres c'est déjà bien. Faites-le parce que c'est un engagement incroyable ! On peut faire bouger les choses, même si ça peut parfois être difficile. C'est un pont qui nous permet d'agir en tant qu'enfant. Et ça nous apprend des choses </w:t>
      </w:r>
      <w:r w:rsidRPr="004C06D0">
        <w:rPr>
          <w:rFonts w:ascii="Arial" w:hAnsi="Arial"/>
          <w:sz w:val="36"/>
          <w:lang w:val="fr-FR"/>
        </w:rPr>
        <w:lastRenderedPageBreak/>
        <w:t>comme parler devant des gens quand on est timide. Aux suivants, je leur dis, foncez ! ”</w:t>
      </w:r>
    </w:p>
    <w:p w14:paraId="4BB5CEB4" w14:textId="77777777" w:rsidR="00524B75" w:rsidRPr="004C06D0" w:rsidRDefault="00524B75">
      <w:pPr>
        <w:rPr>
          <w:rFonts w:ascii="Arial" w:hAnsi="Arial"/>
          <w:sz w:val="36"/>
          <w:lang w:val="fr-FR"/>
        </w:rPr>
      </w:pPr>
    </w:p>
    <w:p w14:paraId="442C46DD" w14:textId="3DEC325D" w:rsidR="00524B75" w:rsidRPr="00FE57EE" w:rsidRDefault="00524B75" w:rsidP="00524B75">
      <w:pPr>
        <w:rPr>
          <w:rFonts w:ascii="Arial" w:hAnsi="Arial"/>
          <w:b/>
          <w:bCs/>
          <w:sz w:val="36"/>
          <w:lang w:val="fr-FR"/>
        </w:rPr>
      </w:pPr>
      <w:r w:rsidRPr="00FE57EE">
        <w:rPr>
          <w:rFonts w:ascii="Arial" w:hAnsi="Arial"/>
          <w:b/>
          <w:bCs/>
          <w:sz w:val="36"/>
          <w:lang w:val="fr-FR"/>
        </w:rPr>
        <w:t xml:space="preserve">Au </w:t>
      </w:r>
      <w:r w:rsidR="0011067E" w:rsidRPr="00FE57EE">
        <w:rPr>
          <w:rFonts w:ascii="Arial" w:hAnsi="Arial"/>
          <w:b/>
          <w:bCs/>
          <w:sz w:val="36"/>
          <w:lang w:val="fr-FR"/>
        </w:rPr>
        <w:t>contact !</w:t>
      </w:r>
      <w:r w:rsidRPr="00FE57EE">
        <w:rPr>
          <w:rFonts w:ascii="Arial" w:hAnsi="Arial"/>
          <w:b/>
          <w:bCs/>
          <w:sz w:val="36"/>
          <w:lang w:val="fr-FR"/>
        </w:rPr>
        <w:t xml:space="preserve"> </w:t>
      </w:r>
    </w:p>
    <w:p w14:paraId="71A77867" w14:textId="64A4FD34" w:rsidR="00524B75" w:rsidRPr="004C06D0" w:rsidRDefault="00524B75" w:rsidP="00524B75">
      <w:pPr>
        <w:rPr>
          <w:rFonts w:ascii="Arial" w:hAnsi="Arial"/>
          <w:sz w:val="36"/>
          <w:lang w:val="fr-FR"/>
        </w:rPr>
      </w:pPr>
      <w:r w:rsidRPr="004C06D0">
        <w:rPr>
          <w:rFonts w:ascii="Arial" w:hAnsi="Arial"/>
          <w:sz w:val="36"/>
          <w:lang w:val="fr-FR"/>
        </w:rPr>
        <w:t>Le CAE du 3</w:t>
      </w:r>
      <w:r w:rsidR="00E164D3" w:rsidRPr="004C06D0">
        <w:rPr>
          <w:rFonts w:ascii="Arial" w:hAnsi="Arial"/>
          <w:sz w:val="36"/>
          <w:lang w:val="fr-FR"/>
        </w:rPr>
        <w:t>e</w:t>
      </w:r>
      <w:r w:rsidRPr="004C06D0">
        <w:rPr>
          <w:rFonts w:ascii="Arial" w:hAnsi="Arial"/>
          <w:sz w:val="36"/>
          <w:lang w:val="fr-FR"/>
        </w:rPr>
        <w:t xml:space="preserve"> a sensibilisé le public aux enjeux liés aux fortes chaleurs.</w:t>
      </w:r>
    </w:p>
    <w:p w14:paraId="1064622E" w14:textId="77777777" w:rsidR="00597970" w:rsidRDefault="00597970">
      <w:pPr>
        <w:rPr>
          <w:rFonts w:ascii="Arial" w:eastAsiaTheme="majorEastAsia" w:hAnsi="Arial" w:cstheme="majorBidi"/>
          <w:b/>
          <w:bCs/>
          <w:color w:val="365F91" w:themeColor="accent1" w:themeShade="BF"/>
          <w:sz w:val="44"/>
          <w:szCs w:val="36"/>
          <w:lang w:val="fr-FR"/>
        </w:rPr>
      </w:pPr>
      <w:r>
        <w:rPr>
          <w:rFonts w:ascii="Arial" w:hAnsi="Arial"/>
          <w:sz w:val="44"/>
          <w:szCs w:val="36"/>
          <w:lang w:val="fr-FR"/>
        </w:rPr>
        <w:br w:type="page"/>
      </w:r>
    </w:p>
    <w:p w14:paraId="298D2A51" w14:textId="5369796E" w:rsidR="0042209D" w:rsidRPr="00FE57EE" w:rsidRDefault="00FE57EE" w:rsidP="00335F69">
      <w:pPr>
        <w:pStyle w:val="Titre1"/>
        <w:jc w:val="center"/>
        <w:rPr>
          <w:rFonts w:ascii="Arial" w:hAnsi="Arial"/>
          <w:sz w:val="44"/>
          <w:szCs w:val="36"/>
          <w:lang w:val="fr-FR"/>
        </w:rPr>
      </w:pPr>
      <w:bookmarkStart w:id="8" w:name="_Toc239852994"/>
      <w:r w:rsidRPr="00FE57EE">
        <w:rPr>
          <w:rFonts w:ascii="Arial" w:hAnsi="Arial"/>
          <w:sz w:val="44"/>
          <w:szCs w:val="36"/>
          <w:lang w:val="fr-FR"/>
        </w:rPr>
        <w:lastRenderedPageBreak/>
        <w:t>C'EST DANS L'ACTU</w:t>
      </w:r>
      <w:bookmarkEnd w:id="8"/>
    </w:p>
    <w:p w14:paraId="55B66F34" w14:textId="77777777" w:rsidR="0042209D" w:rsidRPr="00FE57EE" w:rsidRDefault="00000000" w:rsidP="00335F69">
      <w:pPr>
        <w:pStyle w:val="Titre1"/>
        <w:jc w:val="center"/>
        <w:rPr>
          <w:rFonts w:ascii="Arial" w:hAnsi="Arial"/>
          <w:smallCaps/>
          <w:sz w:val="44"/>
          <w:szCs w:val="36"/>
          <w:lang w:val="fr-FR"/>
        </w:rPr>
      </w:pPr>
      <w:bookmarkStart w:id="9" w:name="_Toc239852995"/>
      <w:r w:rsidRPr="00FE57EE">
        <w:rPr>
          <w:rFonts w:ascii="Arial" w:hAnsi="Arial"/>
          <w:smallCaps/>
          <w:sz w:val="44"/>
          <w:szCs w:val="36"/>
          <w:lang w:val="fr-FR"/>
        </w:rPr>
        <w:t>Lyon, ville olympique !</w:t>
      </w:r>
      <w:bookmarkEnd w:id="9"/>
    </w:p>
    <w:p w14:paraId="0FB4BA4B" w14:textId="77777777" w:rsidR="00812515" w:rsidRPr="004C06D0" w:rsidRDefault="00812515">
      <w:pPr>
        <w:rPr>
          <w:rFonts w:ascii="Arial" w:hAnsi="Arial"/>
          <w:sz w:val="36"/>
          <w:lang w:val="fr-FR"/>
        </w:rPr>
      </w:pPr>
    </w:p>
    <w:p w14:paraId="52D4FD93" w14:textId="0CE03097" w:rsidR="0042209D" w:rsidRPr="004C06D0" w:rsidRDefault="00000000">
      <w:pPr>
        <w:rPr>
          <w:rFonts w:ascii="Arial" w:hAnsi="Arial"/>
          <w:sz w:val="36"/>
          <w:lang w:val="fr-FR"/>
        </w:rPr>
      </w:pPr>
      <w:r w:rsidRPr="004C06D0">
        <w:rPr>
          <w:rFonts w:ascii="Arial" w:hAnsi="Arial"/>
          <w:sz w:val="36"/>
          <w:lang w:val="fr-FR"/>
        </w:rPr>
        <w:t>Lyon accueillera une partie des épreuves de glace des Jeux Olympiques et Paralympiques d'hiver 2030 à la Halle Tony Garnier. Une très bonne nouvelle en matière de retombées pour les équipements sportifs et pour l'économie locale.</w:t>
      </w:r>
    </w:p>
    <w:p w14:paraId="335725FF" w14:textId="49448682" w:rsidR="00F07D73" w:rsidRPr="004C06D0" w:rsidRDefault="00000000">
      <w:pPr>
        <w:rPr>
          <w:rFonts w:ascii="Arial" w:hAnsi="Arial"/>
          <w:sz w:val="36"/>
          <w:lang w:val="fr-FR"/>
        </w:rPr>
      </w:pPr>
      <w:r w:rsidRPr="004C06D0">
        <w:rPr>
          <w:rFonts w:ascii="Arial" w:hAnsi="Arial"/>
          <w:sz w:val="36"/>
          <w:lang w:val="fr-FR"/>
        </w:rPr>
        <w:t xml:space="preserve">Site emblématique du </w:t>
      </w:r>
      <w:r w:rsidR="00031FF3" w:rsidRPr="004C06D0">
        <w:rPr>
          <w:rFonts w:ascii="Arial" w:hAnsi="Arial"/>
          <w:sz w:val="36"/>
          <w:lang w:val="fr-FR"/>
        </w:rPr>
        <w:t>patrimoine</w:t>
      </w:r>
      <w:r w:rsidRPr="004C06D0">
        <w:rPr>
          <w:rFonts w:ascii="Arial" w:hAnsi="Arial"/>
          <w:sz w:val="36"/>
          <w:lang w:val="fr-FR"/>
        </w:rPr>
        <w:t xml:space="preserve"> lyonnais, la Halle Tony Garnier a été désignée pour accueillir les épreuves de glace des Jeux Olympiques et Paralympiques d'hiver 2030. Ce bâtiment centenaire, chef-d'œuvre de l'architecte du même nom, offrira un cadre exceptionnel aux athlètes et aux spectateurs. Son choix n'est pas anodin : il incarne la capacité de Lyon à organiser des événements de dimensions planétaires en s'appuyant sur des équipements ayant fait leurs preuves. </w:t>
      </w:r>
    </w:p>
    <w:p w14:paraId="5010C884" w14:textId="163611D7" w:rsidR="0042209D" w:rsidRPr="004C06D0" w:rsidRDefault="00000000">
      <w:pPr>
        <w:rPr>
          <w:rFonts w:ascii="Arial" w:hAnsi="Arial"/>
          <w:sz w:val="36"/>
          <w:lang w:val="fr-FR"/>
        </w:rPr>
      </w:pPr>
      <w:r w:rsidRPr="004C06D0">
        <w:rPr>
          <w:rFonts w:ascii="Arial" w:hAnsi="Arial"/>
          <w:sz w:val="36"/>
          <w:lang w:val="fr-FR"/>
        </w:rPr>
        <w:t>Comme l'a souligné Grégory Doucet, Maire de Lyon : « Utiliser l'existant, c'est la garantie d'une bonne gestion financière avec des économies importantes. C'est aussi l'assurance d'une organisation qui pense à son impact sur la planète. »</w:t>
      </w:r>
    </w:p>
    <w:p w14:paraId="0B450744" w14:textId="77777777" w:rsidR="00812515" w:rsidRPr="004C06D0" w:rsidRDefault="00812515">
      <w:pPr>
        <w:rPr>
          <w:rFonts w:ascii="Arial" w:hAnsi="Arial"/>
          <w:sz w:val="36"/>
          <w:lang w:val="fr-FR"/>
        </w:rPr>
      </w:pPr>
    </w:p>
    <w:p w14:paraId="2EE9612C" w14:textId="4DC3E54A" w:rsidR="0042209D" w:rsidRPr="00FE57EE" w:rsidRDefault="00000000" w:rsidP="00F07D73">
      <w:pPr>
        <w:rPr>
          <w:rFonts w:ascii="Arial" w:hAnsi="Arial"/>
          <w:b/>
          <w:bCs/>
          <w:sz w:val="36"/>
          <w:lang w:val="fr-FR"/>
        </w:rPr>
      </w:pPr>
      <w:r w:rsidRPr="00FE57EE">
        <w:rPr>
          <w:rFonts w:ascii="Arial" w:hAnsi="Arial"/>
          <w:b/>
          <w:bCs/>
          <w:sz w:val="36"/>
          <w:lang w:val="fr-FR"/>
        </w:rPr>
        <w:t>On s'entraîne à Baraban et Charlemagne</w:t>
      </w:r>
      <w:r w:rsidR="00F07D73" w:rsidRPr="00FE57EE">
        <w:rPr>
          <w:rFonts w:ascii="Arial" w:hAnsi="Arial"/>
          <w:b/>
          <w:bCs/>
          <w:sz w:val="36"/>
          <w:lang w:val="fr-FR"/>
        </w:rPr>
        <w:t> :</w:t>
      </w:r>
    </w:p>
    <w:p w14:paraId="51C06A26" w14:textId="3AA2F7D7" w:rsidR="0042209D" w:rsidRPr="004C06D0" w:rsidRDefault="00000000">
      <w:pPr>
        <w:rPr>
          <w:rFonts w:ascii="Arial" w:hAnsi="Arial"/>
          <w:sz w:val="36"/>
          <w:lang w:val="fr-FR"/>
        </w:rPr>
      </w:pPr>
      <w:r w:rsidRPr="004C06D0">
        <w:rPr>
          <w:rFonts w:ascii="Arial" w:hAnsi="Arial"/>
          <w:sz w:val="36"/>
          <w:lang w:val="fr-FR"/>
        </w:rPr>
        <w:t xml:space="preserve">Pour accompagner les compétitions, les patinoires Charlemagne (2e) et Baraban (3e) joueront un rôle clé. Ces </w:t>
      </w:r>
      <w:r w:rsidRPr="004C06D0">
        <w:rPr>
          <w:rFonts w:ascii="Arial" w:hAnsi="Arial"/>
          <w:sz w:val="36"/>
          <w:lang w:val="fr-FR"/>
        </w:rPr>
        <w:lastRenderedPageBreak/>
        <w:t>équipements municipaux, déjà reconnus pour leur qualité, serviront de sites officiels</w:t>
      </w:r>
      <w:r w:rsidR="0011067E" w:rsidRPr="004C06D0">
        <w:rPr>
          <w:rFonts w:ascii="Arial" w:hAnsi="Arial"/>
          <w:sz w:val="36"/>
          <w:lang w:val="fr-FR"/>
        </w:rPr>
        <w:t xml:space="preserve"> </w:t>
      </w:r>
      <w:r w:rsidRPr="004C06D0">
        <w:rPr>
          <w:rFonts w:ascii="Arial" w:hAnsi="Arial"/>
          <w:sz w:val="36"/>
          <w:lang w:val="fr-FR"/>
        </w:rPr>
        <w:t>d'entraînement pour les délégations. Une preuve supplémentaire que Lyon mise sur son réseau sportif existant pour offrir des conditions optimales aux athlètes, tout en limitant l'empreinte écologique des Jeux. Au-delà de l'événement, l'accueil du pôle glace laissera une empreinte pérenne. Les aménagements réalisés profiteront aux clubs, aux associations et aux pratiquants locaux, renforçant ainsi l'attractivité des équipements sportifs lyonnais. Les Jeux de 2030 seront donc bien plus qu'une compétition : une opportunité de dynamiser durablement la pratique des sports de glace et de rayonner à l'</w:t>
      </w:r>
      <w:r w:rsidR="00242253" w:rsidRPr="004C06D0">
        <w:rPr>
          <w:rFonts w:ascii="Arial" w:hAnsi="Arial"/>
          <w:sz w:val="36"/>
          <w:lang w:val="fr-FR"/>
        </w:rPr>
        <w:t>international</w:t>
      </w:r>
      <w:r w:rsidRPr="004C06D0">
        <w:rPr>
          <w:rFonts w:ascii="Arial" w:hAnsi="Arial"/>
          <w:sz w:val="36"/>
          <w:lang w:val="fr-FR"/>
        </w:rPr>
        <w:t xml:space="preserve">. Les Jeux Olympiques et Paralympiques génèrent des retombées économiques majeures pour les villes hôtes via le tourisme, l'hôtellerie-restauration et les investissements dans les </w:t>
      </w:r>
      <w:r w:rsidR="00242253" w:rsidRPr="004C06D0">
        <w:rPr>
          <w:rFonts w:ascii="Arial" w:hAnsi="Arial"/>
          <w:sz w:val="36"/>
          <w:lang w:val="fr-FR"/>
        </w:rPr>
        <w:t>infrastructures</w:t>
      </w:r>
      <w:r w:rsidRPr="004C06D0">
        <w:rPr>
          <w:rFonts w:ascii="Arial" w:hAnsi="Arial"/>
          <w:sz w:val="36"/>
          <w:lang w:val="fr-FR"/>
        </w:rPr>
        <w:t>, avec la promesse de nombreux emplois créés. Et c'est sans compter sur l'attention des médias du monde entier venus découvrir Lyon, son architecture, ses traboules, ses cours d'eau et sa gastronomie...</w:t>
      </w:r>
    </w:p>
    <w:p w14:paraId="04D1EB5A" w14:textId="77777777" w:rsidR="00F07D73" w:rsidRPr="004C06D0" w:rsidRDefault="00F07D73">
      <w:pPr>
        <w:rPr>
          <w:rFonts w:ascii="Arial" w:hAnsi="Arial"/>
          <w:sz w:val="36"/>
          <w:lang w:val="fr-FR"/>
        </w:rPr>
      </w:pPr>
    </w:p>
    <w:p w14:paraId="0460B58F" w14:textId="25E0ACB6" w:rsidR="0042209D" w:rsidRPr="00FE57EE" w:rsidRDefault="00FE57EE" w:rsidP="00F07D73">
      <w:pPr>
        <w:rPr>
          <w:rFonts w:ascii="Arial" w:hAnsi="Arial"/>
          <w:b/>
          <w:bCs/>
          <w:sz w:val="36"/>
          <w:lang w:val="fr-FR"/>
        </w:rPr>
      </w:pPr>
      <w:r w:rsidRPr="00FE57EE">
        <w:rPr>
          <w:rFonts w:ascii="Arial" w:hAnsi="Arial"/>
          <w:b/>
          <w:bCs/>
          <w:sz w:val="36"/>
          <w:lang w:val="fr-FR"/>
        </w:rPr>
        <w:t>LE SAVIEZ-VOUS ?</w:t>
      </w:r>
    </w:p>
    <w:p w14:paraId="0D21E4C0" w14:textId="77777777" w:rsidR="0042209D" w:rsidRPr="004C06D0" w:rsidRDefault="00000000">
      <w:pPr>
        <w:rPr>
          <w:rFonts w:ascii="Arial" w:hAnsi="Arial"/>
          <w:sz w:val="36"/>
          <w:lang w:val="fr-FR"/>
        </w:rPr>
      </w:pPr>
      <w:r w:rsidRPr="004C06D0">
        <w:rPr>
          <w:rFonts w:ascii="Arial" w:hAnsi="Arial"/>
          <w:sz w:val="36"/>
          <w:lang w:val="fr-FR"/>
        </w:rPr>
        <w:t xml:space="preserve">Lyon a été candidate pour accueillir les Jeux Olympiques... d'été. Notamment les JO de 1968, finalement tenus à Mexico. Mais, sans attendre de savoir si elle serait retenue, la Ville avait à l'époque engagé la construction de nombreux équipements sportifs toujours utilisés aujourd'hui comme la piscine du Rhône (devenu Centre nautique Tony Bertrand en 2015) et première </w:t>
      </w:r>
      <w:r w:rsidRPr="004C06D0">
        <w:rPr>
          <w:rFonts w:ascii="Arial" w:hAnsi="Arial"/>
          <w:sz w:val="36"/>
          <w:lang w:val="fr-FR"/>
        </w:rPr>
        <w:lastRenderedPageBreak/>
        <w:t>piscine olympique de France ou encore... la patinoire Charle-magne, initiée dans le même mouvement ! Juste retour des choses donc...</w:t>
      </w:r>
    </w:p>
    <w:p w14:paraId="7590AEB7" w14:textId="77777777" w:rsidR="00597970" w:rsidRDefault="00597970">
      <w:pPr>
        <w:rPr>
          <w:rFonts w:ascii="Arial" w:eastAsiaTheme="majorEastAsia" w:hAnsi="Arial" w:cstheme="majorBidi"/>
          <w:b/>
          <w:bCs/>
          <w:color w:val="365F91" w:themeColor="accent1" w:themeShade="BF"/>
          <w:sz w:val="44"/>
          <w:szCs w:val="36"/>
          <w:lang w:val="fr-FR"/>
        </w:rPr>
      </w:pPr>
      <w:r>
        <w:rPr>
          <w:rFonts w:ascii="Arial" w:hAnsi="Arial"/>
          <w:sz w:val="44"/>
          <w:szCs w:val="36"/>
          <w:lang w:val="fr-FR"/>
        </w:rPr>
        <w:br w:type="page"/>
      </w:r>
    </w:p>
    <w:p w14:paraId="32D08604" w14:textId="761743CB" w:rsidR="0042209D" w:rsidRPr="00FE57EE" w:rsidRDefault="00FE57EE" w:rsidP="00F07D73">
      <w:pPr>
        <w:pStyle w:val="Titre1"/>
        <w:jc w:val="center"/>
        <w:rPr>
          <w:rFonts w:ascii="Arial" w:hAnsi="Arial"/>
          <w:sz w:val="44"/>
          <w:szCs w:val="36"/>
          <w:lang w:val="fr-FR"/>
        </w:rPr>
      </w:pPr>
      <w:bookmarkStart w:id="10" w:name="_Toc239852996"/>
      <w:r w:rsidRPr="00FE57EE">
        <w:rPr>
          <w:rFonts w:ascii="Arial" w:hAnsi="Arial"/>
          <w:sz w:val="44"/>
          <w:szCs w:val="36"/>
          <w:lang w:val="fr-FR"/>
        </w:rPr>
        <w:lastRenderedPageBreak/>
        <w:t>C’EST DANS L’ACTU</w:t>
      </w:r>
      <w:bookmarkEnd w:id="10"/>
    </w:p>
    <w:p w14:paraId="3F7ABA04" w14:textId="77777777" w:rsidR="0042209D" w:rsidRPr="00FE57EE" w:rsidRDefault="00000000" w:rsidP="00F07D73">
      <w:pPr>
        <w:pStyle w:val="Titre1"/>
        <w:jc w:val="center"/>
        <w:rPr>
          <w:rFonts w:ascii="Arial" w:hAnsi="Arial"/>
          <w:smallCaps/>
          <w:sz w:val="36"/>
          <w:lang w:val="fr-FR"/>
        </w:rPr>
      </w:pPr>
      <w:bookmarkStart w:id="11" w:name="_Toc239852997"/>
      <w:r w:rsidRPr="00FE57EE">
        <w:rPr>
          <w:rFonts w:ascii="Arial" w:hAnsi="Arial"/>
          <w:smallCaps/>
          <w:sz w:val="44"/>
          <w:szCs w:val="36"/>
          <w:lang w:val="fr-FR"/>
        </w:rPr>
        <w:t xml:space="preserve">Police municipale : le dialogue et la proximité au </w:t>
      </w:r>
      <w:r w:rsidRPr="00FE57EE">
        <w:rPr>
          <w:rFonts w:ascii="Arial" w:hAnsi="Arial"/>
          <w:smallCaps/>
          <w:sz w:val="36"/>
          <w:lang w:val="fr-FR"/>
        </w:rPr>
        <w:t>rendez-vous</w:t>
      </w:r>
      <w:bookmarkEnd w:id="11"/>
    </w:p>
    <w:p w14:paraId="2E09E000" w14:textId="77777777" w:rsidR="00F07D73" w:rsidRPr="004C06D0" w:rsidRDefault="00F07D73">
      <w:pPr>
        <w:rPr>
          <w:rFonts w:ascii="Arial" w:hAnsi="Arial"/>
          <w:sz w:val="36"/>
          <w:lang w:val="fr-FR"/>
        </w:rPr>
      </w:pPr>
    </w:p>
    <w:p w14:paraId="623EF9AD" w14:textId="41C4980C" w:rsidR="0042209D" w:rsidRPr="004C06D0" w:rsidRDefault="00000000">
      <w:pPr>
        <w:rPr>
          <w:rFonts w:ascii="Arial" w:hAnsi="Arial"/>
          <w:sz w:val="36"/>
          <w:lang w:val="fr-FR"/>
        </w:rPr>
      </w:pPr>
      <w:r w:rsidRPr="004C06D0">
        <w:rPr>
          <w:rFonts w:ascii="Arial" w:hAnsi="Arial"/>
          <w:sz w:val="36"/>
          <w:lang w:val="fr-FR"/>
        </w:rPr>
        <w:t>Durant tout l'été, des postes de Police municipale mobiles sont allés à la rencontre du public pour favoriser le dialogue et l'écoute, recueillir les préoccupations des Lyonnaises et des Lyonnais et agir efficacement face aux problèmes de sécurité et aux incivilités du quotidien. Reportage sur le marché de la Croix-Rousse.</w:t>
      </w:r>
    </w:p>
    <w:p w14:paraId="24FD53F7" w14:textId="1D6D4167" w:rsidR="0042209D" w:rsidRPr="004C06D0" w:rsidRDefault="00000000">
      <w:pPr>
        <w:rPr>
          <w:rFonts w:ascii="Arial" w:hAnsi="Arial"/>
          <w:sz w:val="36"/>
          <w:lang w:val="fr-FR"/>
        </w:rPr>
      </w:pPr>
      <w:r w:rsidRPr="004C06D0">
        <w:rPr>
          <w:rFonts w:ascii="Arial" w:hAnsi="Arial"/>
          <w:sz w:val="36"/>
          <w:lang w:val="fr-FR"/>
        </w:rPr>
        <w:t xml:space="preserve">Un mercredi de juillet à la Croix-Rousse, un stand </w:t>
      </w:r>
      <w:r w:rsidR="00242253" w:rsidRPr="004C06D0">
        <w:rPr>
          <w:rFonts w:ascii="Arial" w:hAnsi="Arial"/>
          <w:sz w:val="36"/>
          <w:lang w:val="fr-FR"/>
        </w:rPr>
        <w:t>supplémentaire</w:t>
      </w:r>
      <w:r w:rsidRPr="004C06D0">
        <w:rPr>
          <w:rFonts w:ascii="Arial" w:hAnsi="Arial"/>
          <w:sz w:val="36"/>
          <w:lang w:val="fr-FR"/>
        </w:rPr>
        <w:t xml:space="preserve"> ne passe pas inaperçu sur le marché : celui de la Police municipale, présente en ce début d'été pour rencontrer les habitants. Au programme : convivialité, partage et écoute, pour recueillir les préoccupations et faire de la prévention. Ces postes de police mobiles ont ensuite été vus dans toute la ville pendant l'été : sur le marché des États-Unis (8</w:t>
      </w:r>
      <w:r w:rsidR="00E164D3" w:rsidRPr="004C06D0">
        <w:rPr>
          <w:rFonts w:ascii="Arial" w:hAnsi="Arial"/>
          <w:sz w:val="36"/>
          <w:lang w:val="fr-FR"/>
        </w:rPr>
        <w:t>e</w:t>
      </w:r>
      <w:r w:rsidRPr="004C06D0">
        <w:rPr>
          <w:rFonts w:ascii="Arial" w:hAnsi="Arial"/>
          <w:sz w:val="36"/>
          <w:lang w:val="fr-FR"/>
        </w:rPr>
        <w:t>), à la Guillotière (3e) ou encore place Valmy (9</w:t>
      </w:r>
      <w:r w:rsidR="00595FBA" w:rsidRPr="004C06D0">
        <w:rPr>
          <w:rFonts w:ascii="Arial" w:hAnsi="Arial"/>
          <w:sz w:val="36"/>
          <w:lang w:val="fr-FR"/>
        </w:rPr>
        <w:t>e) ...</w:t>
      </w:r>
    </w:p>
    <w:p w14:paraId="5863C332" w14:textId="77777777" w:rsidR="00F07D73" w:rsidRPr="004C06D0" w:rsidRDefault="00F07D73">
      <w:pPr>
        <w:rPr>
          <w:rFonts w:ascii="Arial" w:hAnsi="Arial"/>
          <w:sz w:val="36"/>
          <w:lang w:val="fr-FR"/>
        </w:rPr>
      </w:pPr>
    </w:p>
    <w:p w14:paraId="258AF6B6" w14:textId="03E84737" w:rsidR="0042209D" w:rsidRPr="002F5F4F" w:rsidRDefault="00000000" w:rsidP="00F07D73">
      <w:pPr>
        <w:rPr>
          <w:rFonts w:ascii="Arial" w:hAnsi="Arial"/>
          <w:b/>
          <w:bCs/>
          <w:sz w:val="36"/>
          <w:lang w:val="fr-FR"/>
        </w:rPr>
      </w:pPr>
      <w:r w:rsidRPr="002F5F4F">
        <w:rPr>
          <w:rFonts w:ascii="Arial" w:hAnsi="Arial"/>
          <w:b/>
          <w:bCs/>
          <w:sz w:val="36"/>
          <w:lang w:val="fr-FR"/>
        </w:rPr>
        <w:t>Réaffirmer les missions de la Police municipale</w:t>
      </w:r>
      <w:r w:rsidR="00F07D73" w:rsidRPr="002F5F4F">
        <w:rPr>
          <w:rFonts w:ascii="Arial" w:hAnsi="Arial"/>
          <w:b/>
          <w:bCs/>
          <w:sz w:val="36"/>
          <w:lang w:val="fr-FR"/>
        </w:rPr>
        <w:t> :</w:t>
      </w:r>
    </w:p>
    <w:p w14:paraId="78A1CA82" w14:textId="77777777" w:rsidR="00595FBA" w:rsidRPr="004C06D0" w:rsidRDefault="00000000">
      <w:pPr>
        <w:rPr>
          <w:rFonts w:ascii="Arial" w:hAnsi="Arial"/>
          <w:sz w:val="36"/>
          <w:lang w:val="fr-FR"/>
        </w:rPr>
      </w:pPr>
      <w:r w:rsidRPr="004C06D0">
        <w:rPr>
          <w:rFonts w:ascii="Arial" w:hAnsi="Arial"/>
          <w:sz w:val="36"/>
          <w:lang w:val="fr-FR"/>
        </w:rPr>
        <w:t>Ces échanges ont été l'occasion de rappeler les missions de la Police municipale (PM) : prévenir les troubles à la tranquillité publique,</w:t>
      </w:r>
      <w:r w:rsidR="00595FBA" w:rsidRPr="004C06D0">
        <w:rPr>
          <w:rFonts w:ascii="Arial" w:hAnsi="Arial"/>
          <w:sz w:val="36"/>
          <w:lang w:val="fr-FR"/>
        </w:rPr>
        <w:t xml:space="preserve"> </w:t>
      </w:r>
      <w:r w:rsidRPr="004C06D0">
        <w:rPr>
          <w:rFonts w:ascii="Arial" w:hAnsi="Arial"/>
          <w:sz w:val="36"/>
          <w:lang w:val="fr-FR"/>
        </w:rPr>
        <w:t xml:space="preserve">réguler la circulation, sécuriser les espaces publics et les événements grâce à une présence quotidienne sur l'ensemble du territoire lyonnais. </w:t>
      </w:r>
    </w:p>
    <w:p w14:paraId="67A66CF0" w14:textId="690ED22C" w:rsidR="0042209D" w:rsidRPr="004C06D0" w:rsidRDefault="00000000">
      <w:pPr>
        <w:rPr>
          <w:rFonts w:ascii="Arial" w:hAnsi="Arial"/>
          <w:sz w:val="36"/>
          <w:lang w:val="fr-FR"/>
        </w:rPr>
      </w:pPr>
      <w:r w:rsidRPr="004C06D0">
        <w:rPr>
          <w:rFonts w:ascii="Arial" w:hAnsi="Arial"/>
          <w:sz w:val="36"/>
          <w:lang w:val="fr-FR"/>
        </w:rPr>
        <w:lastRenderedPageBreak/>
        <w:t>Si elle dispose de postes fixes dans</w:t>
      </w:r>
      <w:r w:rsidR="00595FBA" w:rsidRPr="004C06D0">
        <w:rPr>
          <w:rFonts w:ascii="Arial" w:hAnsi="Arial"/>
          <w:sz w:val="36"/>
          <w:lang w:val="fr-FR"/>
        </w:rPr>
        <w:t xml:space="preserve"> </w:t>
      </w:r>
      <w:r w:rsidRPr="004C06D0">
        <w:rPr>
          <w:rFonts w:ascii="Arial" w:hAnsi="Arial"/>
          <w:sz w:val="36"/>
          <w:lang w:val="fr-FR"/>
        </w:rPr>
        <w:t>tous les arrondissements (voir page suivante), la PM a choisi d'expérimenter ces postes mobiles, promesses de campagne, pour aller à la rencontre des Lyonnaises et des Lyonnais.</w:t>
      </w:r>
    </w:p>
    <w:p w14:paraId="51911EBA" w14:textId="77777777" w:rsidR="00F07D73" w:rsidRPr="004C06D0" w:rsidRDefault="00F07D73">
      <w:pPr>
        <w:rPr>
          <w:rFonts w:ascii="Arial" w:hAnsi="Arial"/>
          <w:sz w:val="36"/>
          <w:lang w:val="fr-FR"/>
        </w:rPr>
      </w:pPr>
    </w:p>
    <w:p w14:paraId="11C00E7B" w14:textId="77777777" w:rsidR="0042209D" w:rsidRPr="002F5F4F" w:rsidRDefault="00000000" w:rsidP="002F5F4F">
      <w:pPr>
        <w:jc w:val="center"/>
        <w:rPr>
          <w:rFonts w:ascii="Arial" w:hAnsi="Arial"/>
          <w:b/>
          <w:bCs/>
          <w:sz w:val="36"/>
          <w:lang w:val="fr-FR"/>
        </w:rPr>
      </w:pPr>
      <w:r w:rsidRPr="002F5F4F">
        <w:rPr>
          <w:rFonts w:ascii="Arial" w:hAnsi="Arial"/>
          <w:b/>
          <w:bCs/>
          <w:sz w:val="36"/>
          <w:lang w:val="fr-FR"/>
        </w:rPr>
        <w:t>Philippe Prieto, adjoint à la Sécurité</w:t>
      </w:r>
    </w:p>
    <w:p w14:paraId="0FF83E02" w14:textId="77777777" w:rsidR="0042209D" w:rsidRPr="004C06D0" w:rsidRDefault="00000000">
      <w:pPr>
        <w:rPr>
          <w:rFonts w:ascii="Arial" w:hAnsi="Arial"/>
          <w:sz w:val="36"/>
          <w:lang w:val="fr-FR"/>
        </w:rPr>
      </w:pPr>
      <w:r w:rsidRPr="004C06D0">
        <w:rPr>
          <w:rFonts w:ascii="Arial" w:hAnsi="Arial"/>
          <w:sz w:val="36"/>
          <w:lang w:val="fr-FR"/>
        </w:rPr>
        <w:t>“Avec ces postes de Police municipale mobiles, on affirme le fait qu'une police de proximité, c'est une police qui entretient un lien de confiance avec la population. Cette confiance naît du dialogue et de la rencontre. Une police de proximité, c'est une police à pied, visible sur le terrain et qui va vers les gens. ”</w:t>
      </w:r>
    </w:p>
    <w:p w14:paraId="70B0E20D" w14:textId="77777777" w:rsidR="002E38D3" w:rsidRPr="004C06D0" w:rsidRDefault="002E38D3" w:rsidP="002E38D3">
      <w:pPr>
        <w:rPr>
          <w:rFonts w:ascii="Arial" w:hAnsi="Arial"/>
          <w:sz w:val="36"/>
          <w:lang w:val="fr-FR"/>
        </w:rPr>
      </w:pPr>
      <w:r w:rsidRPr="004C06D0">
        <w:rPr>
          <w:rFonts w:ascii="Arial" w:hAnsi="Arial"/>
          <w:sz w:val="36"/>
          <w:lang w:val="fr-FR"/>
        </w:rPr>
        <w:t>Les premiers retours ont été très favorables. Comme pour Sarah. « Je découvre ce stand de la Police municipale sur le chemin de ma promenade... Les agents sont là, on les voit, c'est rassurant, c'est une bonne idée qu'il faut multiplier. Leur présence m'a permis de signaler des nuisances sonores alors que l'on dort les fenêtres ouvertes. Je vis seule, c'est toujours délicat d'intervenir. »</w:t>
      </w:r>
    </w:p>
    <w:p w14:paraId="48EF421B" w14:textId="77777777" w:rsidR="002E38D3" w:rsidRPr="004C06D0" w:rsidRDefault="002E38D3" w:rsidP="002E38D3">
      <w:pPr>
        <w:rPr>
          <w:rFonts w:ascii="Arial" w:hAnsi="Arial"/>
          <w:sz w:val="36"/>
          <w:lang w:val="fr-FR"/>
        </w:rPr>
      </w:pPr>
    </w:p>
    <w:p w14:paraId="4CDD123F" w14:textId="18BECAC3" w:rsidR="002E38D3" w:rsidRPr="002F5F4F" w:rsidRDefault="002E38D3" w:rsidP="002E38D3">
      <w:pPr>
        <w:rPr>
          <w:rFonts w:ascii="Arial" w:hAnsi="Arial"/>
          <w:b/>
          <w:bCs/>
          <w:sz w:val="36"/>
          <w:lang w:val="fr-FR"/>
        </w:rPr>
      </w:pPr>
      <w:r w:rsidRPr="002F5F4F">
        <w:rPr>
          <w:rFonts w:ascii="Arial" w:hAnsi="Arial"/>
          <w:b/>
          <w:bCs/>
          <w:sz w:val="36"/>
          <w:lang w:val="fr-FR"/>
        </w:rPr>
        <w:t>Expérimentation à pérenniser :</w:t>
      </w:r>
    </w:p>
    <w:p w14:paraId="5811C8BC" w14:textId="62F0008D" w:rsidR="002E38D3" w:rsidRPr="004C06D0" w:rsidRDefault="002E38D3" w:rsidP="002E38D3">
      <w:pPr>
        <w:rPr>
          <w:rFonts w:ascii="Arial" w:hAnsi="Arial"/>
          <w:sz w:val="36"/>
          <w:lang w:val="fr-FR"/>
        </w:rPr>
      </w:pPr>
      <w:r w:rsidRPr="004C06D0">
        <w:rPr>
          <w:rFonts w:ascii="Arial" w:hAnsi="Arial"/>
          <w:sz w:val="36"/>
          <w:lang w:val="fr-FR"/>
        </w:rPr>
        <w:t>Mireille, habitante du 4</w:t>
      </w:r>
      <w:r w:rsidRPr="004C06D0">
        <w:rPr>
          <w:rFonts w:ascii="Arial" w:hAnsi="Arial"/>
          <w:sz w:val="36"/>
        </w:rPr>
        <w:t>ᵉ</w:t>
      </w:r>
      <w:r w:rsidRPr="004C06D0">
        <w:rPr>
          <w:rFonts w:ascii="Arial" w:hAnsi="Arial"/>
          <w:sz w:val="36"/>
          <w:lang w:val="fr-FR"/>
        </w:rPr>
        <w:t xml:space="preserve">, a également apprécié ce contact. « J'ai vu ce poste de Police municipale en faisant mon marché. C'est une très bonne initiative, il faudrait en faire plus souvent. J'en ai profité pour signaler plusieurs problèmes de voisinage autour de chez moi qui produisent des nuisances, du bruit... </w:t>
      </w:r>
      <w:r w:rsidRPr="004C06D0">
        <w:rPr>
          <w:rFonts w:ascii="Arial" w:hAnsi="Arial"/>
          <w:sz w:val="36"/>
          <w:lang w:val="fr-FR"/>
        </w:rPr>
        <w:lastRenderedPageBreak/>
        <w:t>Maintenant, il faut qu'il y ait des actions derrière ce que l'on a fait remonter. »</w:t>
      </w:r>
    </w:p>
    <w:p w14:paraId="3D4EC9EF" w14:textId="77777777" w:rsidR="002E38D3" w:rsidRPr="004C06D0" w:rsidRDefault="002E38D3" w:rsidP="002E38D3">
      <w:pPr>
        <w:rPr>
          <w:rFonts w:ascii="Arial" w:hAnsi="Arial"/>
          <w:sz w:val="36"/>
          <w:lang w:val="fr-FR"/>
        </w:rPr>
      </w:pPr>
      <w:r w:rsidRPr="004C06D0">
        <w:rPr>
          <w:rFonts w:ascii="Arial" w:hAnsi="Arial"/>
          <w:sz w:val="36"/>
          <w:lang w:val="fr-FR"/>
        </w:rPr>
        <w:t>Justement, c'est prévu ! Les informations recueillies ont été transformées en fiches mission et envoyées aux unités compétentes de la PM en la matière. En cette rentrée, l'expérimentation a pris fin, pour laisser place à une phase d'analyse et de décision quant à la suite à donner, comme l'a expliqué Grégory Doucet à la Croix-Rousse : « Elle a vocation à être pérennisée. Au gré des retours des habitantes et des habitants, on découvrira peut-être que certains attendent aussi d'autres services de la part de la PM. Donc on fera évoluer le concept. »</w:t>
      </w:r>
    </w:p>
    <w:p w14:paraId="342D09DD" w14:textId="77777777" w:rsidR="002E38D3" w:rsidRPr="004C06D0" w:rsidRDefault="002E38D3" w:rsidP="002E38D3">
      <w:pPr>
        <w:rPr>
          <w:rFonts w:ascii="Arial" w:hAnsi="Arial"/>
          <w:sz w:val="36"/>
          <w:lang w:val="fr-FR"/>
        </w:rPr>
      </w:pPr>
    </w:p>
    <w:p w14:paraId="060C2C15" w14:textId="0FE88001" w:rsidR="00B0206A" w:rsidRPr="004C06D0" w:rsidRDefault="00B0206A" w:rsidP="00B0206A">
      <w:pPr>
        <w:rPr>
          <w:rFonts w:ascii="Arial" w:hAnsi="Arial"/>
          <w:sz w:val="36"/>
          <w:lang w:val="fr-FR"/>
        </w:rPr>
      </w:pPr>
      <w:r w:rsidRPr="002F5F4F">
        <w:rPr>
          <w:rFonts w:ascii="Arial" w:hAnsi="Arial"/>
          <w:b/>
          <w:bCs/>
          <w:sz w:val="36"/>
          <w:lang w:val="fr-FR"/>
        </w:rPr>
        <w:t xml:space="preserve">Allô PM ? 04 72 10 39 00 De 6h à minuit (ou 2h30 </w:t>
      </w:r>
      <w:r w:rsidRPr="004C06D0">
        <w:rPr>
          <w:rFonts w:ascii="Arial" w:hAnsi="Arial"/>
          <w:sz w:val="36"/>
          <w:lang w:val="fr-FR"/>
        </w:rPr>
        <w:t>selon les jours)</w:t>
      </w:r>
    </w:p>
    <w:p w14:paraId="45AD304A" w14:textId="77777777" w:rsidR="00B0206A" w:rsidRPr="004C06D0" w:rsidRDefault="00B0206A" w:rsidP="002E38D3">
      <w:pPr>
        <w:rPr>
          <w:rFonts w:ascii="Arial" w:hAnsi="Arial"/>
          <w:sz w:val="36"/>
          <w:lang w:val="fr-FR"/>
        </w:rPr>
      </w:pPr>
    </w:p>
    <w:p w14:paraId="73333582" w14:textId="6B12F094" w:rsidR="002E38D3" w:rsidRPr="002F5F4F" w:rsidRDefault="002F5F4F" w:rsidP="002E38D3">
      <w:pPr>
        <w:rPr>
          <w:rFonts w:ascii="Arial" w:hAnsi="Arial"/>
          <w:b/>
          <w:bCs/>
          <w:sz w:val="36"/>
          <w:lang w:val="fr-FR"/>
        </w:rPr>
      </w:pPr>
      <w:r w:rsidRPr="002F5F4F">
        <w:rPr>
          <w:rFonts w:ascii="Arial" w:hAnsi="Arial"/>
          <w:b/>
          <w:bCs/>
          <w:sz w:val="36"/>
          <w:lang w:val="fr-FR"/>
        </w:rPr>
        <w:t>LE SAVIEZ-VOUS ?</w:t>
      </w:r>
    </w:p>
    <w:p w14:paraId="1214B5A5" w14:textId="77777777" w:rsidR="002E38D3" w:rsidRPr="004C06D0" w:rsidRDefault="002E38D3" w:rsidP="002E38D3">
      <w:pPr>
        <w:pStyle w:val="Listepuces"/>
        <w:spacing w:line="240" w:lineRule="auto"/>
        <w:ind w:left="720"/>
        <w:rPr>
          <w:rFonts w:ascii="Arial" w:hAnsi="Arial"/>
          <w:sz w:val="36"/>
          <w:lang w:val="fr-FR"/>
        </w:rPr>
      </w:pPr>
      <w:r w:rsidRPr="004C06D0">
        <w:rPr>
          <w:rFonts w:ascii="Arial" w:hAnsi="Arial"/>
          <w:sz w:val="36"/>
          <w:lang w:val="fr-FR"/>
        </w:rPr>
        <w:t>La Police municipale est joignable de 6h à minuit du lundi au mercredi, de 6h à 2h30 du jeudi au samedi et de 6h à 20h les dimanches et jours fériés au 04 72 10 39 00.</w:t>
      </w:r>
    </w:p>
    <w:p w14:paraId="0EEB97D8" w14:textId="77777777" w:rsidR="002E38D3" w:rsidRPr="004C06D0" w:rsidRDefault="002E38D3" w:rsidP="002E38D3">
      <w:pPr>
        <w:pStyle w:val="Listepuces"/>
        <w:spacing w:line="240" w:lineRule="auto"/>
        <w:ind w:left="720"/>
        <w:rPr>
          <w:rFonts w:ascii="Arial" w:hAnsi="Arial"/>
          <w:sz w:val="36"/>
          <w:lang w:val="fr-FR"/>
        </w:rPr>
      </w:pPr>
      <w:r w:rsidRPr="004C06D0">
        <w:rPr>
          <w:rFonts w:ascii="Arial" w:hAnsi="Arial"/>
          <w:sz w:val="36"/>
          <w:lang w:val="fr-FR"/>
        </w:rPr>
        <w:t>Chaque arrondissement est équipé d'un poste de Police municipale ouvert au public de 10h à 17h30 :</w:t>
      </w:r>
    </w:p>
    <w:p w14:paraId="7F2CFF00" w14:textId="77777777" w:rsidR="002E38D3" w:rsidRPr="004C06D0" w:rsidRDefault="002E38D3" w:rsidP="002E38D3">
      <w:pPr>
        <w:pStyle w:val="Listepuces"/>
        <w:spacing w:line="240" w:lineRule="auto"/>
        <w:ind w:left="1440"/>
        <w:rPr>
          <w:rFonts w:ascii="Arial" w:hAnsi="Arial"/>
          <w:sz w:val="36"/>
        </w:rPr>
      </w:pPr>
      <w:r w:rsidRPr="004C06D0">
        <w:rPr>
          <w:rFonts w:ascii="Arial" w:hAnsi="Arial"/>
          <w:sz w:val="36"/>
        </w:rPr>
        <w:t>1er: 2 bis rue Terme / 04 72 10 59 25</w:t>
      </w:r>
    </w:p>
    <w:p w14:paraId="7C3F926A" w14:textId="77777777" w:rsidR="002E38D3" w:rsidRPr="004C06D0" w:rsidRDefault="002E38D3" w:rsidP="002E38D3">
      <w:pPr>
        <w:pStyle w:val="Listepuces"/>
        <w:spacing w:line="240" w:lineRule="auto"/>
        <w:ind w:left="1440"/>
        <w:rPr>
          <w:rFonts w:ascii="Arial" w:hAnsi="Arial"/>
          <w:sz w:val="36"/>
        </w:rPr>
      </w:pPr>
      <w:r w:rsidRPr="004C06D0">
        <w:rPr>
          <w:rFonts w:ascii="Arial" w:hAnsi="Arial"/>
          <w:sz w:val="36"/>
        </w:rPr>
        <w:t>2ᵉ: 38 rue Thomassin / 04 72 77 16 40</w:t>
      </w:r>
    </w:p>
    <w:p w14:paraId="2DE0F09C" w14:textId="77777777" w:rsidR="002E38D3" w:rsidRPr="004C06D0" w:rsidRDefault="002E38D3" w:rsidP="002E38D3">
      <w:pPr>
        <w:pStyle w:val="Listepuces"/>
        <w:spacing w:line="240" w:lineRule="auto"/>
        <w:ind w:left="1440"/>
        <w:rPr>
          <w:rFonts w:ascii="Arial" w:hAnsi="Arial"/>
          <w:sz w:val="36"/>
        </w:rPr>
      </w:pPr>
      <w:r w:rsidRPr="004C06D0">
        <w:rPr>
          <w:rFonts w:ascii="Arial" w:hAnsi="Arial"/>
          <w:sz w:val="36"/>
        </w:rPr>
        <w:t>3ᵉ: 244 rue Vendôme / 04 72 84 95 45</w:t>
      </w:r>
    </w:p>
    <w:p w14:paraId="297B4D24" w14:textId="18CC04D7" w:rsidR="002E38D3" w:rsidRPr="004C06D0" w:rsidRDefault="002E38D3" w:rsidP="002E38D3">
      <w:pPr>
        <w:pStyle w:val="Listepuces"/>
        <w:spacing w:line="240" w:lineRule="auto"/>
        <w:ind w:left="1440"/>
        <w:rPr>
          <w:rFonts w:ascii="Arial" w:hAnsi="Arial"/>
          <w:sz w:val="36"/>
          <w:lang w:val="fr-FR"/>
        </w:rPr>
      </w:pPr>
      <w:r w:rsidRPr="004C06D0">
        <w:rPr>
          <w:rFonts w:ascii="Arial" w:hAnsi="Arial"/>
          <w:sz w:val="36"/>
          <w:lang w:val="fr-FR"/>
        </w:rPr>
        <w:t>4</w:t>
      </w:r>
      <w:r w:rsidR="00C42467" w:rsidRPr="004C06D0">
        <w:rPr>
          <w:rFonts w:ascii="Arial" w:hAnsi="Arial"/>
          <w:sz w:val="36"/>
        </w:rPr>
        <w:t>ᵉ</w:t>
      </w:r>
      <w:r w:rsidR="00C42467" w:rsidRPr="004C06D0">
        <w:rPr>
          <w:rFonts w:ascii="Arial" w:hAnsi="Arial"/>
          <w:sz w:val="36"/>
          <w:lang w:val="fr-FR"/>
        </w:rPr>
        <w:t xml:space="preserve"> :</w:t>
      </w:r>
      <w:r w:rsidRPr="004C06D0">
        <w:rPr>
          <w:rFonts w:ascii="Arial" w:hAnsi="Arial"/>
          <w:sz w:val="36"/>
          <w:lang w:val="fr-FR"/>
        </w:rPr>
        <w:t xml:space="preserve"> 10 bis rue Villeneuve angle 5 rue Jacquard / 04 72 98 28 05</w:t>
      </w:r>
    </w:p>
    <w:p w14:paraId="7A4B27F4" w14:textId="77777777" w:rsidR="002E38D3" w:rsidRPr="004C06D0" w:rsidRDefault="002E38D3" w:rsidP="002E38D3">
      <w:pPr>
        <w:pStyle w:val="Listepuces"/>
        <w:spacing w:line="240" w:lineRule="auto"/>
        <w:ind w:left="1440"/>
        <w:rPr>
          <w:rFonts w:ascii="Arial" w:hAnsi="Arial"/>
          <w:sz w:val="36"/>
        </w:rPr>
      </w:pPr>
      <w:r w:rsidRPr="004C06D0">
        <w:rPr>
          <w:rFonts w:ascii="Arial" w:hAnsi="Arial"/>
          <w:sz w:val="36"/>
        </w:rPr>
        <w:lastRenderedPageBreak/>
        <w:t>5ᵉ: 7 place Saint-Jean / 04 78 38 40 90</w:t>
      </w:r>
    </w:p>
    <w:p w14:paraId="3048BF97" w14:textId="77777777" w:rsidR="002E38D3" w:rsidRPr="004C06D0" w:rsidRDefault="002E38D3" w:rsidP="002E38D3">
      <w:pPr>
        <w:pStyle w:val="Listepuces"/>
        <w:spacing w:line="240" w:lineRule="auto"/>
        <w:ind w:left="1440"/>
        <w:rPr>
          <w:rFonts w:ascii="Arial" w:hAnsi="Arial"/>
          <w:sz w:val="36"/>
        </w:rPr>
      </w:pPr>
      <w:r w:rsidRPr="004C06D0">
        <w:rPr>
          <w:rFonts w:ascii="Arial" w:hAnsi="Arial"/>
          <w:sz w:val="36"/>
        </w:rPr>
        <w:t>6ᵉ: 79 rue Cuvier / 04 72 83 04 81</w:t>
      </w:r>
    </w:p>
    <w:p w14:paraId="71EAD8BF" w14:textId="77777777" w:rsidR="002E38D3" w:rsidRPr="004C06D0" w:rsidRDefault="002E38D3" w:rsidP="002E38D3">
      <w:pPr>
        <w:pStyle w:val="Listepuces"/>
        <w:spacing w:line="240" w:lineRule="auto"/>
        <w:ind w:left="1440"/>
        <w:rPr>
          <w:rFonts w:ascii="Arial" w:hAnsi="Arial"/>
          <w:sz w:val="36"/>
        </w:rPr>
      </w:pPr>
      <w:r w:rsidRPr="004C06D0">
        <w:rPr>
          <w:rFonts w:ascii="Arial" w:hAnsi="Arial"/>
          <w:sz w:val="36"/>
        </w:rPr>
        <w:t>7ᵉ: 6-8 rue Claude-Boyer / 04 72 10 51 19</w:t>
      </w:r>
    </w:p>
    <w:p w14:paraId="598A0FDF" w14:textId="77777777" w:rsidR="002E38D3" w:rsidRPr="004C06D0" w:rsidRDefault="002E38D3" w:rsidP="002E38D3">
      <w:pPr>
        <w:pStyle w:val="Listepuces"/>
        <w:spacing w:line="240" w:lineRule="auto"/>
        <w:ind w:left="1440"/>
        <w:rPr>
          <w:rFonts w:ascii="Arial" w:hAnsi="Arial"/>
          <w:sz w:val="36"/>
        </w:rPr>
      </w:pPr>
      <w:r w:rsidRPr="004C06D0">
        <w:rPr>
          <w:rFonts w:ascii="Arial" w:hAnsi="Arial"/>
          <w:sz w:val="36"/>
        </w:rPr>
        <w:t>8ᵉ: 11 rue Maryse-</w:t>
      </w:r>
      <w:proofErr w:type="spellStart"/>
      <w:r w:rsidRPr="004C06D0">
        <w:rPr>
          <w:rFonts w:ascii="Arial" w:hAnsi="Arial"/>
          <w:sz w:val="36"/>
        </w:rPr>
        <w:t>Bastié</w:t>
      </w:r>
      <w:proofErr w:type="spellEnd"/>
      <w:r w:rsidRPr="004C06D0">
        <w:rPr>
          <w:rFonts w:ascii="Arial" w:hAnsi="Arial"/>
          <w:sz w:val="36"/>
        </w:rPr>
        <w:t xml:space="preserve"> / 04 78 78 92 00</w:t>
      </w:r>
    </w:p>
    <w:p w14:paraId="208FBADA" w14:textId="77777777" w:rsidR="002E38D3" w:rsidRPr="004C06D0" w:rsidRDefault="002E38D3" w:rsidP="002E38D3">
      <w:pPr>
        <w:pStyle w:val="Listepuces"/>
        <w:spacing w:line="240" w:lineRule="auto"/>
        <w:ind w:left="1440"/>
        <w:rPr>
          <w:rFonts w:ascii="Arial" w:hAnsi="Arial"/>
          <w:sz w:val="36"/>
        </w:rPr>
      </w:pPr>
      <w:r w:rsidRPr="004C06D0">
        <w:rPr>
          <w:rFonts w:ascii="Arial" w:hAnsi="Arial"/>
          <w:sz w:val="36"/>
        </w:rPr>
        <w:t xml:space="preserve">9ᵉ: 57 rue </w:t>
      </w:r>
      <w:proofErr w:type="spellStart"/>
      <w:r w:rsidRPr="004C06D0">
        <w:rPr>
          <w:rFonts w:ascii="Arial" w:hAnsi="Arial"/>
          <w:sz w:val="36"/>
        </w:rPr>
        <w:t>Marietton</w:t>
      </w:r>
      <w:proofErr w:type="spellEnd"/>
      <w:r w:rsidRPr="004C06D0">
        <w:rPr>
          <w:rFonts w:ascii="Arial" w:hAnsi="Arial"/>
          <w:sz w:val="36"/>
        </w:rPr>
        <w:t xml:space="preserve"> / 04 72 53 70 25</w:t>
      </w:r>
    </w:p>
    <w:p w14:paraId="44FFF2B2" w14:textId="3900C2B9" w:rsidR="002E38D3" w:rsidRPr="004C06D0" w:rsidRDefault="002E38D3" w:rsidP="002E38D3">
      <w:pPr>
        <w:rPr>
          <w:rFonts w:ascii="Arial" w:hAnsi="Arial"/>
          <w:sz w:val="36"/>
        </w:rPr>
      </w:pPr>
      <w:r w:rsidRPr="004C06D0">
        <w:rPr>
          <w:rFonts w:ascii="Arial" w:hAnsi="Arial"/>
          <w:sz w:val="36"/>
        </w:rPr>
        <w:t>Poste Parc Tête d'</w:t>
      </w:r>
      <w:r w:rsidR="00C42467" w:rsidRPr="004C06D0">
        <w:rPr>
          <w:rFonts w:ascii="Arial" w:hAnsi="Arial"/>
          <w:sz w:val="36"/>
        </w:rPr>
        <w:t>O</w:t>
      </w:r>
      <w:r w:rsidRPr="004C06D0">
        <w:rPr>
          <w:rFonts w:ascii="Arial" w:hAnsi="Arial"/>
          <w:sz w:val="36"/>
        </w:rPr>
        <w:t>r : 04 37 47 23 75</w:t>
      </w:r>
    </w:p>
    <w:p w14:paraId="1265DAFF" w14:textId="77777777" w:rsidR="00B0206A" w:rsidRPr="004C06D0" w:rsidRDefault="00B0206A" w:rsidP="002E38D3">
      <w:pPr>
        <w:rPr>
          <w:rFonts w:ascii="Arial" w:hAnsi="Arial"/>
          <w:sz w:val="36"/>
          <w:lang w:val="fr-FR"/>
        </w:rPr>
      </w:pPr>
    </w:p>
    <w:p w14:paraId="2A0E64AB" w14:textId="688F3270" w:rsidR="002E38D3" w:rsidRPr="004C06D0" w:rsidRDefault="002E38D3" w:rsidP="002E38D3">
      <w:pPr>
        <w:rPr>
          <w:rFonts w:ascii="Arial" w:hAnsi="Arial"/>
          <w:sz w:val="36"/>
          <w:lang w:val="fr-FR"/>
        </w:rPr>
      </w:pPr>
      <w:r w:rsidRPr="004C06D0">
        <w:rPr>
          <w:rFonts w:ascii="Arial" w:hAnsi="Arial"/>
          <w:sz w:val="36"/>
          <w:lang w:val="fr-FR"/>
        </w:rPr>
        <w:t>"On s'est rendu compte que les citoyens ne savaient pas toujours à qui s'adresser pour des problèmes du quotidien, comme les nuisances sonores, les trottinettes sur les trottoirs ou les dépôts sauvages. Avec ces postes mobiles, on est là pour les informer et agir. Si on détecte un problème de rodéos de scooters ou de nuisances nocturnes, on crée des fiches mission pour cibler nos interventions. L'idée est de dialoguer avec les habitants et les auteurs des incivilités pour trouver des solutions ensemble. Certains citoyens ont des a priori. En discutant directement avec eux, on montre qu'on est là pour les aider, pas seulement pour verbaliser. Les gens sont ravis de savoir qu'on est joignables dès 6h du matin et jusqu'à minuit ou 2h30 selon les jours. Et surtout, qu'on agit : vidéo-verbalisation, patrouilles ciblées... On prouve qu'on écoute et qu'on résout les problèmes. Muriel Chaulet".</w:t>
      </w:r>
    </w:p>
    <w:p w14:paraId="7E8D4C0F" w14:textId="77777777" w:rsidR="00B0206A" w:rsidRPr="004C06D0" w:rsidRDefault="00B0206A" w:rsidP="002E38D3">
      <w:pPr>
        <w:rPr>
          <w:rFonts w:ascii="Arial" w:hAnsi="Arial"/>
          <w:sz w:val="36"/>
          <w:lang w:val="fr-FR"/>
        </w:rPr>
      </w:pPr>
    </w:p>
    <w:p w14:paraId="6618C5F3" w14:textId="77777777" w:rsidR="00B0206A" w:rsidRPr="004C06D0" w:rsidRDefault="00B0206A">
      <w:pPr>
        <w:rPr>
          <w:rFonts w:ascii="Arial" w:hAnsi="Arial"/>
          <w:sz w:val="36"/>
          <w:lang w:val="fr-FR"/>
        </w:rPr>
      </w:pPr>
      <w:r w:rsidRPr="004C06D0">
        <w:rPr>
          <w:rFonts w:ascii="Arial" w:hAnsi="Arial"/>
          <w:sz w:val="36"/>
          <w:lang w:val="fr-FR"/>
        </w:rPr>
        <w:br w:type="page"/>
      </w:r>
    </w:p>
    <w:p w14:paraId="0EE17D26" w14:textId="34AFCF29" w:rsidR="00A520BA" w:rsidRPr="009E2D52" w:rsidRDefault="009E2D52" w:rsidP="00A520BA">
      <w:pPr>
        <w:pStyle w:val="Titre1"/>
        <w:jc w:val="center"/>
        <w:rPr>
          <w:rFonts w:ascii="Arial" w:hAnsi="Arial"/>
          <w:sz w:val="44"/>
          <w:szCs w:val="36"/>
          <w:lang w:val="fr-FR"/>
        </w:rPr>
      </w:pPr>
      <w:bookmarkStart w:id="12" w:name="_Toc239852998"/>
      <w:r w:rsidRPr="009E2D52">
        <w:rPr>
          <w:rFonts w:ascii="Arial" w:hAnsi="Arial"/>
          <w:sz w:val="44"/>
          <w:szCs w:val="36"/>
          <w:lang w:val="fr-FR"/>
        </w:rPr>
        <w:lastRenderedPageBreak/>
        <w:t>LE DOSSIER</w:t>
      </w:r>
      <w:bookmarkEnd w:id="12"/>
    </w:p>
    <w:p w14:paraId="70E98D36" w14:textId="77777777" w:rsidR="002E38D3" w:rsidRPr="009E2D52" w:rsidRDefault="002E38D3" w:rsidP="00A520BA">
      <w:pPr>
        <w:pStyle w:val="Titre1"/>
        <w:jc w:val="center"/>
        <w:rPr>
          <w:rFonts w:ascii="Arial" w:hAnsi="Arial"/>
          <w:smallCaps/>
          <w:sz w:val="44"/>
          <w:szCs w:val="36"/>
          <w:lang w:val="fr-FR"/>
        </w:rPr>
      </w:pPr>
      <w:bookmarkStart w:id="13" w:name="_Toc239852999"/>
      <w:r w:rsidRPr="009E2D52">
        <w:rPr>
          <w:rFonts w:ascii="Arial" w:hAnsi="Arial"/>
          <w:smallCaps/>
          <w:sz w:val="44"/>
          <w:szCs w:val="36"/>
          <w:lang w:val="fr-FR"/>
        </w:rPr>
        <w:t>Lyon fait sa rentrée</w:t>
      </w:r>
      <w:bookmarkEnd w:id="13"/>
    </w:p>
    <w:p w14:paraId="2DDCCC11" w14:textId="77777777" w:rsidR="00A520BA" w:rsidRPr="004C06D0" w:rsidRDefault="00A520BA" w:rsidP="002E38D3">
      <w:pPr>
        <w:rPr>
          <w:rFonts w:ascii="Arial" w:hAnsi="Arial"/>
          <w:sz w:val="36"/>
          <w:lang w:val="fr-FR"/>
        </w:rPr>
      </w:pPr>
    </w:p>
    <w:p w14:paraId="4ADB3C70" w14:textId="217F5B43" w:rsidR="002E38D3" w:rsidRPr="004C06D0" w:rsidRDefault="002E38D3" w:rsidP="002E38D3">
      <w:pPr>
        <w:rPr>
          <w:rFonts w:ascii="Arial" w:hAnsi="Arial"/>
          <w:sz w:val="36"/>
          <w:lang w:val="fr-FR"/>
        </w:rPr>
      </w:pPr>
      <w:r w:rsidRPr="004C06D0">
        <w:rPr>
          <w:rFonts w:ascii="Arial" w:hAnsi="Arial"/>
          <w:sz w:val="36"/>
          <w:lang w:val="fr-FR"/>
        </w:rPr>
        <w:t>Retrouver une école embellie, profiter d'accueils périscolaires de qualité, faire du sport sur des terrains rénovés, découvrir de nouveaux univers culturels : un aperçu de ce qui est rendu possible par la qualité des services publics lyonnais pour la rentrée !</w:t>
      </w:r>
    </w:p>
    <w:p w14:paraId="23C94138" w14:textId="77777777" w:rsidR="000C0AD4" w:rsidRPr="004C06D0" w:rsidRDefault="000C0AD4" w:rsidP="002E38D3">
      <w:pPr>
        <w:rPr>
          <w:rFonts w:ascii="Arial" w:hAnsi="Arial"/>
          <w:sz w:val="36"/>
          <w:lang w:val="fr-FR"/>
        </w:rPr>
      </w:pPr>
    </w:p>
    <w:p w14:paraId="408E4A78" w14:textId="77777777" w:rsidR="000C0AD4" w:rsidRPr="004C06D0" w:rsidRDefault="002E38D3" w:rsidP="002E38D3">
      <w:pPr>
        <w:rPr>
          <w:rFonts w:ascii="Arial" w:hAnsi="Arial"/>
          <w:sz w:val="36"/>
          <w:lang w:val="fr-FR"/>
        </w:rPr>
      </w:pPr>
      <w:r w:rsidRPr="004C06D0">
        <w:rPr>
          <w:rFonts w:ascii="Arial" w:hAnsi="Arial"/>
          <w:sz w:val="36"/>
          <w:lang w:val="fr-FR"/>
        </w:rPr>
        <w:t xml:space="preserve">Lyon, tout est fait pour que les Lyonnais, petits et grands, s'épanouissent au moment de reprendre leurs habitudes pour la rentrée. </w:t>
      </w:r>
    </w:p>
    <w:p w14:paraId="4292695E" w14:textId="4F40D4C2" w:rsidR="002E38D3" w:rsidRPr="004C06D0" w:rsidRDefault="002E38D3" w:rsidP="002E38D3">
      <w:pPr>
        <w:rPr>
          <w:rFonts w:ascii="Arial" w:hAnsi="Arial"/>
          <w:sz w:val="36"/>
          <w:lang w:val="fr-FR"/>
        </w:rPr>
      </w:pPr>
      <w:r w:rsidRPr="004C06D0">
        <w:rPr>
          <w:rFonts w:ascii="Arial" w:hAnsi="Arial"/>
          <w:sz w:val="36"/>
          <w:lang w:val="fr-FR"/>
        </w:rPr>
        <w:t>À commencer pour les près de 32 000 enfants des 207 écoles publiques que la ville compte, dont 90% fréquentent un temps d'accueil périscolaire. Plus de 150 interventions ont été menées pendant l'été pour préparer leur rentrée dans les meilleures conditions. On citera Victor- Hugo (1er, rénovation des façades de l'élémentaire et travaux dans la maternelle), Commandant Arnaud (4</w:t>
      </w:r>
      <w:r w:rsidRPr="004C06D0">
        <w:rPr>
          <w:rFonts w:ascii="Arial" w:hAnsi="Arial"/>
          <w:sz w:val="36"/>
        </w:rPr>
        <w:t>ᵉ</w:t>
      </w:r>
      <w:r w:rsidRPr="004C06D0">
        <w:rPr>
          <w:rFonts w:ascii="Arial" w:hAnsi="Arial"/>
          <w:sz w:val="36"/>
          <w:lang w:val="fr-FR"/>
        </w:rPr>
        <w:t>, remplacement des menuiseries, maintenance), Jean Rostand (6</w:t>
      </w:r>
      <w:r w:rsidRPr="004C06D0">
        <w:rPr>
          <w:rFonts w:ascii="Arial" w:hAnsi="Arial"/>
          <w:sz w:val="36"/>
        </w:rPr>
        <w:t>ᵉ</w:t>
      </w:r>
      <w:r w:rsidRPr="004C06D0">
        <w:rPr>
          <w:rFonts w:ascii="Arial" w:hAnsi="Arial"/>
          <w:sz w:val="36"/>
          <w:lang w:val="fr-FR"/>
        </w:rPr>
        <w:t xml:space="preserve">, changement de menuiseries et pose de protections </w:t>
      </w:r>
      <w:r w:rsidR="00C42467" w:rsidRPr="004C06D0">
        <w:rPr>
          <w:rFonts w:ascii="Arial" w:hAnsi="Arial"/>
          <w:sz w:val="36"/>
          <w:lang w:val="fr-FR"/>
        </w:rPr>
        <w:t>solaires) ...</w:t>
      </w:r>
      <w:r w:rsidRPr="004C06D0">
        <w:rPr>
          <w:rFonts w:ascii="Arial" w:hAnsi="Arial"/>
          <w:sz w:val="36"/>
          <w:lang w:val="fr-FR"/>
        </w:rPr>
        <w:t xml:space="preserve"> En parallèle, des opérations de rénovation globale sont en cours à Pompidou-</w:t>
      </w:r>
      <w:proofErr w:type="spellStart"/>
      <w:r w:rsidRPr="004C06D0">
        <w:rPr>
          <w:rFonts w:ascii="Arial" w:hAnsi="Arial"/>
          <w:sz w:val="36"/>
          <w:lang w:val="fr-FR"/>
        </w:rPr>
        <w:t>Mourguet</w:t>
      </w:r>
      <w:proofErr w:type="spellEnd"/>
      <w:r w:rsidRPr="004C06D0">
        <w:rPr>
          <w:rFonts w:ascii="Arial" w:hAnsi="Arial"/>
          <w:sz w:val="36"/>
          <w:lang w:val="fr-FR"/>
        </w:rPr>
        <w:t xml:space="preserve"> (3</w:t>
      </w:r>
      <w:r w:rsidRPr="004C06D0">
        <w:rPr>
          <w:rFonts w:ascii="Arial" w:hAnsi="Arial"/>
          <w:sz w:val="36"/>
        </w:rPr>
        <w:t>ᵉ</w:t>
      </w:r>
      <w:r w:rsidRPr="004C06D0">
        <w:rPr>
          <w:rFonts w:ascii="Arial" w:hAnsi="Arial"/>
          <w:sz w:val="36"/>
          <w:lang w:val="fr-FR"/>
        </w:rPr>
        <w:t>), aux Dahlias et à Daudet (9</w:t>
      </w:r>
      <w:r w:rsidRPr="004C06D0">
        <w:rPr>
          <w:rFonts w:ascii="Arial" w:hAnsi="Arial"/>
          <w:sz w:val="36"/>
        </w:rPr>
        <w:t>ᵉ</w:t>
      </w:r>
      <w:r w:rsidRPr="004C06D0">
        <w:rPr>
          <w:rFonts w:ascii="Arial" w:hAnsi="Arial"/>
          <w:sz w:val="36"/>
          <w:lang w:val="fr-FR"/>
        </w:rPr>
        <w:t xml:space="preserve">), à Michel Servet (1er) et à La Fontaine (4). Livrées entre 2027 et 2029, ces opérations comprennent souvent des travaux d'adaptation aux fortes </w:t>
      </w:r>
      <w:r w:rsidRPr="004C06D0">
        <w:rPr>
          <w:rFonts w:ascii="Arial" w:hAnsi="Arial"/>
          <w:sz w:val="36"/>
          <w:lang w:val="fr-FR"/>
        </w:rPr>
        <w:lastRenderedPageBreak/>
        <w:t>chaleurs. Face à la multiplication des canicules, la Ville adapte ses écoles de multiples façons. Avec ces travaux lourds, bien sûr, mais aussi en déployant des brasseurs d'air dans 45% des classes aujourd'hui, des protections solaires et en créant des zones d'ombre dans les cours et aux abords des écoles (voir en page suivante).</w:t>
      </w:r>
    </w:p>
    <w:p w14:paraId="7BCD290B" w14:textId="77777777" w:rsidR="000C0AD4" w:rsidRPr="004C06D0" w:rsidRDefault="000C0AD4" w:rsidP="002E38D3">
      <w:pPr>
        <w:rPr>
          <w:rFonts w:ascii="Arial" w:hAnsi="Arial"/>
          <w:sz w:val="36"/>
          <w:lang w:val="fr-FR"/>
        </w:rPr>
      </w:pPr>
    </w:p>
    <w:p w14:paraId="05E11272" w14:textId="77777777" w:rsidR="002E38D3" w:rsidRPr="00A05E73" w:rsidRDefault="002E38D3" w:rsidP="000C0AD4">
      <w:pPr>
        <w:rPr>
          <w:rFonts w:ascii="Arial" w:hAnsi="Arial"/>
          <w:b/>
          <w:bCs/>
          <w:sz w:val="36"/>
          <w:lang w:val="fr-FR"/>
        </w:rPr>
      </w:pPr>
      <w:r w:rsidRPr="00A05E73">
        <w:rPr>
          <w:rFonts w:ascii="Arial" w:hAnsi="Arial"/>
          <w:b/>
          <w:bCs/>
          <w:sz w:val="36"/>
          <w:lang w:val="fr-FR"/>
        </w:rPr>
        <w:t>Sport pour tous...</w:t>
      </w:r>
    </w:p>
    <w:p w14:paraId="5EA9F22B" w14:textId="77777777" w:rsidR="000C0AD4" w:rsidRPr="004C06D0" w:rsidRDefault="002E38D3" w:rsidP="002E38D3">
      <w:pPr>
        <w:rPr>
          <w:rFonts w:ascii="Arial" w:hAnsi="Arial"/>
          <w:sz w:val="36"/>
          <w:lang w:val="fr-FR"/>
        </w:rPr>
      </w:pPr>
      <w:r w:rsidRPr="004C06D0">
        <w:rPr>
          <w:rFonts w:ascii="Arial" w:hAnsi="Arial"/>
          <w:sz w:val="36"/>
          <w:lang w:val="fr-FR"/>
        </w:rPr>
        <w:t xml:space="preserve">En dehors des écoles, aussi, les Lyonnaises et les Lyonnais sont choyés. Côté sports, l'été a permis aux services de la Ville de mener à bien ou de terminer des travaux dans les équipements municipaux (voir en page 15). La rentrée marque également le retour des compétitions. Qu'elles soient de niveau international, comme le Lyon platinum padel (voir en page 19), ou bien ouvertes à tous comme les "Jeux sous toutes les formes", du 4 au 8 novembre. </w:t>
      </w:r>
    </w:p>
    <w:p w14:paraId="268D43FB" w14:textId="03AE0F39" w:rsidR="002E38D3" w:rsidRPr="004C06D0" w:rsidRDefault="002E38D3" w:rsidP="002E38D3">
      <w:pPr>
        <w:rPr>
          <w:rFonts w:ascii="Arial" w:hAnsi="Arial"/>
          <w:sz w:val="36"/>
          <w:lang w:val="fr-FR"/>
        </w:rPr>
      </w:pPr>
      <w:r w:rsidRPr="004C06D0">
        <w:rPr>
          <w:rFonts w:ascii="Arial" w:hAnsi="Arial"/>
          <w:sz w:val="36"/>
          <w:lang w:val="fr-FR"/>
        </w:rPr>
        <w:t xml:space="preserve">Rappel du </w:t>
      </w:r>
      <w:r w:rsidR="00C42467" w:rsidRPr="004C06D0">
        <w:rPr>
          <w:rFonts w:ascii="Arial" w:hAnsi="Arial"/>
          <w:sz w:val="36"/>
          <w:lang w:val="fr-FR"/>
        </w:rPr>
        <w:t>principe :</w:t>
      </w:r>
      <w:r w:rsidRPr="004C06D0">
        <w:rPr>
          <w:rFonts w:ascii="Arial" w:hAnsi="Arial"/>
          <w:sz w:val="36"/>
          <w:lang w:val="fr-FR"/>
        </w:rPr>
        <w:t xml:space="preserve"> une olympiade ludique et accessible, où chacun participe à des activités variées (adresse, précision, réflexion...).</w:t>
      </w:r>
    </w:p>
    <w:p w14:paraId="2AC2BA5B" w14:textId="77777777" w:rsidR="000C0AD4" w:rsidRPr="004C06D0" w:rsidRDefault="000C0AD4" w:rsidP="002E38D3">
      <w:pPr>
        <w:rPr>
          <w:rFonts w:ascii="Arial" w:hAnsi="Arial"/>
          <w:sz w:val="36"/>
          <w:lang w:val="fr-FR"/>
        </w:rPr>
      </w:pPr>
    </w:p>
    <w:p w14:paraId="1475C03D" w14:textId="3A114BA6" w:rsidR="002E38D3" w:rsidRPr="004C06D0" w:rsidRDefault="002E38D3" w:rsidP="000E72E4">
      <w:pPr>
        <w:rPr>
          <w:rFonts w:ascii="Arial" w:hAnsi="Arial"/>
          <w:sz w:val="36"/>
          <w:lang w:val="fr-FR"/>
        </w:rPr>
      </w:pPr>
      <w:r w:rsidRPr="004C06D0">
        <w:rPr>
          <w:rFonts w:ascii="Arial" w:hAnsi="Arial"/>
          <w:sz w:val="36"/>
          <w:lang w:val="fr-FR"/>
        </w:rPr>
        <w:t xml:space="preserve">... </w:t>
      </w:r>
      <w:r w:rsidR="000E72E4" w:rsidRPr="004C06D0">
        <w:rPr>
          <w:rFonts w:ascii="Arial" w:hAnsi="Arial"/>
          <w:sz w:val="36"/>
          <w:lang w:val="fr-FR"/>
        </w:rPr>
        <w:t>C</w:t>
      </w:r>
      <w:r w:rsidRPr="004C06D0">
        <w:rPr>
          <w:rFonts w:ascii="Arial" w:hAnsi="Arial"/>
          <w:sz w:val="36"/>
          <w:lang w:val="fr-FR"/>
        </w:rPr>
        <w:t>ulture pour chacun</w:t>
      </w:r>
      <w:r w:rsidR="000E72E4" w:rsidRPr="004C06D0">
        <w:rPr>
          <w:rFonts w:ascii="Arial" w:hAnsi="Arial"/>
          <w:sz w:val="36"/>
          <w:lang w:val="fr-FR"/>
        </w:rPr>
        <w:t> :</w:t>
      </w:r>
    </w:p>
    <w:p w14:paraId="36F00D2F" w14:textId="77777777" w:rsidR="00A6515E" w:rsidRDefault="00A6515E" w:rsidP="002E38D3">
      <w:pPr>
        <w:rPr>
          <w:rFonts w:ascii="Arial" w:hAnsi="Arial"/>
          <w:sz w:val="36"/>
          <w:lang w:val="fr-FR"/>
        </w:rPr>
      </w:pPr>
    </w:p>
    <w:p w14:paraId="7496C00C" w14:textId="5652861E" w:rsidR="00A6515E" w:rsidRPr="00A6515E" w:rsidRDefault="002E38D3" w:rsidP="002E38D3">
      <w:pPr>
        <w:rPr>
          <w:rFonts w:ascii="Arial" w:hAnsi="Arial"/>
          <w:b/>
          <w:bCs/>
          <w:sz w:val="36"/>
          <w:lang w:val="fr-FR"/>
        </w:rPr>
      </w:pPr>
      <w:r w:rsidRPr="00A6515E">
        <w:rPr>
          <w:rFonts w:ascii="Arial" w:hAnsi="Arial"/>
          <w:b/>
          <w:bCs/>
          <w:sz w:val="36"/>
          <w:lang w:val="fr-FR"/>
        </w:rPr>
        <w:t xml:space="preserve">Envie de poursuivre vos découvertes de l'été ? </w:t>
      </w:r>
    </w:p>
    <w:p w14:paraId="045CA5A7" w14:textId="3CF09527" w:rsidR="002E38D3" w:rsidRPr="004C06D0" w:rsidRDefault="002E38D3" w:rsidP="002E38D3">
      <w:pPr>
        <w:rPr>
          <w:rFonts w:ascii="Arial" w:hAnsi="Arial"/>
          <w:sz w:val="36"/>
          <w:lang w:val="fr-FR"/>
        </w:rPr>
      </w:pPr>
      <w:r w:rsidRPr="004C06D0">
        <w:rPr>
          <w:rFonts w:ascii="Arial" w:hAnsi="Arial"/>
          <w:sz w:val="36"/>
          <w:lang w:val="fr-FR"/>
        </w:rPr>
        <w:lastRenderedPageBreak/>
        <w:t xml:space="preserve">La rentrée culturelle vous attend avec sa programmation foisonnante, apte à combler les amateurs d'art contemporain (la Biennale), les mélomanes (Opéra, l'ONL...), les cinéphiles (Festival Lumière) et tous ceux qui veulent être surpris (Musée sentimental au MBA, voir page </w:t>
      </w:r>
      <w:r w:rsidR="00C42467" w:rsidRPr="004C06D0">
        <w:rPr>
          <w:rFonts w:ascii="Arial" w:hAnsi="Arial"/>
          <w:sz w:val="36"/>
          <w:lang w:val="fr-FR"/>
        </w:rPr>
        <w:t>17) ...</w:t>
      </w:r>
      <w:r w:rsidRPr="004C06D0">
        <w:rPr>
          <w:rFonts w:ascii="Arial" w:hAnsi="Arial"/>
          <w:sz w:val="36"/>
          <w:lang w:val="fr-FR"/>
        </w:rPr>
        <w:t xml:space="preserve"> On vous laisse déguster toute la richesse de la rentrée à la mode de Lyon dans les pages suivantes.</w:t>
      </w:r>
    </w:p>
    <w:p w14:paraId="5F6D539B" w14:textId="77777777" w:rsidR="000E72E4" w:rsidRPr="004C06D0" w:rsidRDefault="000E72E4" w:rsidP="002E38D3">
      <w:pPr>
        <w:rPr>
          <w:rFonts w:ascii="Arial" w:hAnsi="Arial"/>
          <w:sz w:val="36"/>
          <w:lang w:val="fr-FR"/>
        </w:rPr>
      </w:pPr>
    </w:p>
    <w:p w14:paraId="714BA1B3" w14:textId="4D9F74D6" w:rsidR="002E38D3" w:rsidRPr="004C06D0" w:rsidRDefault="002E38D3" w:rsidP="002E38D3">
      <w:pPr>
        <w:rPr>
          <w:rFonts w:ascii="Arial" w:hAnsi="Arial"/>
          <w:sz w:val="36"/>
          <w:lang w:val="fr-FR"/>
        </w:rPr>
      </w:pPr>
      <w:r w:rsidRPr="00A6515E">
        <w:rPr>
          <w:rFonts w:ascii="Arial" w:hAnsi="Arial"/>
          <w:b/>
          <w:bCs/>
          <w:sz w:val="36"/>
          <w:lang w:val="fr-FR"/>
        </w:rPr>
        <w:t xml:space="preserve">"Nous souhaitons une bonne rentrée à toutes et tous. </w:t>
      </w:r>
      <w:r w:rsidRPr="004C06D0">
        <w:rPr>
          <w:rFonts w:ascii="Arial" w:hAnsi="Arial"/>
          <w:sz w:val="36"/>
          <w:lang w:val="fr-FR"/>
        </w:rPr>
        <w:t>La Ville de Lyon est à l'œuvre pour offrir à chaque enfant une école publique plus accueillante et plus inclusive."</w:t>
      </w:r>
    </w:p>
    <w:p w14:paraId="6E74998C" w14:textId="77777777" w:rsidR="0084016A" w:rsidRDefault="0084016A">
      <w:pPr>
        <w:rPr>
          <w:rFonts w:ascii="Arial" w:eastAsiaTheme="majorEastAsia" w:hAnsi="Arial" w:cstheme="majorBidi"/>
          <w:b/>
          <w:bCs/>
          <w:color w:val="365F91" w:themeColor="accent1" w:themeShade="BF"/>
          <w:sz w:val="44"/>
          <w:szCs w:val="36"/>
          <w:lang w:val="fr-FR"/>
        </w:rPr>
      </w:pPr>
      <w:r>
        <w:rPr>
          <w:rFonts w:ascii="Arial" w:hAnsi="Arial"/>
          <w:sz w:val="44"/>
          <w:szCs w:val="36"/>
          <w:lang w:val="fr-FR"/>
        </w:rPr>
        <w:br w:type="page"/>
      </w:r>
    </w:p>
    <w:p w14:paraId="633B126E" w14:textId="38173C64" w:rsidR="00510550" w:rsidRPr="00A6515E" w:rsidRDefault="00A6515E" w:rsidP="00510550">
      <w:pPr>
        <w:pStyle w:val="Titre1"/>
        <w:jc w:val="center"/>
        <w:rPr>
          <w:rFonts w:ascii="Arial" w:hAnsi="Arial"/>
          <w:sz w:val="44"/>
          <w:szCs w:val="36"/>
          <w:lang w:val="fr-FR"/>
        </w:rPr>
      </w:pPr>
      <w:bookmarkStart w:id="14" w:name="_Toc239853000"/>
      <w:r w:rsidRPr="00A6515E">
        <w:rPr>
          <w:rFonts w:ascii="Arial" w:hAnsi="Arial"/>
          <w:sz w:val="44"/>
          <w:szCs w:val="36"/>
          <w:lang w:val="fr-FR"/>
        </w:rPr>
        <w:lastRenderedPageBreak/>
        <w:t>LE DOSSIER</w:t>
      </w:r>
      <w:bookmarkEnd w:id="14"/>
    </w:p>
    <w:p w14:paraId="564C01D9" w14:textId="1701568A" w:rsidR="002E38D3" w:rsidRPr="00A6515E" w:rsidRDefault="002E38D3" w:rsidP="00510550">
      <w:pPr>
        <w:pStyle w:val="Titre1"/>
        <w:jc w:val="center"/>
        <w:rPr>
          <w:rFonts w:ascii="Arial" w:hAnsi="Arial"/>
          <w:smallCaps/>
          <w:sz w:val="44"/>
          <w:szCs w:val="36"/>
          <w:lang w:val="fr-FR"/>
        </w:rPr>
      </w:pPr>
      <w:bookmarkStart w:id="15" w:name="_Toc239853001"/>
      <w:r w:rsidRPr="00A6515E">
        <w:rPr>
          <w:rFonts w:ascii="Arial" w:hAnsi="Arial"/>
          <w:smallCaps/>
          <w:sz w:val="44"/>
          <w:szCs w:val="36"/>
          <w:lang w:val="fr-FR"/>
        </w:rPr>
        <w:t>Bonne année scolaire à tous les enfants</w:t>
      </w:r>
      <w:r w:rsidR="00A6515E">
        <w:rPr>
          <w:rFonts w:ascii="Arial" w:hAnsi="Arial"/>
          <w:smallCaps/>
          <w:sz w:val="44"/>
          <w:szCs w:val="36"/>
          <w:lang w:val="fr-FR"/>
        </w:rPr>
        <w:t> !</w:t>
      </w:r>
      <w:bookmarkEnd w:id="15"/>
    </w:p>
    <w:p w14:paraId="3375C097" w14:textId="77777777" w:rsidR="00510550" w:rsidRPr="004C06D0" w:rsidRDefault="00510550" w:rsidP="002E38D3">
      <w:pPr>
        <w:rPr>
          <w:rFonts w:ascii="Arial" w:hAnsi="Arial"/>
          <w:sz w:val="36"/>
          <w:lang w:val="fr-FR"/>
        </w:rPr>
      </w:pPr>
    </w:p>
    <w:p w14:paraId="02A8FFDC" w14:textId="77777777" w:rsidR="0058161A" w:rsidRPr="004C06D0" w:rsidRDefault="002E38D3" w:rsidP="002E38D3">
      <w:pPr>
        <w:rPr>
          <w:rFonts w:ascii="Arial" w:hAnsi="Arial"/>
          <w:sz w:val="36"/>
          <w:lang w:val="fr-FR"/>
        </w:rPr>
      </w:pPr>
      <w:r w:rsidRPr="004C06D0">
        <w:rPr>
          <w:rFonts w:ascii="Arial" w:hAnsi="Arial"/>
          <w:sz w:val="36"/>
          <w:lang w:val="fr-FR"/>
        </w:rPr>
        <w:t xml:space="preserve">"354 M€ Investis depuis 2020 pour les écoles lyonnaises" et "45 M€ d'investissements en 2026 pour des écoles plus confortables, plus durables et résilientes face aux enjeux climatiques" </w:t>
      </w:r>
    </w:p>
    <w:p w14:paraId="5FCE9C4B" w14:textId="77777777" w:rsidR="0058161A" w:rsidRPr="004C06D0" w:rsidRDefault="0058161A" w:rsidP="002E38D3">
      <w:pPr>
        <w:rPr>
          <w:rFonts w:ascii="Arial" w:hAnsi="Arial"/>
          <w:sz w:val="36"/>
          <w:lang w:val="fr-FR"/>
        </w:rPr>
      </w:pPr>
    </w:p>
    <w:p w14:paraId="56300DF0" w14:textId="2DB8F6A8" w:rsidR="002E38D3" w:rsidRPr="004C06D0" w:rsidRDefault="002E38D3" w:rsidP="002E38D3">
      <w:pPr>
        <w:rPr>
          <w:rFonts w:ascii="Arial" w:hAnsi="Arial"/>
          <w:sz w:val="36"/>
          <w:lang w:val="fr-FR"/>
        </w:rPr>
      </w:pPr>
      <w:r w:rsidRPr="004C06D0">
        <w:rPr>
          <w:rFonts w:ascii="Arial" w:hAnsi="Arial"/>
          <w:sz w:val="36"/>
          <w:lang w:val="fr-FR"/>
        </w:rPr>
        <w:t xml:space="preserve">Comme à chaque rentrée, les enfants ont pu constater quelques changements dans leur école. La Ville de Lyon a profité de l'été pour mener différents travaux et ainsi leur offrir de meilleures conditions </w:t>
      </w:r>
      <w:r w:rsidR="00C42467" w:rsidRPr="004C06D0">
        <w:rPr>
          <w:rFonts w:ascii="Arial" w:hAnsi="Arial"/>
          <w:sz w:val="36"/>
          <w:lang w:val="fr-FR"/>
        </w:rPr>
        <w:t>d’apprentissage :</w:t>
      </w:r>
      <w:r w:rsidRPr="004C06D0">
        <w:rPr>
          <w:rFonts w:ascii="Arial" w:hAnsi="Arial"/>
          <w:sz w:val="36"/>
          <w:lang w:val="fr-FR"/>
        </w:rPr>
        <w:t xml:space="preserve"> rénovation de façades, accessibilité, remplacement de menuiseries, installation de protections solaires et de brasseurs d'air... Au total, 150 chantiers ont été réalisés dans une centaine d'écoles. Côté cour, huit sont devenues des </w:t>
      </w:r>
      <w:r w:rsidR="00C42467" w:rsidRPr="004C06D0">
        <w:rPr>
          <w:rFonts w:ascii="Arial" w:hAnsi="Arial"/>
          <w:sz w:val="36"/>
          <w:lang w:val="fr-FR"/>
        </w:rPr>
        <w:t>jardins !</w:t>
      </w:r>
      <w:r w:rsidRPr="004C06D0">
        <w:rPr>
          <w:rFonts w:ascii="Arial" w:hAnsi="Arial"/>
          <w:sz w:val="36"/>
          <w:lang w:val="fr-FR"/>
        </w:rPr>
        <w:t xml:space="preserve"> Ces nouvelles cours nature ont été livrées à la rentrée ce qui porte à 48 le nombre d'écoles dotées de ces espaces végétalisés et ombragés.</w:t>
      </w:r>
    </w:p>
    <w:p w14:paraId="30286BED" w14:textId="77777777" w:rsidR="0058161A" w:rsidRPr="004C06D0" w:rsidRDefault="0058161A" w:rsidP="002E38D3">
      <w:pPr>
        <w:rPr>
          <w:rFonts w:ascii="Arial" w:hAnsi="Arial"/>
          <w:sz w:val="36"/>
          <w:lang w:val="fr-FR"/>
        </w:rPr>
      </w:pPr>
    </w:p>
    <w:p w14:paraId="0C938B9A" w14:textId="2628EAE7" w:rsidR="002E38D3" w:rsidRPr="00351180" w:rsidRDefault="002E38D3" w:rsidP="0058161A">
      <w:pPr>
        <w:rPr>
          <w:rFonts w:ascii="Arial" w:hAnsi="Arial"/>
          <w:b/>
          <w:bCs/>
          <w:sz w:val="36"/>
          <w:lang w:val="fr-FR"/>
        </w:rPr>
      </w:pPr>
      <w:r w:rsidRPr="00351180">
        <w:rPr>
          <w:rFonts w:ascii="Arial" w:hAnsi="Arial"/>
          <w:b/>
          <w:bCs/>
          <w:sz w:val="36"/>
          <w:lang w:val="fr-FR"/>
        </w:rPr>
        <w:t>Garantir une école protectrice</w:t>
      </w:r>
      <w:r w:rsidR="0058161A" w:rsidRPr="00351180">
        <w:rPr>
          <w:rFonts w:ascii="Arial" w:hAnsi="Arial"/>
          <w:b/>
          <w:bCs/>
          <w:sz w:val="36"/>
          <w:lang w:val="fr-FR"/>
        </w:rPr>
        <w:t> :</w:t>
      </w:r>
    </w:p>
    <w:p w14:paraId="658D67CE" w14:textId="5A5345A2" w:rsidR="006010F5" w:rsidRPr="004C06D0" w:rsidRDefault="002E38D3" w:rsidP="002E38D3">
      <w:pPr>
        <w:rPr>
          <w:rFonts w:ascii="Arial" w:hAnsi="Arial"/>
          <w:sz w:val="36"/>
          <w:lang w:val="fr-FR"/>
        </w:rPr>
      </w:pPr>
      <w:r w:rsidRPr="004C06D0">
        <w:rPr>
          <w:rFonts w:ascii="Arial" w:hAnsi="Arial"/>
          <w:sz w:val="36"/>
          <w:lang w:val="fr-FR"/>
        </w:rPr>
        <w:t xml:space="preserve">« La qualité de l'école ne porte pas que sur les contenus. Nous devons aussi garantir une école protectrice contre le harcèlement, les violences sexistes et sexuelles, face à la vulnérabilité liée aux handicaps... », souligne Stéphanie Léger, </w:t>
      </w:r>
      <w:r w:rsidRPr="004C06D0">
        <w:rPr>
          <w:rFonts w:ascii="Arial" w:hAnsi="Arial"/>
          <w:sz w:val="36"/>
          <w:lang w:val="fr-FR"/>
        </w:rPr>
        <w:lastRenderedPageBreak/>
        <w:t>adjointe à l'Éducation et aux Droits des enfants. Depuis plusieurs années, la Ville sensibilise et forme les professionnels présents dans les écoles à la prévention et la protection de l'enfance. Ses accueils périscolaires sont déclarés en "accueil collectif de mineurs", un cadre réglementaire qui garantit un haut niveau de qualité, d'encadrement et de sécurité. Des contrôles systématiques des casiers judiciaires et du fichier des délinquants sexuels sont effectués.</w:t>
      </w:r>
    </w:p>
    <w:p w14:paraId="135F5D81" w14:textId="6FEBC76D" w:rsidR="002E38D3" w:rsidRPr="004C06D0" w:rsidRDefault="002E38D3" w:rsidP="002E38D3">
      <w:pPr>
        <w:rPr>
          <w:rFonts w:ascii="Arial" w:hAnsi="Arial"/>
          <w:sz w:val="36"/>
          <w:lang w:val="fr-FR"/>
        </w:rPr>
      </w:pPr>
      <w:r w:rsidRPr="004C06D0">
        <w:rPr>
          <w:rFonts w:ascii="Arial" w:hAnsi="Arial"/>
          <w:sz w:val="36"/>
          <w:lang w:val="fr-FR"/>
        </w:rPr>
        <w:t>Dans le même temps, pour fidéliser les équipes sur le long terme, la Ville continue de faire évoluer les conditions de travail des intervenants (horaires élargis, meilleure rémunération, qualification, formations...).</w:t>
      </w:r>
    </w:p>
    <w:p w14:paraId="5C1BCB2B" w14:textId="77777777" w:rsidR="006010F5" w:rsidRPr="004C06D0" w:rsidRDefault="006010F5" w:rsidP="002E38D3">
      <w:pPr>
        <w:rPr>
          <w:rFonts w:ascii="Arial" w:hAnsi="Arial"/>
          <w:sz w:val="36"/>
          <w:lang w:val="fr-FR"/>
        </w:rPr>
      </w:pPr>
    </w:p>
    <w:p w14:paraId="35EBF9FF" w14:textId="35EF7EAC" w:rsidR="002E38D3" w:rsidRPr="00351180" w:rsidRDefault="002E38D3" w:rsidP="00D67BD4">
      <w:pPr>
        <w:rPr>
          <w:rFonts w:ascii="Arial" w:hAnsi="Arial"/>
          <w:b/>
          <w:bCs/>
          <w:sz w:val="36"/>
          <w:lang w:val="fr-FR"/>
        </w:rPr>
      </w:pPr>
      <w:r w:rsidRPr="00351180">
        <w:rPr>
          <w:rFonts w:ascii="Arial" w:hAnsi="Arial"/>
          <w:b/>
          <w:bCs/>
          <w:sz w:val="36"/>
          <w:lang w:val="fr-FR"/>
        </w:rPr>
        <w:t>Ça se prépare dès cette année</w:t>
      </w:r>
      <w:r w:rsidR="00D67BD4" w:rsidRPr="00351180">
        <w:rPr>
          <w:rFonts w:ascii="Arial" w:hAnsi="Arial"/>
          <w:b/>
          <w:bCs/>
          <w:sz w:val="36"/>
          <w:lang w:val="fr-FR"/>
        </w:rPr>
        <w:t> :</w:t>
      </w:r>
    </w:p>
    <w:p w14:paraId="38E27A2A" w14:textId="3D24CA9F" w:rsidR="002E38D3" w:rsidRPr="004C06D0" w:rsidRDefault="002E38D3" w:rsidP="002E38D3">
      <w:pPr>
        <w:rPr>
          <w:rFonts w:ascii="Arial" w:hAnsi="Arial"/>
          <w:sz w:val="36"/>
          <w:lang w:val="fr-FR"/>
        </w:rPr>
      </w:pPr>
      <w:r w:rsidRPr="004C06D0">
        <w:rPr>
          <w:rFonts w:ascii="Arial" w:hAnsi="Arial"/>
          <w:sz w:val="36"/>
          <w:lang w:val="fr-FR"/>
        </w:rPr>
        <w:t xml:space="preserve">Annoncées pour ce mandat, deux nouvelles mesures seront préparées dès cette </w:t>
      </w:r>
      <w:r w:rsidR="00C42467" w:rsidRPr="004C06D0">
        <w:rPr>
          <w:rFonts w:ascii="Arial" w:hAnsi="Arial"/>
          <w:sz w:val="36"/>
          <w:lang w:val="fr-FR"/>
        </w:rPr>
        <w:t>année :</w:t>
      </w:r>
      <w:r w:rsidRPr="004C06D0">
        <w:rPr>
          <w:rFonts w:ascii="Arial" w:hAnsi="Arial"/>
          <w:sz w:val="36"/>
          <w:lang w:val="fr-FR"/>
        </w:rPr>
        <w:t xml:space="preserve"> la gratuité des fournitures scolaires et une nouvelle offre d'accueil et de loisirs le mercredi. Plus besoin de jouer des coudes dans les allées des super- marchés ! À la rentrée 2027-2028, tous les élèves disposeront gratuitement du matériel nécessaire à leur apprentissage comme les cahiers, stylos, crayons, classeurs, feuilles... (hors cartable, trousse et tenue de sport). Un bon point pour alléger le budget de rentrée et renforcer l'égalité. À l'étude également, pour une mise en œuvre plus lointaine dans le temps tant le projet est vaste, l'évolution de l'accueil du mercredi. Afin de garantir à chaque enfant d'avoir droit aux loisirs, la Ville de Lyon </w:t>
      </w:r>
      <w:r w:rsidRPr="004C06D0">
        <w:rPr>
          <w:rFonts w:ascii="Arial" w:hAnsi="Arial"/>
          <w:sz w:val="36"/>
          <w:lang w:val="fr-FR"/>
        </w:rPr>
        <w:lastRenderedPageBreak/>
        <w:t>souhaite proposer une offre plus adaptée aux besoins des familles et des enfants, en tenant compte de la diversité des situations.</w:t>
      </w:r>
    </w:p>
    <w:p w14:paraId="76950E48" w14:textId="77777777" w:rsidR="0084016A" w:rsidRDefault="0084016A">
      <w:pPr>
        <w:rPr>
          <w:rFonts w:ascii="Arial" w:eastAsiaTheme="majorEastAsia" w:hAnsi="Arial" w:cstheme="majorBidi"/>
          <w:b/>
          <w:bCs/>
          <w:color w:val="365F91" w:themeColor="accent1" w:themeShade="BF"/>
          <w:sz w:val="44"/>
          <w:szCs w:val="36"/>
          <w:lang w:val="fr-FR"/>
        </w:rPr>
      </w:pPr>
      <w:r>
        <w:rPr>
          <w:rFonts w:ascii="Arial" w:hAnsi="Arial"/>
          <w:sz w:val="44"/>
          <w:szCs w:val="36"/>
          <w:lang w:val="fr-FR"/>
        </w:rPr>
        <w:br w:type="page"/>
      </w:r>
    </w:p>
    <w:p w14:paraId="28B7F62D" w14:textId="0A338C2B" w:rsidR="002E38D3" w:rsidRPr="00904490" w:rsidRDefault="00904490" w:rsidP="00497052">
      <w:pPr>
        <w:pStyle w:val="Titre1"/>
        <w:jc w:val="center"/>
        <w:rPr>
          <w:rFonts w:ascii="Arial" w:hAnsi="Arial"/>
          <w:sz w:val="44"/>
          <w:szCs w:val="36"/>
          <w:lang w:val="fr-FR"/>
        </w:rPr>
      </w:pPr>
      <w:bookmarkStart w:id="16" w:name="_Toc239853002"/>
      <w:r w:rsidRPr="00904490">
        <w:rPr>
          <w:rFonts w:ascii="Arial" w:hAnsi="Arial"/>
          <w:sz w:val="44"/>
          <w:szCs w:val="36"/>
          <w:lang w:val="fr-FR"/>
        </w:rPr>
        <w:lastRenderedPageBreak/>
        <w:t>LE DOSSIER</w:t>
      </w:r>
      <w:bookmarkEnd w:id="16"/>
    </w:p>
    <w:p w14:paraId="346BD85E" w14:textId="77777777" w:rsidR="002E38D3" w:rsidRPr="00904490" w:rsidRDefault="002E38D3" w:rsidP="00497052">
      <w:pPr>
        <w:pStyle w:val="Titre1"/>
        <w:jc w:val="center"/>
        <w:rPr>
          <w:rFonts w:ascii="Arial" w:hAnsi="Arial"/>
          <w:smallCaps/>
          <w:sz w:val="44"/>
          <w:szCs w:val="36"/>
          <w:lang w:val="fr-FR"/>
        </w:rPr>
      </w:pPr>
      <w:bookmarkStart w:id="17" w:name="_Toc239853003"/>
      <w:r w:rsidRPr="00904490">
        <w:rPr>
          <w:rFonts w:ascii="Arial" w:hAnsi="Arial"/>
          <w:smallCaps/>
          <w:sz w:val="44"/>
          <w:szCs w:val="36"/>
          <w:lang w:val="fr-FR"/>
        </w:rPr>
        <w:t>Il va y avoir du sport !</w:t>
      </w:r>
      <w:bookmarkEnd w:id="17"/>
    </w:p>
    <w:p w14:paraId="2206F4E4" w14:textId="77777777" w:rsidR="00904490" w:rsidRDefault="00904490" w:rsidP="002E38D3">
      <w:pPr>
        <w:rPr>
          <w:rFonts w:ascii="Arial" w:hAnsi="Arial"/>
          <w:sz w:val="36"/>
          <w:lang w:val="fr-FR"/>
        </w:rPr>
      </w:pPr>
    </w:p>
    <w:p w14:paraId="28585495" w14:textId="18A8E286" w:rsidR="002E38D3" w:rsidRPr="004C06D0" w:rsidRDefault="002E38D3" w:rsidP="002E38D3">
      <w:pPr>
        <w:rPr>
          <w:rFonts w:ascii="Arial" w:hAnsi="Arial"/>
          <w:sz w:val="36"/>
          <w:lang w:val="fr-FR"/>
        </w:rPr>
      </w:pPr>
      <w:r w:rsidRPr="004C06D0">
        <w:rPr>
          <w:rFonts w:ascii="Arial" w:hAnsi="Arial"/>
          <w:sz w:val="36"/>
          <w:lang w:val="fr-FR"/>
        </w:rPr>
        <w:t xml:space="preserve">La Ville de Lyon joue la carte d'une ville ouverte à toutes les pratiques </w:t>
      </w:r>
      <w:r w:rsidR="00C42467" w:rsidRPr="004C06D0">
        <w:rPr>
          <w:rFonts w:ascii="Arial" w:hAnsi="Arial"/>
          <w:sz w:val="36"/>
          <w:lang w:val="fr-FR"/>
        </w:rPr>
        <w:t>sportives ;</w:t>
      </w:r>
      <w:r w:rsidRPr="004C06D0">
        <w:rPr>
          <w:rFonts w:ascii="Arial" w:hAnsi="Arial"/>
          <w:sz w:val="36"/>
          <w:lang w:val="fr-FR"/>
        </w:rPr>
        <w:t xml:space="preserve"> équipements, animations, événements et soutien aux associations traduisent cette volonté. Bonne résolution de rentrée : on s'y met !</w:t>
      </w:r>
    </w:p>
    <w:p w14:paraId="0322E051" w14:textId="77777777" w:rsidR="00D67BD4" w:rsidRPr="004C06D0" w:rsidRDefault="00D67BD4" w:rsidP="002E38D3">
      <w:pPr>
        <w:rPr>
          <w:rFonts w:ascii="Arial" w:hAnsi="Arial"/>
          <w:sz w:val="36"/>
          <w:lang w:val="fr-FR"/>
        </w:rPr>
      </w:pPr>
    </w:p>
    <w:p w14:paraId="5FB1A813" w14:textId="628CE2EB" w:rsidR="002E38D3" w:rsidRPr="004C06D0" w:rsidRDefault="002E38D3" w:rsidP="002E38D3">
      <w:pPr>
        <w:rPr>
          <w:rFonts w:ascii="Arial" w:hAnsi="Arial"/>
          <w:sz w:val="36"/>
          <w:lang w:val="fr-FR"/>
        </w:rPr>
      </w:pPr>
      <w:r w:rsidRPr="004C06D0">
        <w:rPr>
          <w:rFonts w:ascii="Arial" w:hAnsi="Arial"/>
          <w:sz w:val="36"/>
          <w:lang w:val="fr-FR"/>
        </w:rPr>
        <w:t>"160 associations soutenues par la Ville pour près de 3,3 millions €".</w:t>
      </w:r>
    </w:p>
    <w:p w14:paraId="22BBC36F" w14:textId="77777777" w:rsidR="00D67BD4" w:rsidRPr="004C06D0" w:rsidRDefault="00D67BD4" w:rsidP="002E38D3">
      <w:pPr>
        <w:rPr>
          <w:rFonts w:ascii="Arial" w:hAnsi="Arial"/>
          <w:sz w:val="36"/>
          <w:lang w:val="fr-FR"/>
        </w:rPr>
      </w:pPr>
    </w:p>
    <w:p w14:paraId="32F98D72" w14:textId="26EEE5EC" w:rsidR="00D67BD4" w:rsidRPr="004C06D0" w:rsidRDefault="002E38D3" w:rsidP="002E38D3">
      <w:pPr>
        <w:rPr>
          <w:rFonts w:ascii="Arial" w:hAnsi="Arial"/>
          <w:sz w:val="36"/>
          <w:lang w:val="fr-FR"/>
        </w:rPr>
      </w:pPr>
      <w:r w:rsidRPr="004C06D0">
        <w:rPr>
          <w:rFonts w:ascii="Arial" w:hAnsi="Arial"/>
          <w:sz w:val="36"/>
          <w:lang w:val="fr-FR"/>
        </w:rPr>
        <w:t>Dès la rentrée, les sportifs lyonnais vont pouvoir profiter des travaux réalisés par la Ville depuis le début de l'année</w:t>
      </w:r>
      <w:r w:rsidR="00D67BD4" w:rsidRPr="004C06D0">
        <w:rPr>
          <w:rFonts w:ascii="Arial" w:hAnsi="Arial"/>
          <w:sz w:val="36"/>
          <w:lang w:val="fr-FR"/>
        </w:rPr>
        <w:t> :</w:t>
      </w:r>
    </w:p>
    <w:p w14:paraId="6CA50167" w14:textId="77777777" w:rsidR="00D67BD4" w:rsidRPr="004C06D0" w:rsidRDefault="002E38D3" w:rsidP="00904490">
      <w:pPr>
        <w:pStyle w:val="Listepuces"/>
        <w:rPr>
          <w:lang w:val="fr-FR"/>
        </w:rPr>
      </w:pPr>
      <w:r w:rsidRPr="004C06D0">
        <w:rPr>
          <w:lang w:val="fr-FR"/>
        </w:rPr>
        <w:t>Création d'une nouvelle salle de boxe (St-Marc, 3</w:t>
      </w:r>
      <w:r w:rsidRPr="004C06D0">
        <w:t>ᵉ</w:t>
      </w:r>
      <w:r w:rsidRPr="004C06D0">
        <w:rPr>
          <w:lang w:val="fr-FR"/>
        </w:rPr>
        <w:t xml:space="preserve">), </w:t>
      </w:r>
    </w:p>
    <w:p w14:paraId="2586CC60" w14:textId="77777777" w:rsidR="00D67BD4" w:rsidRPr="004C06D0" w:rsidRDefault="00D67BD4" w:rsidP="00E612A3">
      <w:pPr>
        <w:pStyle w:val="Listepuces"/>
        <w:rPr>
          <w:rFonts w:ascii="Arial" w:hAnsi="Arial"/>
          <w:sz w:val="36"/>
          <w:lang w:val="fr-FR"/>
        </w:rPr>
      </w:pPr>
      <w:r w:rsidRPr="004C06D0">
        <w:rPr>
          <w:rFonts w:ascii="Arial" w:hAnsi="Arial"/>
          <w:sz w:val="36"/>
          <w:lang w:val="fr-FR"/>
        </w:rPr>
        <w:t>R</w:t>
      </w:r>
      <w:r w:rsidR="002E38D3" w:rsidRPr="004C06D0">
        <w:rPr>
          <w:rFonts w:ascii="Arial" w:hAnsi="Arial"/>
          <w:sz w:val="36"/>
          <w:lang w:val="fr-FR"/>
        </w:rPr>
        <w:t>econstruction et couverture de deux terrains de tennis (Saez, 8</w:t>
      </w:r>
      <w:r w:rsidR="002E38D3" w:rsidRPr="004C06D0">
        <w:rPr>
          <w:rFonts w:ascii="Arial" w:hAnsi="Arial"/>
          <w:sz w:val="36"/>
        </w:rPr>
        <w:t>ᵉ</w:t>
      </w:r>
      <w:r w:rsidR="002E38D3" w:rsidRPr="004C06D0">
        <w:rPr>
          <w:rFonts w:ascii="Arial" w:hAnsi="Arial"/>
          <w:sz w:val="36"/>
          <w:lang w:val="fr-FR"/>
        </w:rPr>
        <w:t xml:space="preserve">), </w:t>
      </w:r>
    </w:p>
    <w:p w14:paraId="3975BAF4" w14:textId="77777777" w:rsidR="00E612A3" w:rsidRPr="004C06D0" w:rsidRDefault="00E612A3" w:rsidP="00E612A3">
      <w:pPr>
        <w:pStyle w:val="Listepuces"/>
        <w:rPr>
          <w:rFonts w:ascii="Arial" w:hAnsi="Arial"/>
          <w:sz w:val="36"/>
          <w:lang w:val="fr-FR"/>
        </w:rPr>
      </w:pPr>
      <w:r w:rsidRPr="004C06D0">
        <w:rPr>
          <w:rFonts w:ascii="Arial" w:hAnsi="Arial"/>
          <w:sz w:val="36"/>
          <w:lang w:val="fr-FR"/>
        </w:rPr>
        <w:t>C</w:t>
      </w:r>
      <w:r w:rsidR="002E38D3" w:rsidRPr="004C06D0">
        <w:rPr>
          <w:rFonts w:ascii="Arial" w:hAnsi="Arial"/>
          <w:sz w:val="36"/>
          <w:lang w:val="fr-FR"/>
        </w:rPr>
        <w:t>réation d'agrès, city stade et terrain de basket (Colbert, 3</w:t>
      </w:r>
      <w:r w:rsidR="002E38D3" w:rsidRPr="004C06D0">
        <w:rPr>
          <w:rFonts w:ascii="Arial" w:hAnsi="Arial"/>
          <w:sz w:val="36"/>
        </w:rPr>
        <w:t>ᵉ</w:t>
      </w:r>
      <w:r w:rsidR="002E38D3" w:rsidRPr="004C06D0">
        <w:rPr>
          <w:rFonts w:ascii="Arial" w:hAnsi="Arial"/>
          <w:sz w:val="36"/>
          <w:lang w:val="fr-FR"/>
        </w:rPr>
        <w:t xml:space="preserve">), </w:t>
      </w:r>
    </w:p>
    <w:p w14:paraId="4AFB3C6E" w14:textId="2E6232E0" w:rsidR="00E612A3" w:rsidRPr="004C06D0" w:rsidRDefault="00E612A3" w:rsidP="00E612A3">
      <w:pPr>
        <w:pStyle w:val="Listepuces"/>
        <w:rPr>
          <w:rFonts w:ascii="Arial" w:hAnsi="Arial"/>
          <w:sz w:val="36"/>
          <w:lang w:val="fr-FR"/>
        </w:rPr>
      </w:pPr>
      <w:r w:rsidRPr="004C06D0">
        <w:rPr>
          <w:rFonts w:ascii="Arial" w:hAnsi="Arial"/>
          <w:sz w:val="36"/>
          <w:lang w:val="fr-FR"/>
        </w:rPr>
        <w:t>C</w:t>
      </w:r>
      <w:r w:rsidR="002E38D3" w:rsidRPr="004C06D0">
        <w:rPr>
          <w:rFonts w:ascii="Arial" w:hAnsi="Arial"/>
          <w:sz w:val="36"/>
          <w:lang w:val="fr-FR"/>
        </w:rPr>
        <w:t>onstruction de terrains multisports (</w:t>
      </w:r>
      <w:proofErr w:type="spellStart"/>
      <w:r w:rsidR="002E38D3" w:rsidRPr="004C06D0">
        <w:rPr>
          <w:rFonts w:ascii="Arial" w:hAnsi="Arial"/>
          <w:sz w:val="36"/>
          <w:lang w:val="fr-FR"/>
        </w:rPr>
        <w:t>Dargent</w:t>
      </w:r>
      <w:proofErr w:type="spellEnd"/>
      <w:r w:rsidR="002E38D3" w:rsidRPr="004C06D0">
        <w:rPr>
          <w:rFonts w:ascii="Arial" w:hAnsi="Arial"/>
          <w:sz w:val="36"/>
          <w:lang w:val="fr-FR"/>
        </w:rPr>
        <w:t>, 8</w:t>
      </w:r>
      <w:r w:rsidR="002E38D3" w:rsidRPr="004C06D0">
        <w:rPr>
          <w:rFonts w:ascii="Arial" w:hAnsi="Arial"/>
          <w:sz w:val="36"/>
        </w:rPr>
        <w:t>ᵉ</w:t>
      </w:r>
      <w:r w:rsidRPr="004C06D0">
        <w:rPr>
          <w:rFonts w:ascii="Arial" w:hAnsi="Arial"/>
          <w:sz w:val="36"/>
          <w:lang w:val="fr-FR"/>
        </w:rPr>
        <w:t>)</w:t>
      </w:r>
      <w:r w:rsidR="002E38D3" w:rsidRPr="004C06D0">
        <w:rPr>
          <w:rFonts w:ascii="Arial" w:hAnsi="Arial"/>
          <w:sz w:val="36"/>
          <w:lang w:val="fr-FR"/>
        </w:rPr>
        <w:t>, figurent déjà au titre des réalisations les plus importantes.</w:t>
      </w:r>
    </w:p>
    <w:p w14:paraId="3D89D9D6" w14:textId="17524A5B" w:rsidR="002E38D3" w:rsidRPr="004C06D0" w:rsidRDefault="002E38D3" w:rsidP="00E612A3">
      <w:pPr>
        <w:pStyle w:val="Listepuces"/>
        <w:numPr>
          <w:ilvl w:val="0"/>
          <w:numId w:val="0"/>
        </w:numPr>
        <w:ind w:left="360"/>
        <w:rPr>
          <w:rFonts w:ascii="Arial" w:hAnsi="Arial"/>
          <w:sz w:val="36"/>
          <w:lang w:val="fr-FR"/>
        </w:rPr>
      </w:pPr>
      <w:r w:rsidRPr="004C06D0">
        <w:rPr>
          <w:rFonts w:ascii="Arial" w:hAnsi="Arial"/>
          <w:sz w:val="36"/>
          <w:lang w:val="fr-FR"/>
        </w:rPr>
        <w:t>Côté sports urbains, la nouvelle rampe de skate du pont Morand (6</w:t>
      </w:r>
      <w:r w:rsidRPr="004C06D0">
        <w:rPr>
          <w:rFonts w:ascii="Arial" w:hAnsi="Arial"/>
          <w:sz w:val="36"/>
        </w:rPr>
        <w:t>ᵉ</w:t>
      </w:r>
      <w:r w:rsidRPr="004C06D0">
        <w:rPr>
          <w:rFonts w:ascii="Arial" w:hAnsi="Arial"/>
          <w:sz w:val="36"/>
          <w:lang w:val="fr-FR"/>
        </w:rPr>
        <w:t>) et le pumptrack* de Colbert (3) sont déjà accessibles. Viendront s'ajouter d'ici à la fin de l'année le Parkour du parc Blandan (7</w:t>
      </w:r>
      <w:r w:rsidRPr="004C06D0">
        <w:rPr>
          <w:rFonts w:ascii="Arial" w:hAnsi="Arial"/>
          <w:sz w:val="36"/>
        </w:rPr>
        <w:t>ᵉ</w:t>
      </w:r>
      <w:r w:rsidRPr="004C06D0">
        <w:rPr>
          <w:rFonts w:ascii="Arial" w:hAnsi="Arial"/>
          <w:sz w:val="36"/>
          <w:lang w:val="fr-FR"/>
        </w:rPr>
        <w:t xml:space="preserve">), conçu autour d'obstacles qu'il faut surmonter en utilisant le saut ou l'escalade, ainsi que le </w:t>
      </w:r>
      <w:r w:rsidRPr="004C06D0">
        <w:rPr>
          <w:rFonts w:ascii="Arial" w:hAnsi="Arial"/>
          <w:sz w:val="36"/>
          <w:lang w:val="fr-FR"/>
        </w:rPr>
        <w:lastRenderedPageBreak/>
        <w:t>miroir urbain du stade Saez (8) pour la pratique de la danse urbaine. Une multitude de projets qui illustrent toute la diversité du sport en ville.</w:t>
      </w:r>
    </w:p>
    <w:p w14:paraId="14814B8E" w14:textId="77777777" w:rsidR="00E612A3" w:rsidRPr="004C06D0" w:rsidRDefault="00E612A3" w:rsidP="002E38D3">
      <w:pPr>
        <w:rPr>
          <w:rFonts w:ascii="Arial" w:hAnsi="Arial"/>
          <w:sz w:val="36"/>
          <w:lang w:val="fr-FR"/>
        </w:rPr>
      </w:pPr>
    </w:p>
    <w:p w14:paraId="23BE1AAE" w14:textId="442B73B8" w:rsidR="002E38D3" w:rsidRPr="00904490" w:rsidRDefault="002E38D3" w:rsidP="007F06FC">
      <w:pPr>
        <w:rPr>
          <w:rFonts w:ascii="Arial" w:hAnsi="Arial"/>
          <w:b/>
          <w:bCs/>
          <w:sz w:val="36"/>
          <w:lang w:val="fr-FR"/>
        </w:rPr>
      </w:pPr>
      <w:r w:rsidRPr="00904490">
        <w:rPr>
          <w:rFonts w:ascii="Arial" w:hAnsi="Arial"/>
          <w:b/>
          <w:bCs/>
          <w:sz w:val="36"/>
          <w:lang w:val="fr-FR"/>
        </w:rPr>
        <w:t xml:space="preserve">Nom de code : </w:t>
      </w:r>
      <w:proofErr w:type="spellStart"/>
      <w:r w:rsidRPr="00904490">
        <w:rPr>
          <w:rFonts w:ascii="Arial" w:hAnsi="Arial"/>
          <w:b/>
          <w:bCs/>
          <w:sz w:val="36"/>
          <w:lang w:val="fr-FR"/>
        </w:rPr>
        <w:t>Planiweb</w:t>
      </w:r>
      <w:proofErr w:type="spellEnd"/>
      <w:r w:rsidR="007F06FC" w:rsidRPr="00904490">
        <w:rPr>
          <w:rFonts w:ascii="Arial" w:hAnsi="Arial"/>
          <w:b/>
          <w:bCs/>
          <w:sz w:val="36"/>
          <w:lang w:val="fr-FR"/>
        </w:rPr>
        <w:t> :</w:t>
      </w:r>
    </w:p>
    <w:p w14:paraId="5F3EB99E" w14:textId="77777777" w:rsidR="007F06FC" w:rsidRPr="004C06D0" w:rsidRDefault="002E38D3" w:rsidP="002E38D3">
      <w:pPr>
        <w:rPr>
          <w:rFonts w:ascii="Arial" w:hAnsi="Arial"/>
          <w:sz w:val="36"/>
          <w:lang w:val="fr-FR"/>
        </w:rPr>
      </w:pPr>
      <w:r w:rsidRPr="004C06D0">
        <w:rPr>
          <w:rFonts w:ascii="Arial" w:hAnsi="Arial"/>
          <w:sz w:val="36"/>
          <w:lang w:val="fr-FR"/>
        </w:rPr>
        <w:t xml:space="preserve">Pour cette rentrée, les clubs vont également utiliser la toute nouvelle plateforme déployée par la Ville de Lyon pour leur faciliter la vie. </w:t>
      </w:r>
    </w:p>
    <w:p w14:paraId="01DD1A77" w14:textId="77777777" w:rsidR="007F06FC" w:rsidRPr="004C06D0" w:rsidRDefault="002E38D3" w:rsidP="002E38D3">
      <w:pPr>
        <w:rPr>
          <w:rFonts w:ascii="Arial" w:hAnsi="Arial"/>
          <w:sz w:val="36"/>
          <w:lang w:val="fr-FR"/>
        </w:rPr>
      </w:pPr>
      <w:proofErr w:type="spellStart"/>
      <w:r w:rsidRPr="004C06D0">
        <w:rPr>
          <w:rFonts w:ascii="Arial" w:hAnsi="Arial"/>
          <w:sz w:val="36"/>
          <w:lang w:val="fr-FR"/>
        </w:rPr>
        <w:t>Planiweb</w:t>
      </w:r>
      <w:proofErr w:type="spellEnd"/>
      <w:r w:rsidRPr="004C06D0">
        <w:rPr>
          <w:rFonts w:ascii="Arial" w:hAnsi="Arial"/>
          <w:sz w:val="36"/>
          <w:lang w:val="fr-FR"/>
        </w:rPr>
        <w:t xml:space="preserve">, c'est son nom, leur permet de gérer en ligne les demandes de réservation des équipements sportifs depuis mars dernier. </w:t>
      </w:r>
    </w:p>
    <w:p w14:paraId="15746C5B" w14:textId="77777777" w:rsidR="007F06FC" w:rsidRPr="004C06D0" w:rsidRDefault="002E38D3" w:rsidP="002E38D3">
      <w:pPr>
        <w:rPr>
          <w:rFonts w:ascii="Arial" w:hAnsi="Arial"/>
          <w:sz w:val="36"/>
          <w:lang w:val="fr-FR"/>
        </w:rPr>
      </w:pPr>
      <w:r w:rsidRPr="004C06D0">
        <w:rPr>
          <w:rFonts w:ascii="Arial" w:hAnsi="Arial"/>
          <w:sz w:val="36"/>
          <w:lang w:val="fr-FR"/>
        </w:rPr>
        <w:t>« J'ai désormais une visibilité complète sur la disponibilité des lieux que nous utilisons : le gymnase Audrey Hepburn (9) ou le complexe sportif Charial (3</w:t>
      </w:r>
      <w:r w:rsidRPr="004C06D0">
        <w:rPr>
          <w:rFonts w:ascii="Arial" w:hAnsi="Arial"/>
          <w:sz w:val="36"/>
        </w:rPr>
        <w:t>ᵉ</w:t>
      </w:r>
      <w:r w:rsidRPr="004C06D0">
        <w:rPr>
          <w:rFonts w:ascii="Arial" w:hAnsi="Arial"/>
          <w:sz w:val="36"/>
          <w:lang w:val="fr-FR"/>
        </w:rPr>
        <w:t xml:space="preserve">), explique Ludo, en charge de la section basket pour Cargo Lyon. </w:t>
      </w:r>
    </w:p>
    <w:p w14:paraId="4F125575" w14:textId="1A4CF58A" w:rsidR="002E38D3" w:rsidRPr="004C06D0" w:rsidRDefault="002E38D3" w:rsidP="002E38D3">
      <w:pPr>
        <w:rPr>
          <w:rFonts w:ascii="Arial" w:hAnsi="Arial"/>
          <w:sz w:val="36"/>
          <w:lang w:val="fr-FR"/>
        </w:rPr>
      </w:pPr>
      <w:r w:rsidRPr="004C06D0">
        <w:rPr>
          <w:rFonts w:ascii="Arial" w:hAnsi="Arial"/>
          <w:sz w:val="36"/>
          <w:lang w:val="fr-FR"/>
        </w:rPr>
        <w:t xml:space="preserve">Au mois de mai, l'outil m'a automatiquement proposé de renouveler nos créneaux réservés à l'année. J'ai donc pu informer nos adhérents pour la rentrée de septembre. Ça aussi c'est très utile parce qu'avant je n'avais pas ce type de réponse avant juin-juillet. Franchement pour moi, le lancement de </w:t>
      </w:r>
      <w:proofErr w:type="spellStart"/>
      <w:r w:rsidRPr="004C06D0">
        <w:rPr>
          <w:rFonts w:ascii="Arial" w:hAnsi="Arial"/>
          <w:sz w:val="36"/>
          <w:lang w:val="fr-FR"/>
        </w:rPr>
        <w:t>Planiweb</w:t>
      </w:r>
      <w:proofErr w:type="spellEnd"/>
      <w:r w:rsidRPr="004C06D0">
        <w:rPr>
          <w:rFonts w:ascii="Arial" w:hAnsi="Arial"/>
          <w:sz w:val="36"/>
          <w:lang w:val="fr-FR"/>
        </w:rPr>
        <w:t xml:space="preserve"> a changé la donne ! » C'est aussi ça, favoriser la pratique sportive !</w:t>
      </w:r>
    </w:p>
    <w:p w14:paraId="3305A001" w14:textId="77777777" w:rsidR="00552FE7" w:rsidRPr="004C06D0" w:rsidRDefault="00552FE7" w:rsidP="002E38D3">
      <w:pPr>
        <w:rPr>
          <w:rFonts w:ascii="Arial" w:hAnsi="Arial"/>
          <w:sz w:val="36"/>
          <w:lang w:val="fr-FR"/>
        </w:rPr>
      </w:pPr>
    </w:p>
    <w:p w14:paraId="03EBD514" w14:textId="77777777" w:rsidR="002E38D3" w:rsidRPr="00904490" w:rsidRDefault="002E38D3" w:rsidP="00463587">
      <w:pPr>
        <w:rPr>
          <w:rFonts w:ascii="Arial" w:hAnsi="Arial"/>
          <w:b/>
          <w:bCs/>
          <w:sz w:val="36"/>
          <w:lang w:val="fr-FR"/>
        </w:rPr>
      </w:pPr>
      <w:r w:rsidRPr="00904490">
        <w:rPr>
          <w:rFonts w:ascii="Arial" w:hAnsi="Arial"/>
          <w:b/>
          <w:bCs/>
          <w:sz w:val="36"/>
          <w:lang w:val="fr-FR"/>
        </w:rPr>
        <w:t>"Le hand fauteuil : une pratique inclusive"</w:t>
      </w:r>
    </w:p>
    <w:p w14:paraId="095A24E7" w14:textId="77777777" w:rsidR="002E38D3" w:rsidRPr="004C06D0" w:rsidRDefault="002E38D3" w:rsidP="002E38D3">
      <w:pPr>
        <w:rPr>
          <w:rFonts w:ascii="Arial" w:hAnsi="Arial"/>
          <w:sz w:val="36"/>
          <w:lang w:val="fr-FR"/>
        </w:rPr>
      </w:pPr>
      <w:r w:rsidRPr="004C06D0">
        <w:rPr>
          <w:rFonts w:ascii="Arial" w:hAnsi="Arial"/>
          <w:sz w:val="36"/>
          <w:lang w:val="fr-FR"/>
        </w:rPr>
        <w:lastRenderedPageBreak/>
        <w:t>Jean-Michel Deroulers, président du RC Mermoz (8</w:t>
      </w:r>
      <w:r w:rsidRPr="004C06D0">
        <w:rPr>
          <w:rFonts w:ascii="Arial" w:hAnsi="Arial"/>
          <w:sz w:val="36"/>
        </w:rPr>
        <w:t>ᵉ</w:t>
      </w:r>
      <w:r w:rsidRPr="004C06D0">
        <w:rPr>
          <w:rFonts w:ascii="Arial" w:hAnsi="Arial"/>
          <w:sz w:val="36"/>
          <w:lang w:val="fr-FR"/>
        </w:rPr>
        <w:t>)</w:t>
      </w:r>
    </w:p>
    <w:p w14:paraId="11B1AB6A" w14:textId="7700F516" w:rsidR="0084016A" w:rsidRDefault="002E38D3">
      <w:pPr>
        <w:rPr>
          <w:rFonts w:ascii="Arial" w:eastAsiaTheme="majorEastAsia" w:hAnsi="Arial" w:cstheme="majorBidi"/>
          <w:b/>
          <w:bCs/>
          <w:color w:val="365F91" w:themeColor="accent1" w:themeShade="BF"/>
          <w:sz w:val="44"/>
          <w:szCs w:val="36"/>
          <w:lang w:val="fr-FR"/>
        </w:rPr>
      </w:pPr>
      <w:r w:rsidRPr="004C06D0">
        <w:rPr>
          <w:rFonts w:ascii="Arial" w:hAnsi="Arial"/>
          <w:sz w:val="36"/>
          <w:lang w:val="fr-FR"/>
        </w:rPr>
        <w:t>Nous sommes un club de quartier qui fonctionne avec des bénévoles. Souvent quand quelqu'un a une idée, il la propose et on se lance. C'est ce qui est arrivé quand Coleen, gardienne de but atteinte d'une maladie évolutive, a proposé de créer une activité hand fauteuil. Le principal investissement concernait les fauteuils adaptés. Des mécènes nous ont aidés à nous équiper et la Ville a trouvé un local pour stocker les fauteuils et a retenu cette activité parmi les nominés de la soirée La Reprise. Le hand fauteuil est pratiqué par des joueurs valides et non valides, quel que soit l'âge ou le sexe. C'est un enrichissement de tous, car il favorise la rencontre et la découverte de l'autre. Dans le club, plein de jeunes ont voulu essayer ! Et on a aussi accueilli des personnes qui venaient du basket fauteuil. rc-mermoz.clubeo.com</w:t>
      </w:r>
      <w:r w:rsidR="0084016A">
        <w:rPr>
          <w:rFonts w:ascii="Arial" w:hAnsi="Arial"/>
          <w:sz w:val="44"/>
          <w:szCs w:val="36"/>
          <w:lang w:val="fr-FR"/>
        </w:rPr>
        <w:br w:type="page"/>
      </w:r>
    </w:p>
    <w:p w14:paraId="22BE9AE7" w14:textId="4F51D6FE" w:rsidR="00463587" w:rsidRPr="00904490" w:rsidRDefault="00904490" w:rsidP="00647D7D">
      <w:pPr>
        <w:pStyle w:val="Titre1"/>
        <w:jc w:val="center"/>
        <w:rPr>
          <w:rFonts w:ascii="Arial" w:hAnsi="Arial"/>
          <w:sz w:val="44"/>
          <w:szCs w:val="36"/>
          <w:lang w:val="fr-FR"/>
        </w:rPr>
      </w:pPr>
      <w:bookmarkStart w:id="18" w:name="_Toc239853004"/>
      <w:r w:rsidRPr="00904490">
        <w:rPr>
          <w:rFonts w:ascii="Arial" w:hAnsi="Arial"/>
          <w:sz w:val="44"/>
          <w:szCs w:val="36"/>
          <w:lang w:val="fr-FR"/>
        </w:rPr>
        <w:lastRenderedPageBreak/>
        <w:t>LE DOSSIER</w:t>
      </w:r>
      <w:bookmarkEnd w:id="18"/>
    </w:p>
    <w:p w14:paraId="15708651" w14:textId="77777777" w:rsidR="002E38D3" w:rsidRPr="00904490" w:rsidRDefault="002E38D3" w:rsidP="00647D7D">
      <w:pPr>
        <w:pStyle w:val="Titre1"/>
        <w:jc w:val="center"/>
        <w:rPr>
          <w:rFonts w:ascii="Arial" w:hAnsi="Arial"/>
          <w:smallCaps/>
          <w:sz w:val="44"/>
          <w:szCs w:val="36"/>
          <w:lang w:val="fr-FR"/>
        </w:rPr>
      </w:pPr>
      <w:bookmarkStart w:id="19" w:name="_Toc239853005"/>
      <w:r w:rsidRPr="00904490">
        <w:rPr>
          <w:rFonts w:ascii="Arial" w:hAnsi="Arial"/>
          <w:smallCaps/>
          <w:sz w:val="44"/>
          <w:szCs w:val="36"/>
          <w:lang w:val="fr-FR"/>
        </w:rPr>
        <w:t>Les bibliothèques, paradis des curieux</w:t>
      </w:r>
      <w:bookmarkEnd w:id="19"/>
    </w:p>
    <w:p w14:paraId="489D0F40" w14:textId="77777777" w:rsidR="00463587" w:rsidRPr="004C06D0" w:rsidRDefault="00463587" w:rsidP="002E38D3">
      <w:pPr>
        <w:rPr>
          <w:rFonts w:ascii="Arial" w:hAnsi="Arial"/>
          <w:sz w:val="36"/>
          <w:lang w:val="fr-FR"/>
        </w:rPr>
      </w:pPr>
    </w:p>
    <w:p w14:paraId="18DD9D7B" w14:textId="464E659D" w:rsidR="002E38D3" w:rsidRPr="004C06D0" w:rsidRDefault="002E38D3" w:rsidP="002E38D3">
      <w:pPr>
        <w:rPr>
          <w:rFonts w:ascii="Arial" w:hAnsi="Arial"/>
          <w:sz w:val="36"/>
          <w:lang w:val="fr-FR"/>
        </w:rPr>
      </w:pPr>
      <w:r w:rsidRPr="004C06D0">
        <w:rPr>
          <w:rFonts w:ascii="Arial" w:hAnsi="Arial"/>
          <w:sz w:val="36"/>
          <w:lang w:val="fr-FR"/>
        </w:rPr>
        <w:t>La Bibliothèque municipale de Lyon ? Ce sont 16 bibliothèques, 3 bibliobus et près de 4 millions de documents dédiés à la découverte, à la création, au partage et à l'éducation. Bref, l'endroit idéal pour les dizaines de milliers de curieux qui la fréquentent chaque année.</w:t>
      </w:r>
    </w:p>
    <w:p w14:paraId="77168F99" w14:textId="77777777" w:rsidR="00647D7D" w:rsidRPr="004C06D0" w:rsidRDefault="00647D7D" w:rsidP="002E38D3">
      <w:pPr>
        <w:rPr>
          <w:rFonts w:ascii="Arial" w:hAnsi="Arial"/>
          <w:sz w:val="36"/>
          <w:lang w:val="fr-FR"/>
        </w:rPr>
      </w:pPr>
    </w:p>
    <w:p w14:paraId="08EF392D" w14:textId="529AF445" w:rsidR="002E38D3" w:rsidRPr="004C06D0" w:rsidRDefault="002E38D3" w:rsidP="002E38D3">
      <w:pPr>
        <w:rPr>
          <w:rFonts w:ascii="Arial" w:hAnsi="Arial"/>
          <w:sz w:val="36"/>
          <w:lang w:val="fr-FR"/>
        </w:rPr>
      </w:pPr>
      <w:r w:rsidRPr="004C06D0">
        <w:rPr>
          <w:rFonts w:ascii="Arial" w:hAnsi="Arial"/>
          <w:sz w:val="36"/>
          <w:lang w:val="fr-FR"/>
        </w:rPr>
        <w:t xml:space="preserve">"131 500 abonnés à la </w:t>
      </w:r>
      <w:proofErr w:type="spellStart"/>
      <w:r w:rsidRPr="004C06D0">
        <w:rPr>
          <w:rFonts w:ascii="Arial" w:hAnsi="Arial"/>
          <w:sz w:val="36"/>
          <w:lang w:val="fr-FR"/>
        </w:rPr>
        <w:t>BmL</w:t>
      </w:r>
      <w:proofErr w:type="spellEnd"/>
      <w:r w:rsidRPr="004C06D0">
        <w:rPr>
          <w:rFonts w:ascii="Arial" w:hAnsi="Arial"/>
          <w:sz w:val="36"/>
          <w:lang w:val="fr-FR"/>
        </w:rPr>
        <w:t xml:space="preserve"> en 2025, un record au terme d'une hausse de 7%".</w:t>
      </w:r>
    </w:p>
    <w:p w14:paraId="5C711D62" w14:textId="77777777" w:rsidR="002E38D3" w:rsidRPr="004C06D0" w:rsidRDefault="002E38D3" w:rsidP="002E38D3">
      <w:pPr>
        <w:rPr>
          <w:rFonts w:ascii="Arial" w:hAnsi="Arial"/>
          <w:sz w:val="36"/>
          <w:lang w:val="fr-FR"/>
        </w:rPr>
      </w:pPr>
      <w:r w:rsidRPr="004C06D0">
        <w:rPr>
          <w:rFonts w:ascii="Arial" w:hAnsi="Arial"/>
          <w:sz w:val="36"/>
          <w:lang w:val="fr-FR"/>
        </w:rPr>
        <w:t>Aujourd'hui la Bibliothèque municipale de Lyon (</w:t>
      </w:r>
      <w:proofErr w:type="spellStart"/>
      <w:r w:rsidRPr="004C06D0">
        <w:rPr>
          <w:rFonts w:ascii="Arial" w:hAnsi="Arial"/>
          <w:sz w:val="36"/>
          <w:lang w:val="fr-FR"/>
        </w:rPr>
        <w:t>BmL</w:t>
      </w:r>
      <w:proofErr w:type="spellEnd"/>
      <w:r w:rsidRPr="004C06D0">
        <w:rPr>
          <w:rFonts w:ascii="Arial" w:hAnsi="Arial"/>
          <w:sz w:val="36"/>
          <w:lang w:val="fr-FR"/>
        </w:rPr>
        <w:t>) est bien plus qu'un lieu de lecture. Depuis longtemps déjà, musique, films et supports numériques côtoient les livres dans ses 16 implantations (un record national) lyonnaises. Pour répondre à la curiosité des Lyonnaises et des Lyonnais, d'autres services ont été développés ces dernières années : espaces en ligne pour se former ou consulter la presse avec un simple abonnement, un fablab avec imprimante 3D à la bibliothèque Lacassagne (3</w:t>
      </w:r>
      <w:r w:rsidRPr="004C06D0">
        <w:rPr>
          <w:rFonts w:ascii="Arial" w:hAnsi="Arial"/>
          <w:sz w:val="36"/>
        </w:rPr>
        <w:t>ᵉ</w:t>
      </w:r>
      <w:r w:rsidRPr="004C06D0">
        <w:rPr>
          <w:rFonts w:ascii="Arial" w:hAnsi="Arial"/>
          <w:sz w:val="36"/>
          <w:lang w:val="fr-FR"/>
        </w:rPr>
        <w:t>), des prêts d'instruments de musique ou de platines vinyles et même d'œuvres d'art, grâce à l'Artothèque...</w:t>
      </w:r>
    </w:p>
    <w:p w14:paraId="31BA77C1" w14:textId="77777777" w:rsidR="00647D7D" w:rsidRPr="004C06D0" w:rsidRDefault="00647D7D" w:rsidP="002E38D3">
      <w:pPr>
        <w:rPr>
          <w:rFonts w:ascii="Arial" w:hAnsi="Arial"/>
          <w:sz w:val="36"/>
          <w:lang w:val="fr-FR"/>
        </w:rPr>
      </w:pPr>
    </w:p>
    <w:p w14:paraId="7A810E9E" w14:textId="77777777" w:rsidR="002E38D3" w:rsidRPr="00807F6C" w:rsidRDefault="002E38D3" w:rsidP="00647D7D">
      <w:pPr>
        <w:rPr>
          <w:rFonts w:ascii="Arial" w:hAnsi="Arial"/>
          <w:b/>
          <w:bCs/>
          <w:sz w:val="36"/>
          <w:lang w:val="fr-FR"/>
        </w:rPr>
      </w:pPr>
      <w:r w:rsidRPr="00807F6C">
        <w:rPr>
          <w:rFonts w:ascii="Arial" w:hAnsi="Arial"/>
          <w:b/>
          <w:bCs/>
          <w:sz w:val="36"/>
          <w:lang w:val="fr-FR"/>
        </w:rPr>
        <w:t>Ça joue...</w:t>
      </w:r>
    </w:p>
    <w:p w14:paraId="441AB151" w14:textId="77777777" w:rsidR="002E38D3" w:rsidRPr="004C06D0" w:rsidRDefault="002E38D3" w:rsidP="002E38D3">
      <w:pPr>
        <w:rPr>
          <w:rFonts w:ascii="Arial" w:hAnsi="Arial"/>
          <w:sz w:val="36"/>
          <w:lang w:val="fr-FR"/>
        </w:rPr>
      </w:pPr>
      <w:r w:rsidRPr="004C06D0">
        <w:rPr>
          <w:rFonts w:ascii="Arial" w:hAnsi="Arial"/>
          <w:sz w:val="36"/>
          <w:lang w:val="fr-FR"/>
        </w:rPr>
        <w:lastRenderedPageBreak/>
        <w:t xml:space="preserve">2 200 jeux sont également disponibles dans le catalogue que ce soit des jeux d'ambiance, de stratégie, de coopération, de construction et, bien sûr, des jeux vidéo. Phénomène de société, le jeu est pleinement reconnu comme objet culturel, au même titre qu'un livre, un film ou une musique. Il favorise la créativité, stimule l'imagination et crée des moments fédérateurs. Plusieurs bibliothèques comportent d'ailleurs des espaces de jeux en libre accès ainsi qu'une programmation régulière de rendez-vous dédiés, ouverts à tous. En 2025, la médiathèque du Bachut (8) a innové en expérimentant, avec </w:t>
      </w:r>
      <w:proofErr w:type="spellStart"/>
      <w:r w:rsidRPr="004C06D0">
        <w:rPr>
          <w:rFonts w:ascii="Arial" w:hAnsi="Arial"/>
          <w:sz w:val="36"/>
          <w:lang w:val="fr-FR"/>
        </w:rPr>
        <w:t>Ludisanty</w:t>
      </w:r>
      <w:proofErr w:type="spellEnd"/>
      <w:r w:rsidRPr="004C06D0">
        <w:rPr>
          <w:rFonts w:ascii="Arial" w:hAnsi="Arial"/>
          <w:sz w:val="36"/>
          <w:lang w:val="fr-FR"/>
        </w:rPr>
        <w:t>, un service de location de jeux de société à petit prix. Une initiative qui vient compléter une offre ludique en constante évolution. Alors, quel genre de curieux êtes-vous ?</w:t>
      </w:r>
    </w:p>
    <w:p w14:paraId="31D0B87B" w14:textId="77777777" w:rsidR="00C02F62" w:rsidRPr="004C06D0" w:rsidRDefault="00C02F62" w:rsidP="002E38D3">
      <w:pPr>
        <w:rPr>
          <w:rFonts w:ascii="Arial" w:hAnsi="Arial"/>
          <w:sz w:val="36"/>
          <w:lang w:val="fr-FR"/>
        </w:rPr>
      </w:pPr>
    </w:p>
    <w:p w14:paraId="4F115C3F" w14:textId="17763FE3" w:rsidR="002E38D3" w:rsidRPr="00807F6C" w:rsidRDefault="002E38D3" w:rsidP="00C02F62">
      <w:pPr>
        <w:rPr>
          <w:rFonts w:ascii="Arial" w:hAnsi="Arial"/>
          <w:b/>
          <w:bCs/>
          <w:sz w:val="36"/>
          <w:lang w:val="fr-FR"/>
        </w:rPr>
      </w:pPr>
      <w:r w:rsidRPr="00807F6C">
        <w:rPr>
          <w:rFonts w:ascii="Arial" w:hAnsi="Arial"/>
          <w:b/>
          <w:bCs/>
          <w:sz w:val="36"/>
          <w:lang w:val="fr-FR"/>
        </w:rPr>
        <w:t xml:space="preserve">Nouveau site pour la </w:t>
      </w:r>
      <w:proofErr w:type="spellStart"/>
      <w:r w:rsidRPr="00807F6C">
        <w:rPr>
          <w:rFonts w:ascii="Arial" w:hAnsi="Arial"/>
          <w:b/>
          <w:bCs/>
          <w:sz w:val="36"/>
          <w:lang w:val="fr-FR"/>
        </w:rPr>
        <w:t>BmL</w:t>
      </w:r>
      <w:proofErr w:type="spellEnd"/>
      <w:r w:rsidR="00C02F62" w:rsidRPr="00807F6C">
        <w:rPr>
          <w:rFonts w:ascii="Arial" w:hAnsi="Arial"/>
          <w:b/>
          <w:bCs/>
          <w:sz w:val="36"/>
          <w:lang w:val="fr-FR"/>
        </w:rPr>
        <w:t> :</w:t>
      </w:r>
    </w:p>
    <w:p w14:paraId="680CC556" w14:textId="77777777" w:rsidR="002E38D3" w:rsidRPr="004C06D0" w:rsidRDefault="002E38D3" w:rsidP="002E38D3">
      <w:pPr>
        <w:rPr>
          <w:rFonts w:ascii="Arial" w:hAnsi="Arial"/>
          <w:sz w:val="36"/>
          <w:lang w:val="fr-FR"/>
        </w:rPr>
      </w:pPr>
      <w:r w:rsidRPr="004C06D0">
        <w:rPr>
          <w:rFonts w:ascii="Arial" w:hAnsi="Arial"/>
          <w:sz w:val="36"/>
          <w:lang w:val="fr-FR"/>
        </w:rPr>
        <w:t xml:space="preserve">La Bibliothèque municipale s'apprête à publier son nouveau site web, entièrement repensé, avec une navigation plus intuitive et un accès simplifié au catalogue, aux ressources numériques et à l'ensemble des services du réseau. Il allie sobriété numérique, meilleures performances et réduction de son impact environnemental. Il répond également aux standards les plus exigeants en matière d'accessibilité numérique pour que chacun profite pleinement des services de la </w:t>
      </w:r>
      <w:proofErr w:type="spellStart"/>
      <w:r w:rsidRPr="004C06D0">
        <w:rPr>
          <w:rFonts w:ascii="Arial" w:hAnsi="Arial"/>
          <w:sz w:val="36"/>
          <w:lang w:val="fr-FR"/>
        </w:rPr>
        <w:t>BmL</w:t>
      </w:r>
      <w:proofErr w:type="spellEnd"/>
      <w:r w:rsidRPr="004C06D0">
        <w:rPr>
          <w:rFonts w:ascii="Arial" w:hAnsi="Arial"/>
          <w:sz w:val="36"/>
          <w:lang w:val="fr-FR"/>
        </w:rPr>
        <w:t>, sur ordinateur comme sur smartphone. bm-lyon.fr</w:t>
      </w:r>
    </w:p>
    <w:p w14:paraId="273A385C" w14:textId="77777777" w:rsidR="00C02F62" w:rsidRPr="004C06D0" w:rsidRDefault="00C02F62" w:rsidP="002E38D3">
      <w:pPr>
        <w:rPr>
          <w:rFonts w:ascii="Arial" w:hAnsi="Arial"/>
          <w:sz w:val="36"/>
          <w:lang w:val="fr-FR"/>
        </w:rPr>
      </w:pPr>
    </w:p>
    <w:p w14:paraId="4CFB5606" w14:textId="72838A61" w:rsidR="002E38D3" w:rsidRPr="00807F6C" w:rsidRDefault="002E38D3" w:rsidP="00C02F62">
      <w:pPr>
        <w:rPr>
          <w:rFonts w:ascii="Arial" w:hAnsi="Arial"/>
          <w:b/>
          <w:bCs/>
          <w:sz w:val="36"/>
          <w:lang w:val="fr-FR"/>
        </w:rPr>
      </w:pPr>
      <w:r w:rsidRPr="00807F6C">
        <w:rPr>
          <w:rFonts w:ascii="Arial" w:hAnsi="Arial"/>
          <w:b/>
          <w:bCs/>
          <w:sz w:val="36"/>
          <w:lang w:val="fr-FR"/>
        </w:rPr>
        <w:t xml:space="preserve">La carte Lyon culture : votre </w:t>
      </w:r>
      <w:proofErr w:type="spellStart"/>
      <w:r w:rsidRPr="00807F6C">
        <w:rPr>
          <w:rFonts w:ascii="Arial" w:hAnsi="Arial"/>
          <w:b/>
          <w:bCs/>
          <w:sz w:val="36"/>
          <w:lang w:val="fr-FR"/>
        </w:rPr>
        <w:t>pass</w:t>
      </w:r>
      <w:proofErr w:type="spellEnd"/>
      <w:r w:rsidRPr="00807F6C">
        <w:rPr>
          <w:rFonts w:ascii="Arial" w:hAnsi="Arial"/>
          <w:b/>
          <w:bCs/>
          <w:sz w:val="36"/>
          <w:lang w:val="fr-FR"/>
        </w:rPr>
        <w:t xml:space="preserve"> curiosité</w:t>
      </w:r>
      <w:r w:rsidR="00C02F62" w:rsidRPr="00807F6C">
        <w:rPr>
          <w:rFonts w:ascii="Arial" w:hAnsi="Arial"/>
          <w:b/>
          <w:bCs/>
          <w:sz w:val="36"/>
          <w:lang w:val="fr-FR"/>
        </w:rPr>
        <w:t> :</w:t>
      </w:r>
    </w:p>
    <w:p w14:paraId="611FFF97" w14:textId="77777777" w:rsidR="002E38D3" w:rsidRPr="004C06D0" w:rsidRDefault="002E38D3" w:rsidP="00C02F62">
      <w:pPr>
        <w:rPr>
          <w:rFonts w:ascii="Arial" w:hAnsi="Arial"/>
          <w:sz w:val="36"/>
          <w:lang w:val="fr-FR"/>
        </w:rPr>
      </w:pPr>
      <w:r w:rsidRPr="004C06D0">
        <w:rPr>
          <w:rFonts w:ascii="Arial" w:hAnsi="Arial"/>
          <w:sz w:val="36"/>
          <w:lang w:val="fr-FR"/>
        </w:rPr>
        <w:lastRenderedPageBreak/>
        <w:t>C'EST QUOI LA CARTE LYON CULTURE ?</w:t>
      </w:r>
    </w:p>
    <w:p w14:paraId="239D34C6" w14:textId="77777777" w:rsidR="002E38D3" w:rsidRPr="004C06D0" w:rsidRDefault="002E38D3" w:rsidP="002E38D3">
      <w:pPr>
        <w:rPr>
          <w:rFonts w:ascii="Arial" w:hAnsi="Arial"/>
          <w:sz w:val="36"/>
          <w:lang w:val="fr-FR"/>
        </w:rPr>
      </w:pPr>
      <w:r w:rsidRPr="004C06D0">
        <w:rPr>
          <w:rFonts w:ascii="Arial" w:hAnsi="Arial"/>
          <w:sz w:val="36"/>
          <w:lang w:val="fr-FR"/>
        </w:rPr>
        <w:t>Elle permet d'accéder en illimité aux 16 bibliothèques et aux 6 musées de la Ville de Lyon (avec une entrée offerte à une personne de votre choix dans ces musées) et de bénéficier de réductions pour des spectacles, des séances de cinéma, des concerts, ainsi que sur les entrées dans d'autres musées partenaires de la Ville de Lyon.</w:t>
      </w:r>
    </w:p>
    <w:p w14:paraId="0475F8A2" w14:textId="77777777" w:rsidR="00C02F62" w:rsidRPr="004C06D0" w:rsidRDefault="00C02F62" w:rsidP="002E38D3">
      <w:pPr>
        <w:rPr>
          <w:rFonts w:ascii="Arial" w:hAnsi="Arial"/>
          <w:sz w:val="36"/>
          <w:lang w:val="fr-FR"/>
        </w:rPr>
      </w:pPr>
    </w:p>
    <w:p w14:paraId="60FE5F80" w14:textId="0F713C77" w:rsidR="002E38D3" w:rsidRPr="00807F6C" w:rsidRDefault="00775BD5" w:rsidP="00C02F62">
      <w:pPr>
        <w:rPr>
          <w:rFonts w:ascii="Arial" w:hAnsi="Arial"/>
          <w:b/>
          <w:bCs/>
          <w:sz w:val="36"/>
        </w:rPr>
      </w:pPr>
      <w:r w:rsidRPr="00807F6C">
        <w:rPr>
          <w:rFonts w:ascii="Arial" w:hAnsi="Arial"/>
          <w:b/>
          <w:bCs/>
          <w:sz w:val="36"/>
        </w:rPr>
        <w:t>Combien ça coûte ?</w:t>
      </w:r>
    </w:p>
    <w:p w14:paraId="19A2ADF5" w14:textId="77777777" w:rsidR="002E38D3" w:rsidRPr="004C06D0" w:rsidRDefault="002E38D3" w:rsidP="002E38D3">
      <w:pPr>
        <w:pStyle w:val="Listepuces"/>
        <w:spacing w:line="240" w:lineRule="auto"/>
        <w:ind w:left="720"/>
        <w:rPr>
          <w:rFonts w:ascii="Arial" w:hAnsi="Arial"/>
          <w:sz w:val="36"/>
          <w:lang w:val="fr-FR"/>
        </w:rPr>
      </w:pPr>
      <w:r w:rsidRPr="004C06D0">
        <w:rPr>
          <w:rFonts w:ascii="Arial" w:hAnsi="Arial"/>
          <w:sz w:val="36"/>
          <w:lang w:val="fr-FR"/>
        </w:rPr>
        <w:t>Plein tarif : 38 € et 18 à 25 ans : 10 €</w:t>
      </w:r>
    </w:p>
    <w:p w14:paraId="10F85E88" w14:textId="77777777" w:rsidR="002E38D3" w:rsidRPr="004C06D0" w:rsidRDefault="002E38D3" w:rsidP="002E38D3">
      <w:pPr>
        <w:pStyle w:val="Listepuces"/>
        <w:spacing w:line="240" w:lineRule="auto"/>
        <w:ind w:left="720"/>
        <w:rPr>
          <w:rFonts w:ascii="Arial" w:hAnsi="Arial"/>
          <w:sz w:val="36"/>
          <w:lang w:val="fr-FR"/>
        </w:rPr>
      </w:pPr>
      <w:r w:rsidRPr="004C06D0">
        <w:rPr>
          <w:rFonts w:ascii="Arial" w:hAnsi="Arial"/>
          <w:sz w:val="36"/>
          <w:lang w:val="fr-FR"/>
        </w:rPr>
        <w:t>-18 ans, personnes bénéficiaires de minimas sociaux, en situation de handicap, au chômage ou non imposables : gratuite</w:t>
      </w:r>
    </w:p>
    <w:p w14:paraId="591C6CCE" w14:textId="77777777" w:rsidR="00F02DDD" w:rsidRPr="004C06D0" w:rsidRDefault="00F02DDD" w:rsidP="002E38D3">
      <w:pPr>
        <w:rPr>
          <w:rFonts w:ascii="Arial" w:hAnsi="Arial"/>
          <w:sz w:val="36"/>
          <w:lang w:val="fr-FR"/>
        </w:rPr>
      </w:pPr>
    </w:p>
    <w:p w14:paraId="1204ED48" w14:textId="77777777" w:rsidR="00F02DDD" w:rsidRPr="00807F6C" w:rsidRDefault="002E38D3" w:rsidP="002E38D3">
      <w:pPr>
        <w:rPr>
          <w:rFonts w:ascii="Arial" w:hAnsi="Arial"/>
          <w:b/>
          <w:bCs/>
          <w:sz w:val="36"/>
          <w:lang w:val="fr-FR"/>
        </w:rPr>
      </w:pPr>
      <w:r w:rsidRPr="00807F6C">
        <w:rPr>
          <w:rFonts w:ascii="Arial" w:hAnsi="Arial"/>
          <w:b/>
          <w:bCs/>
          <w:sz w:val="36"/>
          <w:lang w:val="fr-FR"/>
        </w:rPr>
        <w:t xml:space="preserve">"Lyon Culture" </w:t>
      </w:r>
    </w:p>
    <w:p w14:paraId="5D548EAC" w14:textId="77777777" w:rsidR="00F02DDD" w:rsidRPr="004C06D0" w:rsidRDefault="002E38D3" w:rsidP="002E38D3">
      <w:pPr>
        <w:rPr>
          <w:rFonts w:ascii="Arial" w:hAnsi="Arial"/>
          <w:sz w:val="36"/>
          <w:lang w:val="fr-FR"/>
        </w:rPr>
      </w:pPr>
      <w:r w:rsidRPr="004C06D0">
        <w:rPr>
          <w:rFonts w:ascii="Arial" w:hAnsi="Arial"/>
          <w:sz w:val="36"/>
          <w:lang w:val="fr-FR"/>
        </w:rPr>
        <w:t xml:space="preserve">Accès illimité aux musées et bibliothèques de la Ville de Lyon", </w:t>
      </w:r>
    </w:p>
    <w:p w14:paraId="204DB740" w14:textId="2CA88088" w:rsidR="00C129B9" w:rsidRPr="004C06D0" w:rsidRDefault="00C129B9" w:rsidP="002E38D3">
      <w:pPr>
        <w:rPr>
          <w:rFonts w:ascii="Arial" w:hAnsi="Arial"/>
          <w:sz w:val="36"/>
          <w:lang w:val="fr-FR"/>
        </w:rPr>
      </w:pPr>
      <w:r w:rsidRPr="004C06D0">
        <w:rPr>
          <w:rFonts w:ascii="Arial" w:hAnsi="Arial"/>
          <w:sz w:val="36"/>
          <w:lang w:val="fr-FR"/>
        </w:rPr>
        <w:t>« </w:t>
      </w:r>
      <w:r w:rsidR="002E38D3" w:rsidRPr="004C06D0">
        <w:rPr>
          <w:rFonts w:ascii="Arial" w:hAnsi="Arial"/>
          <w:sz w:val="36"/>
          <w:lang w:val="fr-FR"/>
        </w:rPr>
        <w:t xml:space="preserve">Bons plans et réductions, et </w:t>
      </w:r>
      <w:r w:rsidRPr="004C06D0">
        <w:rPr>
          <w:rFonts w:ascii="Arial" w:hAnsi="Arial"/>
          <w:sz w:val="36"/>
          <w:lang w:val="fr-FR"/>
        </w:rPr>
        <w:t>à</w:t>
      </w:r>
      <w:r w:rsidR="002E38D3" w:rsidRPr="004C06D0">
        <w:rPr>
          <w:rFonts w:ascii="Arial" w:hAnsi="Arial"/>
          <w:sz w:val="36"/>
          <w:lang w:val="fr-FR"/>
        </w:rPr>
        <w:t xml:space="preserve"> Lyon, je joue la carte Culture !</w:t>
      </w:r>
      <w:r w:rsidRPr="004C06D0">
        <w:rPr>
          <w:rFonts w:ascii="Arial" w:hAnsi="Arial"/>
          <w:sz w:val="36"/>
          <w:lang w:val="fr-FR"/>
        </w:rPr>
        <w:t> » </w:t>
      </w:r>
    </w:p>
    <w:p w14:paraId="5AC89C4B" w14:textId="77777777" w:rsidR="00C129B9" w:rsidRPr="004C06D0" w:rsidRDefault="002E38D3" w:rsidP="002E38D3">
      <w:pPr>
        <w:rPr>
          <w:rFonts w:ascii="Arial" w:hAnsi="Arial"/>
          <w:sz w:val="36"/>
          <w:lang w:val="fr-FR"/>
        </w:rPr>
      </w:pPr>
      <w:r w:rsidRPr="004C06D0">
        <w:rPr>
          <w:rFonts w:ascii="Arial" w:hAnsi="Arial"/>
          <w:sz w:val="36"/>
          <w:lang w:val="fr-FR"/>
        </w:rPr>
        <w:t xml:space="preserve">Plus d'infos sur lyon.fr". </w:t>
      </w:r>
    </w:p>
    <w:p w14:paraId="282C8A56" w14:textId="77777777" w:rsidR="00E07B91" w:rsidRDefault="00E07B91">
      <w:pPr>
        <w:rPr>
          <w:rFonts w:ascii="Arial" w:eastAsiaTheme="majorEastAsia" w:hAnsi="Arial" w:cstheme="majorBidi"/>
          <w:b/>
          <w:bCs/>
          <w:color w:val="365F91" w:themeColor="accent1" w:themeShade="BF"/>
          <w:sz w:val="44"/>
          <w:szCs w:val="36"/>
          <w:lang w:val="fr-FR"/>
        </w:rPr>
      </w:pPr>
      <w:r>
        <w:rPr>
          <w:rFonts w:ascii="Arial" w:hAnsi="Arial"/>
          <w:sz w:val="44"/>
          <w:szCs w:val="36"/>
          <w:lang w:val="fr-FR"/>
        </w:rPr>
        <w:br w:type="page"/>
      </w:r>
    </w:p>
    <w:p w14:paraId="14738688" w14:textId="7F2E241E" w:rsidR="00C129B9" w:rsidRPr="00807F6C" w:rsidRDefault="00807F6C" w:rsidP="00C129B9">
      <w:pPr>
        <w:pStyle w:val="Titre1"/>
        <w:jc w:val="center"/>
        <w:rPr>
          <w:rFonts w:ascii="Arial" w:hAnsi="Arial"/>
          <w:sz w:val="44"/>
          <w:szCs w:val="36"/>
          <w:lang w:val="fr-FR"/>
        </w:rPr>
      </w:pPr>
      <w:bookmarkStart w:id="20" w:name="_Toc239853006"/>
      <w:r w:rsidRPr="00807F6C">
        <w:rPr>
          <w:rFonts w:ascii="Arial" w:hAnsi="Arial"/>
          <w:sz w:val="44"/>
          <w:szCs w:val="36"/>
          <w:lang w:val="fr-FR"/>
        </w:rPr>
        <w:lastRenderedPageBreak/>
        <w:t>LE DOSSIER</w:t>
      </w:r>
      <w:bookmarkEnd w:id="20"/>
    </w:p>
    <w:p w14:paraId="6BD99752" w14:textId="77777777" w:rsidR="002E38D3" w:rsidRPr="00807F6C" w:rsidRDefault="002E38D3" w:rsidP="00C129B9">
      <w:pPr>
        <w:pStyle w:val="Titre1"/>
        <w:jc w:val="center"/>
        <w:rPr>
          <w:rFonts w:ascii="Arial" w:hAnsi="Arial"/>
          <w:smallCaps/>
          <w:sz w:val="44"/>
          <w:szCs w:val="36"/>
          <w:lang w:val="fr-FR"/>
        </w:rPr>
      </w:pPr>
      <w:bookmarkStart w:id="21" w:name="_Toc239853007"/>
      <w:r w:rsidRPr="00807F6C">
        <w:rPr>
          <w:rFonts w:ascii="Arial" w:hAnsi="Arial"/>
          <w:smallCaps/>
          <w:sz w:val="44"/>
          <w:szCs w:val="36"/>
          <w:lang w:val="fr-FR"/>
        </w:rPr>
        <w:t>La rentrée, temps fort culturel</w:t>
      </w:r>
      <w:bookmarkEnd w:id="21"/>
    </w:p>
    <w:p w14:paraId="511C41AF" w14:textId="77777777" w:rsidR="00C129B9" w:rsidRPr="004C06D0" w:rsidRDefault="00C129B9" w:rsidP="002E38D3">
      <w:pPr>
        <w:rPr>
          <w:rFonts w:ascii="Arial" w:hAnsi="Arial"/>
          <w:sz w:val="36"/>
          <w:lang w:val="fr-FR"/>
        </w:rPr>
      </w:pPr>
    </w:p>
    <w:p w14:paraId="79FDED1A" w14:textId="77777777" w:rsidR="00C129B9" w:rsidRPr="004C06D0" w:rsidRDefault="002E38D3" w:rsidP="002E38D3">
      <w:pPr>
        <w:rPr>
          <w:rFonts w:ascii="Arial" w:hAnsi="Arial"/>
          <w:sz w:val="36"/>
          <w:lang w:val="fr-FR"/>
        </w:rPr>
      </w:pPr>
      <w:r w:rsidRPr="004C06D0">
        <w:rPr>
          <w:rFonts w:ascii="Arial" w:hAnsi="Arial"/>
          <w:sz w:val="36"/>
          <w:lang w:val="fr-FR"/>
        </w:rPr>
        <w:t xml:space="preserve">La rentrée, c'est aussi un moment attendu par tous les férus d'expos, de concerts et autres événements dont Lyon regorge à partir de septembre. </w:t>
      </w:r>
    </w:p>
    <w:p w14:paraId="158F1B1B" w14:textId="18471504" w:rsidR="002E38D3" w:rsidRPr="004C06D0" w:rsidRDefault="002E38D3" w:rsidP="002E38D3">
      <w:pPr>
        <w:rPr>
          <w:rFonts w:ascii="Arial" w:hAnsi="Arial"/>
          <w:sz w:val="36"/>
          <w:lang w:val="fr-FR"/>
        </w:rPr>
      </w:pPr>
      <w:r w:rsidRPr="004C06D0">
        <w:rPr>
          <w:rFonts w:ascii="Arial" w:hAnsi="Arial"/>
          <w:sz w:val="36"/>
          <w:lang w:val="fr-FR"/>
        </w:rPr>
        <w:t>Comme tous les deux ans, la rentrée est synonyme d'art contemporain avec la Biennale du même nom, 18</w:t>
      </w:r>
      <w:r w:rsidRPr="004C06D0">
        <w:rPr>
          <w:rFonts w:ascii="Arial" w:hAnsi="Arial"/>
          <w:sz w:val="36"/>
        </w:rPr>
        <w:t>ᵉ</w:t>
      </w:r>
      <w:r w:rsidRPr="004C06D0">
        <w:rPr>
          <w:rFonts w:ascii="Arial" w:hAnsi="Arial"/>
          <w:sz w:val="36"/>
          <w:lang w:val="fr-FR"/>
        </w:rPr>
        <w:t xml:space="preserve"> du genre. Le musée d'Art contemporain de Lyon en sera un des lieux phares, aux côtés des Grandes locos (La Mulatière), entre autres. Pendant ce temps, une partie des collections du macLYON sera exposée au... musée des Beaux-arts (1er) pour ce qui s'annonce comme un des temps forts de la rentrée, Musée sentimental. L'expo propose une plongée dans l'intime d'artistes aussi divers que Ben, André Breton (cf. photo), Marcel Duchamp, à travers les objets qu'ils ont collectionnés, réinterprétés, parfois créés (voir l'interview de Sylvie Ramond ci-contre). La rentrée culturelle fourmille de dates pour tous les goûts, toutes les sensibilités, retrouvez notre petite sélection ci-dessous.</w:t>
      </w:r>
    </w:p>
    <w:p w14:paraId="5D6EEFAB" w14:textId="77777777" w:rsidR="002D4861" w:rsidRPr="004C06D0" w:rsidRDefault="002D4861" w:rsidP="002E38D3">
      <w:pPr>
        <w:rPr>
          <w:rFonts w:ascii="Arial" w:hAnsi="Arial"/>
          <w:sz w:val="36"/>
          <w:lang w:val="fr-FR"/>
        </w:rPr>
      </w:pPr>
    </w:p>
    <w:p w14:paraId="4243C450" w14:textId="77777777" w:rsidR="002D4861" w:rsidRPr="004C06D0" w:rsidRDefault="002D4861" w:rsidP="002E38D3">
      <w:pPr>
        <w:rPr>
          <w:rFonts w:ascii="Arial" w:hAnsi="Arial"/>
          <w:sz w:val="36"/>
          <w:lang w:val="fr-FR"/>
        </w:rPr>
      </w:pPr>
    </w:p>
    <w:p w14:paraId="24BE649C" w14:textId="77777777" w:rsidR="002E38D3" w:rsidRPr="00CB6177" w:rsidRDefault="002E38D3" w:rsidP="00CB6177">
      <w:pPr>
        <w:rPr>
          <w:rFonts w:ascii="Arial" w:hAnsi="Arial"/>
          <w:b/>
          <w:bCs/>
          <w:sz w:val="36"/>
          <w:lang w:val="fr-FR"/>
        </w:rPr>
      </w:pPr>
      <w:r w:rsidRPr="00CB6177">
        <w:rPr>
          <w:rFonts w:ascii="Arial" w:hAnsi="Arial"/>
          <w:b/>
          <w:bCs/>
          <w:sz w:val="36"/>
          <w:lang w:val="fr-FR"/>
        </w:rPr>
        <w:t>"Le pouvoir des objets"</w:t>
      </w:r>
    </w:p>
    <w:p w14:paraId="372673B0" w14:textId="77777777" w:rsidR="002E38D3" w:rsidRPr="00CB6177" w:rsidRDefault="002E38D3" w:rsidP="00CB6177">
      <w:pPr>
        <w:rPr>
          <w:rFonts w:ascii="Arial" w:hAnsi="Arial"/>
          <w:b/>
          <w:bCs/>
          <w:sz w:val="36"/>
          <w:lang w:val="fr-FR"/>
        </w:rPr>
      </w:pPr>
      <w:r w:rsidRPr="00CB6177">
        <w:rPr>
          <w:rFonts w:ascii="Arial" w:hAnsi="Arial"/>
          <w:b/>
          <w:bCs/>
          <w:sz w:val="36"/>
          <w:lang w:val="fr-FR"/>
        </w:rPr>
        <w:t>Sylvie Ramond, directrice du musée des Beaux-arts</w:t>
      </w:r>
    </w:p>
    <w:p w14:paraId="703236F2" w14:textId="77777777" w:rsidR="002D4861" w:rsidRPr="004C06D0" w:rsidRDefault="002D4861" w:rsidP="002D4861">
      <w:pPr>
        <w:jc w:val="center"/>
        <w:rPr>
          <w:rFonts w:ascii="Arial" w:hAnsi="Arial"/>
          <w:sz w:val="36"/>
          <w:lang w:val="fr-FR"/>
        </w:rPr>
      </w:pPr>
    </w:p>
    <w:p w14:paraId="5930F78F" w14:textId="70665BB2" w:rsidR="002E38D3" w:rsidRPr="004C06D0" w:rsidRDefault="002E38D3" w:rsidP="002D4861">
      <w:pPr>
        <w:rPr>
          <w:rFonts w:ascii="Arial" w:hAnsi="Arial"/>
          <w:sz w:val="36"/>
          <w:lang w:val="fr-FR"/>
        </w:rPr>
      </w:pPr>
      <w:r w:rsidRPr="004C06D0">
        <w:rPr>
          <w:rFonts w:ascii="Arial" w:hAnsi="Arial"/>
          <w:sz w:val="36"/>
          <w:lang w:val="fr-FR"/>
        </w:rPr>
        <w:t xml:space="preserve">Pouvez-vous décrire ce Musée </w:t>
      </w:r>
      <w:r w:rsidR="00C42467" w:rsidRPr="004C06D0">
        <w:rPr>
          <w:rFonts w:ascii="Arial" w:hAnsi="Arial"/>
          <w:sz w:val="36"/>
          <w:lang w:val="fr-FR"/>
        </w:rPr>
        <w:t>sentimental ?</w:t>
      </w:r>
    </w:p>
    <w:p w14:paraId="469613DF" w14:textId="2FAE9E93" w:rsidR="002E38D3" w:rsidRPr="004C06D0" w:rsidRDefault="002E38D3" w:rsidP="002E38D3">
      <w:pPr>
        <w:rPr>
          <w:rFonts w:ascii="Arial" w:hAnsi="Arial"/>
          <w:sz w:val="36"/>
          <w:lang w:val="fr-FR"/>
        </w:rPr>
      </w:pPr>
      <w:r w:rsidRPr="004C06D0">
        <w:rPr>
          <w:rFonts w:ascii="Arial" w:hAnsi="Arial"/>
          <w:sz w:val="36"/>
          <w:lang w:val="fr-FR"/>
        </w:rPr>
        <w:t>L'exposition explore la pratique de la collection chez une quarantaine d'artistes des 20</w:t>
      </w:r>
      <w:r w:rsidRPr="004C06D0">
        <w:rPr>
          <w:rFonts w:ascii="Arial" w:hAnsi="Arial"/>
          <w:sz w:val="36"/>
        </w:rPr>
        <w:t>ᵉ</w:t>
      </w:r>
      <w:r w:rsidRPr="004C06D0">
        <w:rPr>
          <w:rFonts w:ascii="Arial" w:hAnsi="Arial"/>
          <w:sz w:val="36"/>
          <w:lang w:val="fr-FR"/>
        </w:rPr>
        <w:t xml:space="preserve"> et 21</w:t>
      </w:r>
      <w:r w:rsidRPr="004C06D0">
        <w:rPr>
          <w:rFonts w:ascii="Arial" w:hAnsi="Arial"/>
          <w:sz w:val="36"/>
        </w:rPr>
        <w:t>ᵉ</w:t>
      </w:r>
      <w:r w:rsidRPr="004C06D0">
        <w:rPr>
          <w:rFonts w:ascii="Arial" w:hAnsi="Arial"/>
          <w:sz w:val="36"/>
          <w:lang w:val="fr-FR"/>
        </w:rPr>
        <w:t xml:space="preserve"> siècles, comme Marcel Duchamp, qui a reproduit ses œuvres dans un musée portatif installé dans une valise, ou encore Le magasin de Ben. Une des installations majeures sera le Mur de l'atelier d'André Breton, restitution fidèle d'un mur de l'appartement du chef de file du surréalisme, qui regroupe plus de 250 œuvres d'art et objets (photo ci- contre</w:t>
      </w:r>
      <w:r w:rsidR="00C42467" w:rsidRPr="004C06D0">
        <w:rPr>
          <w:rFonts w:ascii="Arial" w:hAnsi="Arial"/>
          <w:sz w:val="36"/>
          <w:lang w:val="fr-FR"/>
        </w:rPr>
        <w:t>) :</w:t>
      </w:r>
      <w:r w:rsidRPr="004C06D0">
        <w:rPr>
          <w:rFonts w:ascii="Arial" w:hAnsi="Arial"/>
          <w:sz w:val="36"/>
          <w:lang w:val="fr-FR"/>
        </w:rPr>
        <w:t xml:space="preserve"> des </w:t>
      </w:r>
      <w:r w:rsidR="00C73678" w:rsidRPr="004C06D0">
        <w:rPr>
          <w:rFonts w:ascii="Arial" w:hAnsi="Arial"/>
          <w:sz w:val="36"/>
          <w:lang w:val="fr-FR"/>
        </w:rPr>
        <w:t>chefs-d’œuvre</w:t>
      </w:r>
      <w:r w:rsidRPr="004C06D0">
        <w:rPr>
          <w:rFonts w:ascii="Arial" w:hAnsi="Arial"/>
          <w:sz w:val="36"/>
          <w:lang w:val="fr-FR"/>
        </w:rPr>
        <w:t xml:space="preserve"> de Picasso, Picabia, Miró, Giacometti, Duchamp, qu'il a soutenus, ainsi que des masques, des objets océaniens, précolombiens qui voisinent avec des objets trouvés. Breton souhaitait « s'approprier les pouvoirs des objets » qui avaient suscité sa surprise.</w:t>
      </w:r>
    </w:p>
    <w:p w14:paraId="3E8A73F5" w14:textId="77777777" w:rsidR="002D4861" w:rsidRPr="004C06D0" w:rsidRDefault="002D4861" w:rsidP="002E38D3">
      <w:pPr>
        <w:rPr>
          <w:rFonts w:ascii="Arial" w:hAnsi="Arial"/>
          <w:sz w:val="36"/>
          <w:lang w:val="fr-FR"/>
        </w:rPr>
      </w:pPr>
    </w:p>
    <w:p w14:paraId="06853392" w14:textId="77777777" w:rsidR="002E38D3" w:rsidRPr="004C06D0" w:rsidRDefault="002E38D3" w:rsidP="002D4861">
      <w:pPr>
        <w:rPr>
          <w:rFonts w:ascii="Arial" w:hAnsi="Arial"/>
          <w:sz w:val="36"/>
          <w:lang w:val="fr-FR"/>
        </w:rPr>
      </w:pPr>
      <w:r w:rsidRPr="004C06D0">
        <w:rPr>
          <w:rFonts w:ascii="Arial" w:hAnsi="Arial"/>
          <w:sz w:val="36"/>
          <w:lang w:val="fr-FR"/>
        </w:rPr>
        <w:t>Cette expo a été bâtie avec le Centre Pompidou...</w:t>
      </w:r>
    </w:p>
    <w:p w14:paraId="15E268E3" w14:textId="77777777" w:rsidR="002652E6" w:rsidRPr="004C06D0" w:rsidRDefault="002E38D3" w:rsidP="002E38D3">
      <w:pPr>
        <w:rPr>
          <w:rFonts w:ascii="Arial" w:hAnsi="Arial"/>
          <w:sz w:val="36"/>
          <w:lang w:val="fr-FR"/>
        </w:rPr>
      </w:pPr>
      <w:r w:rsidRPr="004C06D0">
        <w:rPr>
          <w:rFonts w:ascii="Arial" w:hAnsi="Arial"/>
          <w:sz w:val="36"/>
          <w:lang w:val="fr-FR"/>
        </w:rPr>
        <w:t xml:space="preserve">Avant sa fermeture pour rénovation, on m'a demandé de réfléchir à une exposition d'une partie de ses collections. J'ai proposé ce projet qui met en commun les collections du Centre Pompidou, du musée des Beaux-arts et du macLYON pour montrer leur richesse. </w:t>
      </w:r>
    </w:p>
    <w:p w14:paraId="3F182E8C" w14:textId="29DE9705" w:rsidR="002E38D3" w:rsidRPr="004C06D0" w:rsidRDefault="002E38D3" w:rsidP="002E38D3">
      <w:pPr>
        <w:rPr>
          <w:rFonts w:ascii="Arial" w:hAnsi="Arial"/>
          <w:sz w:val="36"/>
          <w:lang w:val="fr-FR"/>
        </w:rPr>
      </w:pPr>
      <w:r w:rsidRPr="004C06D0">
        <w:rPr>
          <w:rFonts w:ascii="Arial" w:hAnsi="Arial"/>
          <w:sz w:val="36"/>
          <w:lang w:val="fr-FR"/>
        </w:rPr>
        <w:t xml:space="preserve">Cette exposition est d'une durée - 6 mois - et d'une ampleur exceptionnelle, puisqu'elle excèdera largement l'espace dévolu habituellement aux expositions temporaires. Et l'on pourra </w:t>
      </w:r>
      <w:r w:rsidRPr="004C06D0">
        <w:rPr>
          <w:rFonts w:ascii="Arial" w:hAnsi="Arial"/>
          <w:sz w:val="36"/>
          <w:lang w:val="fr-FR"/>
        </w:rPr>
        <w:lastRenderedPageBreak/>
        <w:t>également admirer une vingtaine de collections particulières confiées par le public !</w:t>
      </w:r>
    </w:p>
    <w:p w14:paraId="1DBE87C7" w14:textId="77777777" w:rsidR="002E38D3" w:rsidRPr="004C06D0" w:rsidRDefault="002E38D3" w:rsidP="002E38D3">
      <w:pPr>
        <w:pStyle w:val="Listepuces"/>
        <w:spacing w:line="240" w:lineRule="auto"/>
        <w:ind w:left="720"/>
        <w:rPr>
          <w:rFonts w:ascii="Arial" w:hAnsi="Arial"/>
          <w:sz w:val="36"/>
        </w:rPr>
      </w:pPr>
      <w:proofErr w:type="spellStart"/>
      <w:r w:rsidRPr="004C06D0">
        <w:rPr>
          <w:rFonts w:ascii="Arial" w:hAnsi="Arial"/>
          <w:sz w:val="36"/>
        </w:rPr>
        <w:t>Musée</w:t>
      </w:r>
      <w:proofErr w:type="spellEnd"/>
      <w:r w:rsidRPr="004C06D0">
        <w:rPr>
          <w:rFonts w:ascii="Arial" w:hAnsi="Arial"/>
          <w:sz w:val="36"/>
        </w:rPr>
        <w:t xml:space="preserve"> sentimental, jusqu'au 14 mars 2027</w:t>
      </w:r>
    </w:p>
    <w:p w14:paraId="316BABBE" w14:textId="77777777" w:rsidR="002E38D3" w:rsidRPr="004C06D0" w:rsidRDefault="002E38D3" w:rsidP="002E38D3">
      <w:pPr>
        <w:pStyle w:val="Listepuces"/>
        <w:spacing w:line="240" w:lineRule="auto"/>
        <w:ind w:left="720"/>
        <w:rPr>
          <w:rFonts w:ascii="Arial" w:hAnsi="Arial"/>
          <w:sz w:val="36"/>
        </w:rPr>
      </w:pPr>
      <w:r w:rsidRPr="004C06D0">
        <w:rPr>
          <w:rFonts w:ascii="Arial" w:hAnsi="Arial"/>
          <w:sz w:val="36"/>
        </w:rPr>
        <w:t>mba-lyon.fr</w:t>
      </w:r>
    </w:p>
    <w:p w14:paraId="37D0198F" w14:textId="77777777" w:rsidR="002D4861" w:rsidRDefault="002D4861" w:rsidP="002E38D3">
      <w:pPr>
        <w:rPr>
          <w:rFonts w:ascii="Arial" w:hAnsi="Arial"/>
          <w:sz w:val="36"/>
          <w:lang w:val="fr-FR"/>
        </w:rPr>
      </w:pPr>
    </w:p>
    <w:p w14:paraId="55AD6855" w14:textId="77777777" w:rsidR="00DC47A1" w:rsidRPr="004C06D0" w:rsidRDefault="00DC47A1" w:rsidP="002E38D3">
      <w:pPr>
        <w:rPr>
          <w:rFonts w:ascii="Arial" w:hAnsi="Arial"/>
          <w:sz w:val="36"/>
          <w:lang w:val="fr-FR"/>
        </w:rPr>
      </w:pPr>
    </w:p>
    <w:p w14:paraId="7C2A912F" w14:textId="1B0758E3" w:rsidR="002E38D3" w:rsidRPr="00CB6177" w:rsidRDefault="002E38D3" w:rsidP="002D4861">
      <w:pPr>
        <w:rPr>
          <w:rFonts w:ascii="Arial" w:hAnsi="Arial"/>
          <w:b/>
          <w:bCs/>
          <w:sz w:val="36"/>
          <w:lang w:val="fr-FR"/>
        </w:rPr>
      </w:pPr>
      <w:r w:rsidRPr="00CB6177">
        <w:rPr>
          <w:rFonts w:ascii="Arial" w:hAnsi="Arial"/>
          <w:b/>
          <w:bCs/>
          <w:sz w:val="36"/>
          <w:lang w:val="fr-FR"/>
        </w:rPr>
        <w:t>Les dates de votre rentrée culturelle</w:t>
      </w:r>
      <w:r w:rsidR="002D4861" w:rsidRPr="00CB6177">
        <w:rPr>
          <w:rFonts w:ascii="Arial" w:hAnsi="Arial"/>
          <w:b/>
          <w:bCs/>
          <w:sz w:val="36"/>
          <w:lang w:val="fr-FR"/>
        </w:rPr>
        <w:t> :</w:t>
      </w:r>
    </w:p>
    <w:p w14:paraId="0810C073" w14:textId="6F706C8C" w:rsidR="002E38D3" w:rsidRPr="004C06D0" w:rsidRDefault="002E38D3" w:rsidP="00C84256">
      <w:pPr>
        <w:pStyle w:val="Listepuces"/>
        <w:rPr>
          <w:rFonts w:ascii="Arial" w:hAnsi="Arial"/>
          <w:sz w:val="36"/>
          <w:lang w:val="fr-FR"/>
        </w:rPr>
      </w:pPr>
      <w:r w:rsidRPr="004C06D0">
        <w:rPr>
          <w:rFonts w:ascii="Arial" w:hAnsi="Arial"/>
          <w:sz w:val="36"/>
          <w:lang w:val="fr-FR"/>
        </w:rPr>
        <w:t>Musée des Beaux-arts</w:t>
      </w:r>
      <w:r w:rsidR="002D4861" w:rsidRPr="004C06D0">
        <w:rPr>
          <w:rFonts w:ascii="Arial" w:hAnsi="Arial"/>
          <w:sz w:val="36"/>
          <w:lang w:val="fr-FR"/>
        </w:rPr>
        <w:t> :</w:t>
      </w:r>
    </w:p>
    <w:p w14:paraId="05B39F5F" w14:textId="77777777" w:rsidR="002E38D3" w:rsidRPr="004C06D0" w:rsidRDefault="002E38D3" w:rsidP="002E38D3">
      <w:pPr>
        <w:rPr>
          <w:rFonts w:ascii="Arial" w:hAnsi="Arial"/>
          <w:sz w:val="36"/>
          <w:lang w:val="fr-FR"/>
        </w:rPr>
      </w:pPr>
      <w:r w:rsidRPr="004C06D0">
        <w:rPr>
          <w:rFonts w:ascii="Arial" w:hAnsi="Arial"/>
          <w:sz w:val="36"/>
          <w:lang w:val="fr-FR"/>
        </w:rPr>
        <w:t>Musée sentimental : jusqu'au 14 mars 2027</w:t>
      </w:r>
    </w:p>
    <w:p w14:paraId="56F5BDB3" w14:textId="77777777" w:rsidR="002E38D3" w:rsidRPr="004C06D0" w:rsidRDefault="002E38D3" w:rsidP="002E38D3">
      <w:pPr>
        <w:rPr>
          <w:rFonts w:ascii="Arial" w:hAnsi="Arial"/>
          <w:sz w:val="36"/>
          <w:lang w:val="fr-FR"/>
        </w:rPr>
      </w:pPr>
      <w:r w:rsidRPr="004C06D0">
        <w:rPr>
          <w:rFonts w:ascii="Arial" w:hAnsi="Arial"/>
          <w:sz w:val="36"/>
          <w:lang w:val="fr-FR"/>
        </w:rPr>
        <w:t>mba-lyon.fr</w:t>
      </w:r>
    </w:p>
    <w:p w14:paraId="78F56A29" w14:textId="77777777" w:rsidR="002D4861" w:rsidRPr="004C06D0" w:rsidRDefault="002D4861" w:rsidP="002D4861">
      <w:pPr>
        <w:rPr>
          <w:rFonts w:ascii="Arial" w:hAnsi="Arial"/>
          <w:sz w:val="36"/>
          <w:lang w:val="fr-FR"/>
        </w:rPr>
      </w:pPr>
    </w:p>
    <w:p w14:paraId="2C7B7317" w14:textId="25E8A781" w:rsidR="002E38D3" w:rsidRPr="004C06D0" w:rsidRDefault="00C84256" w:rsidP="00C84256">
      <w:pPr>
        <w:pStyle w:val="Listepuces"/>
        <w:rPr>
          <w:rFonts w:ascii="Arial" w:hAnsi="Arial"/>
          <w:sz w:val="36"/>
          <w:lang w:val="fr-FR"/>
        </w:rPr>
      </w:pPr>
      <w:r w:rsidRPr="004C06D0">
        <w:rPr>
          <w:rFonts w:ascii="Arial" w:hAnsi="Arial"/>
          <w:sz w:val="36"/>
          <w:lang w:val="fr-FR"/>
        </w:rPr>
        <w:t>M</w:t>
      </w:r>
      <w:r w:rsidR="002E38D3" w:rsidRPr="004C06D0">
        <w:rPr>
          <w:rFonts w:ascii="Arial" w:hAnsi="Arial"/>
          <w:sz w:val="36"/>
          <w:lang w:val="fr-FR"/>
        </w:rPr>
        <w:t>acLYON</w:t>
      </w:r>
      <w:r w:rsidR="002D4861" w:rsidRPr="004C06D0">
        <w:rPr>
          <w:rFonts w:ascii="Arial" w:hAnsi="Arial"/>
          <w:sz w:val="36"/>
          <w:lang w:val="fr-FR"/>
        </w:rPr>
        <w:t> :</w:t>
      </w:r>
    </w:p>
    <w:p w14:paraId="16FB04E3" w14:textId="77777777" w:rsidR="002E38D3" w:rsidRPr="004C06D0" w:rsidRDefault="002E38D3" w:rsidP="002E38D3">
      <w:pPr>
        <w:rPr>
          <w:rFonts w:ascii="Arial" w:hAnsi="Arial"/>
          <w:sz w:val="36"/>
          <w:lang w:val="fr-FR"/>
        </w:rPr>
      </w:pPr>
      <w:r w:rsidRPr="004C06D0">
        <w:rPr>
          <w:rFonts w:ascii="Arial" w:hAnsi="Arial"/>
          <w:sz w:val="36"/>
          <w:lang w:val="fr-FR"/>
        </w:rPr>
        <w:t>Biennale d'art contemporain : 19 septembre - 13 décembre</w:t>
      </w:r>
    </w:p>
    <w:p w14:paraId="36F72F8A" w14:textId="77777777" w:rsidR="002E38D3" w:rsidRPr="004C06D0" w:rsidRDefault="002E38D3" w:rsidP="002E38D3">
      <w:pPr>
        <w:rPr>
          <w:rFonts w:ascii="Arial" w:hAnsi="Arial"/>
          <w:sz w:val="36"/>
          <w:lang w:val="fr-FR"/>
        </w:rPr>
      </w:pPr>
      <w:r w:rsidRPr="004C06D0">
        <w:rPr>
          <w:rFonts w:ascii="Arial" w:hAnsi="Arial"/>
          <w:sz w:val="36"/>
          <w:lang w:val="fr-FR"/>
        </w:rPr>
        <w:t>labiennaledelyon.com</w:t>
      </w:r>
    </w:p>
    <w:p w14:paraId="04B1F036" w14:textId="77777777" w:rsidR="002D4861" w:rsidRPr="004C06D0" w:rsidRDefault="002D4861" w:rsidP="002D4861">
      <w:pPr>
        <w:rPr>
          <w:rFonts w:ascii="Arial" w:hAnsi="Arial"/>
          <w:sz w:val="36"/>
          <w:lang w:val="fr-FR"/>
        </w:rPr>
      </w:pPr>
    </w:p>
    <w:p w14:paraId="43E78804" w14:textId="47657C39" w:rsidR="002E38D3" w:rsidRPr="004C06D0" w:rsidRDefault="002E38D3" w:rsidP="00C84256">
      <w:pPr>
        <w:pStyle w:val="Listepuces"/>
        <w:rPr>
          <w:rFonts w:ascii="Arial" w:hAnsi="Arial"/>
          <w:sz w:val="36"/>
          <w:lang w:val="fr-FR"/>
        </w:rPr>
      </w:pPr>
      <w:r w:rsidRPr="004C06D0">
        <w:rPr>
          <w:rFonts w:ascii="Arial" w:hAnsi="Arial"/>
          <w:sz w:val="36"/>
          <w:lang w:val="fr-FR"/>
        </w:rPr>
        <w:t>Journées européennes du patrimoine</w:t>
      </w:r>
      <w:r w:rsidR="002D4861" w:rsidRPr="004C06D0">
        <w:rPr>
          <w:rFonts w:ascii="Arial" w:hAnsi="Arial"/>
          <w:sz w:val="36"/>
          <w:lang w:val="fr-FR"/>
        </w:rPr>
        <w:t> :</w:t>
      </w:r>
    </w:p>
    <w:p w14:paraId="2459D4DA" w14:textId="77777777" w:rsidR="002E38D3" w:rsidRPr="004C06D0" w:rsidRDefault="002E38D3" w:rsidP="002E38D3">
      <w:pPr>
        <w:rPr>
          <w:rFonts w:ascii="Arial" w:hAnsi="Arial"/>
          <w:sz w:val="36"/>
          <w:lang w:val="fr-FR"/>
        </w:rPr>
      </w:pPr>
      <w:r w:rsidRPr="004C06D0">
        <w:rPr>
          <w:rFonts w:ascii="Arial" w:hAnsi="Arial"/>
          <w:sz w:val="36"/>
          <w:lang w:val="fr-FR"/>
        </w:rPr>
        <w:t>19-20 septembre</w:t>
      </w:r>
    </w:p>
    <w:p w14:paraId="2547690B" w14:textId="77777777" w:rsidR="002E38D3" w:rsidRPr="004C06D0" w:rsidRDefault="002E38D3" w:rsidP="002E38D3">
      <w:pPr>
        <w:rPr>
          <w:rFonts w:ascii="Arial" w:hAnsi="Arial"/>
          <w:sz w:val="36"/>
          <w:lang w:val="fr-FR"/>
        </w:rPr>
      </w:pPr>
      <w:r w:rsidRPr="004C06D0">
        <w:rPr>
          <w:rFonts w:ascii="Arial" w:hAnsi="Arial"/>
          <w:sz w:val="36"/>
          <w:lang w:val="fr-FR"/>
        </w:rPr>
        <w:t>lyon.fr</w:t>
      </w:r>
    </w:p>
    <w:p w14:paraId="3C2F4FD2" w14:textId="77777777" w:rsidR="002D4861" w:rsidRPr="004C06D0" w:rsidRDefault="002D4861" w:rsidP="002D4861">
      <w:pPr>
        <w:rPr>
          <w:rFonts w:ascii="Arial" w:hAnsi="Arial"/>
          <w:sz w:val="36"/>
          <w:lang w:val="fr-FR"/>
        </w:rPr>
      </w:pPr>
    </w:p>
    <w:p w14:paraId="3F95872A" w14:textId="75B4967B" w:rsidR="002E38D3" w:rsidRPr="004C06D0" w:rsidRDefault="002E38D3" w:rsidP="00C84256">
      <w:pPr>
        <w:pStyle w:val="Listepuces"/>
        <w:rPr>
          <w:rFonts w:ascii="Arial" w:hAnsi="Arial"/>
          <w:sz w:val="36"/>
          <w:lang w:val="fr-FR"/>
        </w:rPr>
      </w:pPr>
      <w:r w:rsidRPr="004C06D0">
        <w:rPr>
          <w:rFonts w:ascii="Arial" w:hAnsi="Arial"/>
          <w:sz w:val="36"/>
          <w:lang w:val="fr-FR"/>
        </w:rPr>
        <w:t>Célestins</w:t>
      </w:r>
      <w:r w:rsidR="002D4861" w:rsidRPr="004C06D0">
        <w:rPr>
          <w:rFonts w:ascii="Arial" w:hAnsi="Arial"/>
          <w:sz w:val="36"/>
          <w:lang w:val="fr-FR"/>
        </w:rPr>
        <w:t> :</w:t>
      </w:r>
    </w:p>
    <w:p w14:paraId="666F2AA0" w14:textId="77777777" w:rsidR="002E38D3" w:rsidRPr="004C06D0" w:rsidRDefault="002E38D3" w:rsidP="002E38D3">
      <w:pPr>
        <w:rPr>
          <w:rFonts w:ascii="Arial" w:hAnsi="Arial"/>
          <w:sz w:val="36"/>
          <w:lang w:val="fr-FR"/>
        </w:rPr>
      </w:pPr>
      <w:r w:rsidRPr="004C06D0">
        <w:rPr>
          <w:rFonts w:ascii="Arial" w:hAnsi="Arial"/>
          <w:sz w:val="36"/>
          <w:lang w:val="fr-FR"/>
        </w:rPr>
        <w:t>True West : 22 septembre - 3 octobre</w:t>
      </w:r>
    </w:p>
    <w:p w14:paraId="51C32A32" w14:textId="77777777" w:rsidR="002E38D3" w:rsidRPr="004C06D0" w:rsidRDefault="002E38D3" w:rsidP="002E38D3">
      <w:pPr>
        <w:rPr>
          <w:rFonts w:ascii="Arial" w:hAnsi="Arial"/>
          <w:sz w:val="36"/>
        </w:rPr>
      </w:pPr>
      <w:r w:rsidRPr="004C06D0">
        <w:rPr>
          <w:rFonts w:ascii="Arial" w:hAnsi="Arial"/>
          <w:sz w:val="36"/>
        </w:rPr>
        <w:lastRenderedPageBreak/>
        <w:t>D'après Sam Shepard.</w:t>
      </w:r>
    </w:p>
    <w:p w14:paraId="4736937C" w14:textId="77777777" w:rsidR="002E38D3" w:rsidRPr="004C06D0" w:rsidRDefault="002E38D3" w:rsidP="002E38D3">
      <w:pPr>
        <w:rPr>
          <w:rFonts w:ascii="Arial" w:hAnsi="Arial"/>
          <w:sz w:val="36"/>
        </w:rPr>
      </w:pPr>
      <w:r w:rsidRPr="004C06D0">
        <w:rPr>
          <w:rFonts w:ascii="Arial" w:hAnsi="Arial"/>
          <w:sz w:val="36"/>
        </w:rPr>
        <w:t>theatredescelestins.com</w:t>
      </w:r>
    </w:p>
    <w:p w14:paraId="2E7C5BE2" w14:textId="77777777" w:rsidR="002D4861" w:rsidRPr="004C06D0" w:rsidRDefault="002D4861" w:rsidP="002D4861">
      <w:pPr>
        <w:rPr>
          <w:rFonts w:ascii="Arial" w:hAnsi="Arial"/>
          <w:sz w:val="36"/>
        </w:rPr>
      </w:pPr>
    </w:p>
    <w:p w14:paraId="13C4D54A" w14:textId="13E26CC2" w:rsidR="002E38D3" w:rsidRPr="004C06D0" w:rsidRDefault="002E38D3" w:rsidP="00C84256">
      <w:pPr>
        <w:pStyle w:val="Listepuces"/>
        <w:rPr>
          <w:rFonts w:ascii="Arial" w:hAnsi="Arial"/>
          <w:sz w:val="36"/>
        </w:rPr>
      </w:pPr>
      <w:r w:rsidRPr="004C06D0">
        <w:rPr>
          <w:rFonts w:ascii="Arial" w:hAnsi="Arial"/>
          <w:sz w:val="36"/>
        </w:rPr>
        <w:t>Auditorium</w:t>
      </w:r>
      <w:r w:rsidR="002D4861" w:rsidRPr="004C06D0">
        <w:rPr>
          <w:rFonts w:ascii="Arial" w:hAnsi="Arial"/>
          <w:sz w:val="36"/>
        </w:rPr>
        <w:t>:</w:t>
      </w:r>
    </w:p>
    <w:p w14:paraId="0137382D" w14:textId="77777777" w:rsidR="002E38D3" w:rsidRPr="004C06D0" w:rsidRDefault="002E38D3" w:rsidP="002E38D3">
      <w:pPr>
        <w:rPr>
          <w:rFonts w:ascii="Arial" w:hAnsi="Arial"/>
          <w:sz w:val="36"/>
          <w:lang w:val="fr-FR"/>
        </w:rPr>
      </w:pPr>
      <w:r w:rsidRPr="004C06D0">
        <w:rPr>
          <w:rFonts w:ascii="Arial" w:hAnsi="Arial"/>
          <w:sz w:val="36"/>
          <w:lang w:val="fr-FR"/>
        </w:rPr>
        <w:t>Ravel/Saint-Saëns : 1er et 2 octobre</w:t>
      </w:r>
    </w:p>
    <w:p w14:paraId="3E72C3FB" w14:textId="77777777" w:rsidR="002E38D3" w:rsidRPr="004C06D0" w:rsidRDefault="002E38D3" w:rsidP="002E38D3">
      <w:pPr>
        <w:rPr>
          <w:rFonts w:ascii="Arial" w:hAnsi="Arial"/>
          <w:sz w:val="36"/>
          <w:lang w:val="fr-FR"/>
        </w:rPr>
      </w:pPr>
      <w:r w:rsidRPr="004C06D0">
        <w:rPr>
          <w:rFonts w:ascii="Arial" w:hAnsi="Arial"/>
          <w:sz w:val="36"/>
          <w:lang w:val="fr-FR"/>
        </w:rPr>
        <w:t>Gautier Capuçon, Simone Young, Orchestre de l'ONL.</w:t>
      </w:r>
    </w:p>
    <w:p w14:paraId="53D53F69" w14:textId="77777777" w:rsidR="002E38D3" w:rsidRPr="004C06D0" w:rsidRDefault="002E38D3" w:rsidP="002E38D3">
      <w:pPr>
        <w:rPr>
          <w:rFonts w:ascii="Arial" w:hAnsi="Arial"/>
          <w:sz w:val="36"/>
        </w:rPr>
      </w:pPr>
      <w:r w:rsidRPr="004C06D0">
        <w:rPr>
          <w:rFonts w:ascii="Arial" w:hAnsi="Arial"/>
          <w:sz w:val="36"/>
        </w:rPr>
        <w:t>auditorium-lyon.com</w:t>
      </w:r>
    </w:p>
    <w:p w14:paraId="08A2AAB1" w14:textId="77777777" w:rsidR="00B23CB1" w:rsidRPr="004C06D0" w:rsidRDefault="00B23CB1">
      <w:pPr>
        <w:rPr>
          <w:rFonts w:ascii="Arial" w:hAnsi="Arial"/>
          <w:sz w:val="36"/>
        </w:rPr>
      </w:pPr>
      <w:r w:rsidRPr="004C06D0">
        <w:rPr>
          <w:rFonts w:ascii="Arial" w:hAnsi="Arial"/>
          <w:sz w:val="36"/>
        </w:rPr>
        <w:br w:type="page"/>
      </w:r>
    </w:p>
    <w:p w14:paraId="23B54DD1" w14:textId="07ED2210" w:rsidR="002E38D3" w:rsidRPr="00DC47A1" w:rsidRDefault="00DC47A1" w:rsidP="00B23CB1">
      <w:pPr>
        <w:pStyle w:val="Titre1"/>
        <w:jc w:val="center"/>
        <w:rPr>
          <w:rFonts w:ascii="Arial" w:hAnsi="Arial"/>
          <w:sz w:val="44"/>
          <w:szCs w:val="36"/>
        </w:rPr>
      </w:pPr>
      <w:bookmarkStart w:id="22" w:name="_Toc239853008"/>
      <w:r w:rsidRPr="00DC47A1">
        <w:rPr>
          <w:rFonts w:ascii="Arial" w:hAnsi="Arial"/>
          <w:sz w:val="44"/>
          <w:szCs w:val="36"/>
        </w:rPr>
        <w:lastRenderedPageBreak/>
        <w:t>ON SORT!</w:t>
      </w:r>
      <w:bookmarkEnd w:id="22"/>
    </w:p>
    <w:p w14:paraId="0241BA23" w14:textId="77777777" w:rsidR="00B23CB1" w:rsidRPr="004C06D0" w:rsidRDefault="00B23CB1" w:rsidP="002E38D3">
      <w:pPr>
        <w:rPr>
          <w:rFonts w:ascii="Arial" w:hAnsi="Arial"/>
          <w:sz w:val="36"/>
        </w:rPr>
      </w:pPr>
    </w:p>
    <w:p w14:paraId="7D7718FF" w14:textId="1EF0028B" w:rsidR="002E38D3" w:rsidRPr="00575184" w:rsidRDefault="002E38D3" w:rsidP="002E38D3">
      <w:pPr>
        <w:rPr>
          <w:rFonts w:ascii="Arial" w:hAnsi="Arial"/>
          <w:b/>
          <w:bCs/>
          <w:sz w:val="36"/>
          <w:lang w:val="fr-FR"/>
        </w:rPr>
      </w:pPr>
      <w:r w:rsidRPr="00575184">
        <w:rPr>
          <w:rFonts w:ascii="Arial" w:hAnsi="Arial"/>
          <w:b/>
          <w:bCs/>
          <w:sz w:val="36"/>
          <w:lang w:val="fr-FR"/>
        </w:rPr>
        <w:t>"POP CORN".</w:t>
      </w:r>
    </w:p>
    <w:p w14:paraId="5D06F92D" w14:textId="77777777" w:rsidR="002E38D3" w:rsidRPr="004C06D0" w:rsidRDefault="002E38D3" w:rsidP="002E38D3">
      <w:pPr>
        <w:rPr>
          <w:rFonts w:ascii="Arial" w:hAnsi="Arial"/>
          <w:sz w:val="36"/>
          <w:lang w:val="fr-FR"/>
        </w:rPr>
      </w:pPr>
      <w:r w:rsidRPr="004C06D0">
        <w:rPr>
          <w:rFonts w:ascii="Arial" w:hAnsi="Arial"/>
          <w:sz w:val="36"/>
          <w:lang w:val="fr-FR"/>
        </w:rPr>
        <w:t>Parc de la Tête d'or (6</w:t>
      </w:r>
      <w:r w:rsidRPr="004C06D0">
        <w:rPr>
          <w:rFonts w:ascii="Arial" w:hAnsi="Arial"/>
          <w:sz w:val="36"/>
        </w:rPr>
        <w:t>ᵉ</w:t>
      </w:r>
      <w:r w:rsidRPr="004C06D0">
        <w:rPr>
          <w:rFonts w:ascii="Arial" w:hAnsi="Arial"/>
          <w:sz w:val="36"/>
          <w:lang w:val="fr-FR"/>
        </w:rPr>
        <w:t>)</w:t>
      </w:r>
    </w:p>
    <w:p w14:paraId="6F922E01" w14:textId="77777777" w:rsidR="002E38D3" w:rsidRPr="004C06D0" w:rsidRDefault="002E38D3" w:rsidP="002E38D3">
      <w:pPr>
        <w:rPr>
          <w:rFonts w:ascii="Arial" w:hAnsi="Arial"/>
          <w:sz w:val="36"/>
          <w:lang w:val="fr-FR"/>
        </w:rPr>
      </w:pPr>
      <w:r w:rsidRPr="004C06D0">
        <w:rPr>
          <w:rFonts w:ascii="Arial" w:hAnsi="Arial"/>
          <w:sz w:val="36"/>
          <w:lang w:val="fr-FR"/>
        </w:rPr>
        <w:t>À PARTIR DU 18 SEPTEMBRE</w:t>
      </w:r>
    </w:p>
    <w:p w14:paraId="6F18884B" w14:textId="77777777" w:rsidR="00E0572D" w:rsidRPr="004C06D0" w:rsidRDefault="00E0572D" w:rsidP="002E38D3">
      <w:pPr>
        <w:rPr>
          <w:rFonts w:ascii="Arial" w:hAnsi="Arial"/>
          <w:sz w:val="36"/>
          <w:lang w:val="fr-FR"/>
        </w:rPr>
      </w:pPr>
    </w:p>
    <w:p w14:paraId="55FBC377" w14:textId="5774A340" w:rsidR="002E38D3" w:rsidRPr="004C06D0" w:rsidRDefault="002E38D3" w:rsidP="00E0572D">
      <w:pPr>
        <w:rPr>
          <w:rFonts w:ascii="Arial" w:hAnsi="Arial"/>
          <w:sz w:val="36"/>
          <w:lang w:val="fr-FR"/>
        </w:rPr>
      </w:pPr>
      <w:r w:rsidRPr="004C06D0">
        <w:rPr>
          <w:rFonts w:ascii="Arial" w:hAnsi="Arial"/>
          <w:sz w:val="36"/>
          <w:lang w:val="fr-FR"/>
        </w:rPr>
        <w:t>Le "Vivre ensemble" de Yann Arthus-Bertrand</w:t>
      </w:r>
      <w:r w:rsidR="00E0572D" w:rsidRPr="004C06D0">
        <w:rPr>
          <w:rFonts w:ascii="Arial" w:hAnsi="Arial"/>
          <w:sz w:val="36"/>
          <w:lang w:val="fr-FR"/>
        </w:rPr>
        <w:t> :</w:t>
      </w:r>
    </w:p>
    <w:p w14:paraId="368683AC" w14:textId="77777777" w:rsidR="002E38D3" w:rsidRPr="004C06D0" w:rsidRDefault="002E38D3" w:rsidP="002E38D3">
      <w:pPr>
        <w:rPr>
          <w:rFonts w:ascii="Arial" w:hAnsi="Arial"/>
          <w:sz w:val="36"/>
          <w:lang w:val="fr-FR"/>
        </w:rPr>
      </w:pPr>
      <w:r w:rsidRPr="004C06D0">
        <w:rPr>
          <w:rFonts w:ascii="Arial" w:hAnsi="Arial"/>
          <w:sz w:val="36"/>
          <w:lang w:val="fr-FR"/>
        </w:rPr>
        <w:t xml:space="preserve">Depuis 30 ans, Yann Arthus-Bertrand réalise des portraits partout en France de personnes accompagnées de leurs proches, de leurs collègues, tous capturés sur le même fond neutre. Au final, ils composent l'exposition Vivre ensemble, un instantané de la société française décliné dans 180 images et exposé à partir du 18 septembre au parc de la Tête d'or, depuis la porte des Enfants du Rhône. La date n'est pas un hasard : elle coïncide avec la réouverture du Chalet du parc (détails en page 4), dans lequel la Fondation </w:t>
      </w:r>
      <w:proofErr w:type="spellStart"/>
      <w:r w:rsidRPr="004C06D0">
        <w:rPr>
          <w:rFonts w:ascii="Arial" w:hAnsi="Arial"/>
          <w:sz w:val="36"/>
          <w:lang w:val="fr-FR"/>
        </w:rPr>
        <w:t>GoodPlanet</w:t>
      </w:r>
      <w:proofErr w:type="spellEnd"/>
      <w:r w:rsidRPr="004C06D0">
        <w:rPr>
          <w:rFonts w:ascii="Arial" w:hAnsi="Arial"/>
          <w:sz w:val="36"/>
          <w:lang w:val="fr-FR"/>
        </w:rPr>
        <w:t xml:space="preserve"> du photographe est partie prenante, et qui accueille une cinquantaine de clichés de l'expo. En prime, Yann Arthus-Bertrand sera présent du 18 au 20 septembre pour photographier les Lyonnais !</w:t>
      </w:r>
    </w:p>
    <w:p w14:paraId="61763659" w14:textId="77777777" w:rsidR="002E38D3" w:rsidRPr="004C06D0" w:rsidRDefault="002E38D3" w:rsidP="002E38D3">
      <w:pPr>
        <w:pStyle w:val="Listepuces"/>
        <w:spacing w:line="240" w:lineRule="auto"/>
        <w:ind w:left="720"/>
        <w:rPr>
          <w:rFonts w:ascii="Arial" w:hAnsi="Arial"/>
          <w:sz w:val="36"/>
        </w:rPr>
      </w:pPr>
      <w:r w:rsidRPr="004C06D0">
        <w:rPr>
          <w:rFonts w:ascii="Arial" w:hAnsi="Arial"/>
          <w:sz w:val="36"/>
        </w:rPr>
        <w:t>lyon.fr</w:t>
      </w:r>
    </w:p>
    <w:p w14:paraId="2ECDBF27" w14:textId="77777777" w:rsidR="00E0572D" w:rsidRPr="004C06D0" w:rsidRDefault="00E0572D" w:rsidP="002E38D3">
      <w:pPr>
        <w:rPr>
          <w:rFonts w:ascii="Arial" w:hAnsi="Arial"/>
          <w:sz w:val="36"/>
          <w:lang w:val="fr-FR"/>
        </w:rPr>
      </w:pPr>
    </w:p>
    <w:p w14:paraId="47CEEEBD" w14:textId="4770FB0F" w:rsidR="002E38D3" w:rsidRPr="00575184" w:rsidRDefault="002E38D3" w:rsidP="00575184">
      <w:pPr>
        <w:pStyle w:val="Listepuces"/>
        <w:rPr>
          <w:lang w:val="fr-FR"/>
        </w:rPr>
      </w:pPr>
      <w:r w:rsidRPr="00575184">
        <w:rPr>
          <w:lang w:val="fr-FR"/>
        </w:rPr>
        <w:t>Centre d'Histoire de la Résistance et de la Déportation (7</w:t>
      </w:r>
      <w:r w:rsidRPr="00575184">
        <w:t>ᵉ</w:t>
      </w:r>
      <w:r w:rsidRPr="00575184">
        <w:rPr>
          <w:lang w:val="fr-FR"/>
        </w:rPr>
        <w:t>)</w:t>
      </w:r>
    </w:p>
    <w:p w14:paraId="68A99B01" w14:textId="77777777" w:rsidR="002E38D3" w:rsidRPr="004C06D0" w:rsidRDefault="002E38D3" w:rsidP="002E38D3">
      <w:pPr>
        <w:rPr>
          <w:rFonts w:ascii="Arial" w:hAnsi="Arial"/>
          <w:sz w:val="36"/>
          <w:lang w:val="fr-FR"/>
        </w:rPr>
      </w:pPr>
      <w:r w:rsidRPr="004C06D0">
        <w:rPr>
          <w:rFonts w:ascii="Arial" w:hAnsi="Arial"/>
          <w:sz w:val="36"/>
          <w:lang w:val="fr-FR"/>
        </w:rPr>
        <w:t>DU 8 OCTOBRE AU 13 JUIN 2027</w:t>
      </w:r>
    </w:p>
    <w:p w14:paraId="4DAC671B" w14:textId="0D4F8300" w:rsidR="002E38D3" w:rsidRPr="004C06D0" w:rsidRDefault="002E38D3" w:rsidP="00E0572D">
      <w:pPr>
        <w:rPr>
          <w:rFonts w:ascii="Arial" w:hAnsi="Arial"/>
          <w:sz w:val="36"/>
          <w:lang w:val="fr-FR"/>
        </w:rPr>
      </w:pPr>
      <w:r w:rsidRPr="004C06D0">
        <w:rPr>
          <w:rFonts w:ascii="Arial" w:hAnsi="Arial"/>
          <w:sz w:val="36"/>
          <w:lang w:val="fr-FR"/>
        </w:rPr>
        <w:t>L'Escadron bleu : hommage aux héroïnes oubliées</w:t>
      </w:r>
      <w:r w:rsidR="00E0572D" w:rsidRPr="004C06D0">
        <w:rPr>
          <w:rFonts w:ascii="Arial" w:hAnsi="Arial"/>
          <w:sz w:val="36"/>
          <w:lang w:val="fr-FR"/>
        </w:rPr>
        <w:t> :</w:t>
      </w:r>
    </w:p>
    <w:p w14:paraId="34C3A3E2" w14:textId="77777777" w:rsidR="00E0572D" w:rsidRPr="004C06D0" w:rsidRDefault="002E38D3" w:rsidP="002E38D3">
      <w:pPr>
        <w:rPr>
          <w:rFonts w:ascii="Arial" w:hAnsi="Arial"/>
          <w:sz w:val="36"/>
          <w:lang w:val="fr-FR"/>
        </w:rPr>
      </w:pPr>
      <w:r w:rsidRPr="004C06D0">
        <w:rPr>
          <w:rFonts w:ascii="Arial" w:hAnsi="Arial"/>
          <w:sz w:val="36"/>
          <w:lang w:val="fr-FR"/>
        </w:rPr>
        <w:lastRenderedPageBreak/>
        <w:t xml:space="preserve">Qui étaient ces douze jeunes femmes de la Croix- Rouge parties en Pologne pour sauver des vies après la libération des camps ? </w:t>
      </w:r>
    </w:p>
    <w:p w14:paraId="69FC464E" w14:textId="3E6145E8" w:rsidR="002E38D3" w:rsidRPr="004C06D0" w:rsidRDefault="002E38D3" w:rsidP="002E38D3">
      <w:pPr>
        <w:rPr>
          <w:rFonts w:ascii="Arial" w:hAnsi="Arial"/>
          <w:sz w:val="36"/>
        </w:rPr>
      </w:pPr>
      <w:r w:rsidRPr="004C06D0">
        <w:rPr>
          <w:rFonts w:ascii="Arial" w:hAnsi="Arial"/>
          <w:sz w:val="36"/>
          <w:lang w:val="fr-FR"/>
        </w:rPr>
        <w:t xml:space="preserve">Le Centre d'histoire de la Résistance et de la Déportation (CHRD) lève le voile sur leur histoire avec l'exposition L'Escadron bleu, une épopée féminine. À travers des archives inédites, découvrez le courage de ces volontaires, surnommées ainsi pour leurs uniformes bleus, qui ont rapatrié des milliers de déportés depuis un pays en ruines. L'histoire débute avec le médecin-lieutenant Madeleine Pauliac, envoyée en mission par le général de Gaulle en avril 1945 en Pologne, et rapidement rejointe par 11 volontaires. En bonus, l'expo présente 19 panneaux extraits de la bande dessinée que Virginie Ollagnier et Yan Le Pon ont consacrée à ces héroïnes qui ne resteront ainsi plus méconnues. </w:t>
      </w:r>
      <w:r w:rsidRPr="004C06D0">
        <w:rPr>
          <w:rFonts w:ascii="Arial" w:hAnsi="Arial"/>
          <w:sz w:val="36"/>
        </w:rPr>
        <w:t>Une plongée poignante dans l'immédiat après-guerre.</w:t>
      </w:r>
    </w:p>
    <w:p w14:paraId="0E2213D4" w14:textId="77777777" w:rsidR="002E38D3" w:rsidRPr="004C06D0" w:rsidRDefault="002E38D3" w:rsidP="002E38D3">
      <w:pPr>
        <w:pStyle w:val="Listepuces"/>
        <w:spacing w:line="240" w:lineRule="auto"/>
        <w:ind w:left="720"/>
        <w:rPr>
          <w:rFonts w:ascii="Arial" w:hAnsi="Arial"/>
          <w:sz w:val="36"/>
        </w:rPr>
      </w:pPr>
      <w:r w:rsidRPr="004C06D0">
        <w:rPr>
          <w:rFonts w:ascii="Arial" w:hAnsi="Arial"/>
          <w:sz w:val="36"/>
        </w:rPr>
        <w:t>chrd.lyon.fr</w:t>
      </w:r>
    </w:p>
    <w:p w14:paraId="61A1E39D" w14:textId="77777777" w:rsidR="00E0572D" w:rsidRPr="004C06D0" w:rsidRDefault="00E0572D" w:rsidP="002E38D3">
      <w:pPr>
        <w:rPr>
          <w:rFonts w:ascii="Arial" w:hAnsi="Arial"/>
          <w:sz w:val="36"/>
          <w:lang w:val="fr-FR"/>
        </w:rPr>
      </w:pPr>
    </w:p>
    <w:p w14:paraId="5C0C3EA4" w14:textId="2CDB9B19" w:rsidR="002E38D3" w:rsidRPr="00575184" w:rsidRDefault="002E38D3" w:rsidP="00575184">
      <w:pPr>
        <w:pStyle w:val="Listepuces"/>
        <w:rPr>
          <w:lang w:val="fr-FR"/>
        </w:rPr>
      </w:pPr>
      <w:r w:rsidRPr="00575184">
        <w:rPr>
          <w:lang w:val="fr-FR"/>
        </w:rPr>
        <w:t xml:space="preserve">À vos bâtons... Prêts ? </w:t>
      </w:r>
      <w:r w:rsidR="00C42467" w:rsidRPr="00575184">
        <w:rPr>
          <w:lang w:val="fr-FR"/>
        </w:rPr>
        <w:t>Marchez !</w:t>
      </w:r>
    </w:p>
    <w:p w14:paraId="19ECE79D" w14:textId="77777777" w:rsidR="00955AAD" w:rsidRPr="004C06D0" w:rsidRDefault="00955AAD" w:rsidP="00955AAD">
      <w:pPr>
        <w:rPr>
          <w:rFonts w:ascii="Arial" w:hAnsi="Arial"/>
          <w:sz w:val="36"/>
          <w:lang w:val="fr-FR"/>
        </w:rPr>
      </w:pPr>
      <w:r w:rsidRPr="004C06D0">
        <w:rPr>
          <w:rFonts w:ascii="Arial" w:hAnsi="Arial"/>
          <w:sz w:val="36"/>
          <w:lang w:val="fr-FR"/>
        </w:rPr>
        <w:t>Au départ de la place Saint-Jean (5</w:t>
      </w:r>
      <w:r w:rsidRPr="004C06D0">
        <w:rPr>
          <w:rFonts w:ascii="Arial" w:hAnsi="Arial"/>
          <w:sz w:val="36"/>
        </w:rPr>
        <w:t>ᵉ</w:t>
      </w:r>
      <w:r w:rsidRPr="004C06D0">
        <w:rPr>
          <w:rFonts w:ascii="Arial" w:hAnsi="Arial"/>
          <w:sz w:val="36"/>
          <w:lang w:val="fr-FR"/>
        </w:rPr>
        <w:t>)</w:t>
      </w:r>
    </w:p>
    <w:p w14:paraId="307E347F" w14:textId="77777777" w:rsidR="00955AAD" w:rsidRPr="004C06D0" w:rsidRDefault="00955AAD" w:rsidP="00955AAD">
      <w:pPr>
        <w:rPr>
          <w:rFonts w:ascii="Arial" w:hAnsi="Arial"/>
          <w:sz w:val="36"/>
          <w:lang w:val="fr-FR"/>
        </w:rPr>
      </w:pPr>
      <w:r w:rsidRPr="004C06D0">
        <w:rPr>
          <w:rFonts w:ascii="Arial" w:hAnsi="Arial"/>
          <w:sz w:val="36"/>
          <w:lang w:val="fr-FR"/>
        </w:rPr>
        <w:t>10 &amp; 11 OCTOBRE</w:t>
      </w:r>
    </w:p>
    <w:p w14:paraId="5CCC09D2" w14:textId="5905F405" w:rsidR="002E38D3" w:rsidRPr="004C06D0" w:rsidRDefault="002E38D3" w:rsidP="002E38D3">
      <w:pPr>
        <w:rPr>
          <w:rFonts w:ascii="Arial" w:hAnsi="Arial"/>
          <w:sz w:val="36"/>
          <w:lang w:val="fr-FR"/>
        </w:rPr>
      </w:pPr>
      <w:r w:rsidRPr="004C06D0">
        <w:rPr>
          <w:rFonts w:ascii="Arial" w:hAnsi="Arial"/>
          <w:sz w:val="36"/>
          <w:lang w:val="fr-FR"/>
        </w:rPr>
        <w:t xml:space="preserve">Complète, douce et accessible à </w:t>
      </w:r>
      <w:r w:rsidR="00C42467" w:rsidRPr="004C06D0">
        <w:rPr>
          <w:rFonts w:ascii="Arial" w:hAnsi="Arial"/>
          <w:sz w:val="36"/>
          <w:lang w:val="fr-FR"/>
        </w:rPr>
        <w:t>tous :</w:t>
      </w:r>
      <w:r w:rsidRPr="004C06D0">
        <w:rPr>
          <w:rFonts w:ascii="Arial" w:hAnsi="Arial"/>
          <w:sz w:val="36"/>
          <w:lang w:val="fr-FR"/>
        </w:rPr>
        <w:t xml:space="preserve"> la marche nordique a tout pour </w:t>
      </w:r>
      <w:r w:rsidR="00C42467" w:rsidRPr="004C06D0">
        <w:rPr>
          <w:rFonts w:ascii="Arial" w:hAnsi="Arial"/>
          <w:sz w:val="36"/>
          <w:lang w:val="fr-FR"/>
        </w:rPr>
        <w:t>plaire !</w:t>
      </w:r>
      <w:r w:rsidRPr="004C06D0">
        <w:rPr>
          <w:rFonts w:ascii="Arial" w:hAnsi="Arial"/>
          <w:sz w:val="36"/>
          <w:lang w:val="fr-FR"/>
        </w:rPr>
        <w:t xml:space="preserve"> En 2025, plus de 1300 personnes ont pris le départ de la </w:t>
      </w:r>
      <w:proofErr w:type="spellStart"/>
      <w:r w:rsidRPr="004C06D0">
        <w:rPr>
          <w:rFonts w:ascii="Arial" w:hAnsi="Arial"/>
          <w:sz w:val="36"/>
          <w:lang w:val="fr-FR"/>
        </w:rPr>
        <w:t>NordicWalkin'Lyon</w:t>
      </w:r>
      <w:proofErr w:type="spellEnd"/>
      <w:r w:rsidRPr="004C06D0">
        <w:rPr>
          <w:rFonts w:ascii="Arial" w:hAnsi="Arial"/>
          <w:sz w:val="36"/>
          <w:lang w:val="fr-FR"/>
        </w:rPr>
        <w:t>, évènement dédié à la marche en milieu urbain. Serez-vous plus nombreux pour cette 11</w:t>
      </w:r>
      <w:r w:rsidRPr="004C06D0">
        <w:rPr>
          <w:rFonts w:ascii="Arial" w:hAnsi="Arial"/>
          <w:sz w:val="36"/>
        </w:rPr>
        <w:t>ᵉ</w:t>
      </w:r>
      <w:r w:rsidRPr="004C06D0">
        <w:rPr>
          <w:rFonts w:ascii="Arial" w:hAnsi="Arial"/>
          <w:sz w:val="36"/>
          <w:lang w:val="fr-FR"/>
        </w:rPr>
        <w:t xml:space="preserve"> </w:t>
      </w:r>
      <w:r w:rsidR="00C42467" w:rsidRPr="004C06D0">
        <w:rPr>
          <w:rFonts w:ascii="Arial" w:hAnsi="Arial"/>
          <w:sz w:val="36"/>
          <w:lang w:val="fr-FR"/>
        </w:rPr>
        <w:t>édition ?</w:t>
      </w:r>
      <w:r w:rsidRPr="004C06D0">
        <w:rPr>
          <w:rFonts w:ascii="Arial" w:hAnsi="Arial"/>
          <w:sz w:val="36"/>
          <w:lang w:val="fr-FR"/>
        </w:rPr>
        <w:t xml:space="preserve"> Au programme, quatre parcours sur 7, 12, 16 ou 20 </w:t>
      </w:r>
      <w:r w:rsidRPr="004C06D0">
        <w:rPr>
          <w:rFonts w:ascii="Arial" w:hAnsi="Arial"/>
          <w:sz w:val="36"/>
          <w:lang w:val="fr-FR"/>
        </w:rPr>
        <w:lastRenderedPageBreak/>
        <w:t>km pour arpenter Lyon d'une colline à l'autre, de la Presqu'île aux hauteurs de Fourvière, des pentes de la Croix-Rousse aux allées du parc de la Tête d'or. En prime, échauffement collectif avant chaque départ et étirements à l'arrivée, place Saint-Jean.</w:t>
      </w:r>
    </w:p>
    <w:p w14:paraId="1AA19AE1" w14:textId="77777777" w:rsidR="002E38D3" w:rsidRPr="004C06D0" w:rsidRDefault="002E38D3" w:rsidP="002E38D3">
      <w:pPr>
        <w:pStyle w:val="Listepuces"/>
        <w:spacing w:line="240" w:lineRule="auto"/>
        <w:ind w:left="720"/>
        <w:rPr>
          <w:rFonts w:ascii="Arial" w:hAnsi="Arial"/>
          <w:sz w:val="36"/>
        </w:rPr>
      </w:pPr>
      <w:r w:rsidRPr="004C06D0">
        <w:rPr>
          <w:rFonts w:ascii="Arial" w:hAnsi="Arial"/>
          <w:sz w:val="36"/>
        </w:rPr>
        <w:t>nordicwalkinlyon.com</w:t>
      </w:r>
    </w:p>
    <w:p w14:paraId="21A47FBE" w14:textId="77777777" w:rsidR="009E3496" w:rsidRPr="004C06D0" w:rsidRDefault="009E3496" w:rsidP="002E38D3">
      <w:pPr>
        <w:rPr>
          <w:rFonts w:ascii="Arial" w:hAnsi="Arial"/>
          <w:sz w:val="36"/>
          <w:lang w:val="fr-FR"/>
        </w:rPr>
      </w:pPr>
    </w:p>
    <w:p w14:paraId="0D24C781" w14:textId="03DAFA6F" w:rsidR="009E3496" w:rsidRPr="00575184" w:rsidRDefault="002E38D3" w:rsidP="00575184">
      <w:pPr>
        <w:pStyle w:val="Listepuces"/>
        <w:rPr>
          <w:lang w:val="fr-FR"/>
        </w:rPr>
      </w:pPr>
      <w:r w:rsidRPr="00575184">
        <w:rPr>
          <w:lang w:val="fr-FR"/>
        </w:rPr>
        <w:t>Fêtes Consulaires</w:t>
      </w:r>
      <w:r w:rsidR="00545080" w:rsidRPr="00575184">
        <w:rPr>
          <w:lang w:val="fr-FR"/>
        </w:rPr>
        <w:t> :</w:t>
      </w:r>
    </w:p>
    <w:p w14:paraId="7DE09A17" w14:textId="77777777" w:rsidR="002E38D3" w:rsidRPr="004C06D0" w:rsidRDefault="002E38D3" w:rsidP="002E38D3">
      <w:pPr>
        <w:rPr>
          <w:rFonts w:ascii="Arial" w:hAnsi="Arial"/>
          <w:sz w:val="36"/>
          <w:lang w:val="fr-FR"/>
        </w:rPr>
      </w:pPr>
      <w:r w:rsidRPr="004C06D0">
        <w:rPr>
          <w:rFonts w:ascii="Arial" w:hAnsi="Arial"/>
          <w:sz w:val="36"/>
          <w:lang w:val="fr-FR"/>
        </w:rPr>
        <w:t>Place Bellecour (2</w:t>
      </w:r>
      <w:r w:rsidRPr="004C06D0">
        <w:rPr>
          <w:rFonts w:ascii="Arial" w:hAnsi="Arial"/>
          <w:sz w:val="36"/>
        </w:rPr>
        <w:t>ᵉ</w:t>
      </w:r>
      <w:r w:rsidRPr="004C06D0">
        <w:rPr>
          <w:rFonts w:ascii="Arial" w:hAnsi="Arial"/>
          <w:sz w:val="36"/>
          <w:lang w:val="fr-FR"/>
        </w:rPr>
        <w:t>)</w:t>
      </w:r>
    </w:p>
    <w:p w14:paraId="2C84709F" w14:textId="77777777" w:rsidR="002E38D3" w:rsidRPr="004C06D0" w:rsidRDefault="002E38D3" w:rsidP="002E38D3">
      <w:pPr>
        <w:rPr>
          <w:rFonts w:ascii="Arial" w:hAnsi="Arial"/>
          <w:sz w:val="36"/>
          <w:lang w:val="fr-FR"/>
        </w:rPr>
      </w:pPr>
      <w:r w:rsidRPr="004C06D0">
        <w:rPr>
          <w:rFonts w:ascii="Arial" w:hAnsi="Arial"/>
          <w:sz w:val="36"/>
          <w:lang w:val="fr-FR"/>
        </w:rPr>
        <w:t>26 ET 27 SEPTEMBRE</w:t>
      </w:r>
    </w:p>
    <w:p w14:paraId="6FE15ECC" w14:textId="18686626" w:rsidR="002E38D3" w:rsidRPr="004C06D0" w:rsidRDefault="002E38D3" w:rsidP="00545080">
      <w:pPr>
        <w:rPr>
          <w:rFonts w:ascii="Arial" w:hAnsi="Arial"/>
          <w:sz w:val="36"/>
          <w:lang w:val="fr-FR"/>
        </w:rPr>
      </w:pPr>
      <w:r w:rsidRPr="004C06D0">
        <w:rPr>
          <w:rFonts w:ascii="Arial" w:hAnsi="Arial"/>
          <w:sz w:val="36"/>
          <w:lang w:val="fr-FR"/>
        </w:rPr>
        <w:t>Le tour du monde en deux jours</w:t>
      </w:r>
      <w:r w:rsidR="00545080" w:rsidRPr="004C06D0">
        <w:rPr>
          <w:rFonts w:ascii="Arial" w:hAnsi="Arial"/>
          <w:sz w:val="36"/>
          <w:lang w:val="fr-FR"/>
        </w:rPr>
        <w:t> :</w:t>
      </w:r>
    </w:p>
    <w:p w14:paraId="33FEAC8D" w14:textId="7AA214F2" w:rsidR="002E38D3" w:rsidRPr="004C06D0" w:rsidRDefault="002E38D3" w:rsidP="002E38D3">
      <w:pPr>
        <w:rPr>
          <w:rFonts w:ascii="Arial" w:hAnsi="Arial"/>
          <w:sz w:val="36"/>
          <w:lang w:val="fr-FR"/>
        </w:rPr>
      </w:pPr>
      <w:r w:rsidRPr="004C06D0">
        <w:rPr>
          <w:rFonts w:ascii="Arial" w:hAnsi="Arial"/>
          <w:sz w:val="36"/>
          <w:lang w:val="fr-FR"/>
        </w:rPr>
        <w:t xml:space="preserve">Connaissez-vous les Fêtes Consulaires ? Organisé par la Ville de Lyon depuis plus de 20 ans, ce rendez-vous unique en France célèbre l'ouverture internationale. Au cœur de </w:t>
      </w:r>
      <w:r w:rsidR="00C42467" w:rsidRPr="004C06D0">
        <w:rPr>
          <w:rFonts w:ascii="Arial" w:hAnsi="Arial"/>
          <w:sz w:val="36"/>
          <w:lang w:val="fr-FR"/>
        </w:rPr>
        <w:t>l’événement :</w:t>
      </w:r>
      <w:r w:rsidRPr="004C06D0">
        <w:rPr>
          <w:rFonts w:ascii="Arial" w:hAnsi="Arial"/>
          <w:sz w:val="36"/>
          <w:lang w:val="fr-FR"/>
        </w:rPr>
        <w:t xml:space="preserve"> le foisonnement des communautés étrangères du territoire, représentées par leurs consulats et de nombreuses associations. Pendant deux jours, spectacles, ateliers et animations se succèdent place Bellecour sur le thème "Contes et légendes du monde" pour voyager à travers les continents. Temps fort de la rentrée et véritable concentré du monde, les Fêtes consulaires rassemblent chaque année plus de 30000 visiteurs et des représentants de 50 pays pour un grand bain de diversité culturelle.</w:t>
      </w:r>
    </w:p>
    <w:p w14:paraId="4C2E5B30" w14:textId="77777777" w:rsidR="002E38D3" w:rsidRPr="004C06D0" w:rsidRDefault="002E38D3" w:rsidP="002E38D3">
      <w:pPr>
        <w:pStyle w:val="Listepuces"/>
        <w:spacing w:line="240" w:lineRule="auto"/>
        <w:ind w:left="720"/>
        <w:rPr>
          <w:rFonts w:ascii="Arial" w:hAnsi="Arial"/>
          <w:sz w:val="36"/>
        </w:rPr>
      </w:pPr>
      <w:r w:rsidRPr="004C06D0">
        <w:rPr>
          <w:rFonts w:ascii="Arial" w:hAnsi="Arial"/>
          <w:sz w:val="36"/>
          <w:lang w:val="fr-FR"/>
        </w:rPr>
        <w:t xml:space="preserve">26 septembre de 10h à 18h et 27 septembre de 12h à 17h. </w:t>
      </w:r>
      <w:r w:rsidRPr="004C06D0">
        <w:rPr>
          <w:rFonts w:ascii="Arial" w:hAnsi="Arial"/>
          <w:sz w:val="36"/>
        </w:rPr>
        <w:t>Accès gratuit / lyon.fr</w:t>
      </w:r>
    </w:p>
    <w:p w14:paraId="67EC150D" w14:textId="77777777" w:rsidR="00545080" w:rsidRPr="004C06D0" w:rsidRDefault="00545080" w:rsidP="002E38D3">
      <w:pPr>
        <w:rPr>
          <w:rFonts w:ascii="Arial" w:hAnsi="Arial"/>
          <w:sz w:val="36"/>
          <w:lang w:val="fr-FR"/>
        </w:rPr>
      </w:pPr>
    </w:p>
    <w:p w14:paraId="3765837C" w14:textId="2145A74B" w:rsidR="002E38D3" w:rsidRPr="00575184" w:rsidRDefault="002E38D3" w:rsidP="00575184">
      <w:pPr>
        <w:pStyle w:val="Listepuces"/>
        <w:rPr>
          <w:lang w:val="fr-FR"/>
        </w:rPr>
      </w:pPr>
      <w:r w:rsidRPr="00575184">
        <w:rPr>
          <w:lang w:val="fr-FR"/>
        </w:rPr>
        <w:lastRenderedPageBreak/>
        <w:t>Bourse du travail (3</w:t>
      </w:r>
      <w:r w:rsidRPr="00575184">
        <w:t>ᵉ</w:t>
      </w:r>
      <w:r w:rsidRPr="00575184">
        <w:rPr>
          <w:lang w:val="fr-FR"/>
        </w:rPr>
        <w:t>)</w:t>
      </w:r>
    </w:p>
    <w:p w14:paraId="4C71FD7E" w14:textId="77777777" w:rsidR="002E38D3" w:rsidRPr="004C06D0" w:rsidRDefault="002E38D3" w:rsidP="002E38D3">
      <w:pPr>
        <w:rPr>
          <w:rFonts w:ascii="Arial" w:hAnsi="Arial"/>
          <w:sz w:val="36"/>
          <w:lang w:val="fr-FR"/>
        </w:rPr>
      </w:pPr>
      <w:r w:rsidRPr="004C06D0">
        <w:rPr>
          <w:rFonts w:ascii="Arial" w:hAnsi="Arial"/>
          <w:sz w:val="36"/>
          <w:lang w:val="fr-FR"/>
        </w:rPr>
        <w:t>8 OCTOBRE</w:t>
      </w:r>
    </w:p>
    <w:p w14:paraId="4C16B59F" w14:textId="4E2FA6D3" w:rsidR="002E38D3" w:rsidRPr="004C06D0" w:rsidRDefault="002E38D3" w:rsidP="00545080">
      <w:pPr>
        <w:rPr>
          <w:rFonts w:ascii="Arial" w:hAnsi="Arial"/>
          <w:sz w:val="36"/>
          <w:lang w:val="fr-FR"/>
        </w:rPr>
      </w:pPr>
      <w:r w:rsidRPr="004C06D0">
        <w:rPr>
          <w:rFonts w:ascii="Arial" w:hAnsi="Arial"/>
          <w:sz w:val="36"/>
          <w:lang w:val="fr-FR"/>
        </w:rPr>
        <w:t>En route pour l'aventure</w:t>
      </w:r>
      <w:r w:rsidR="00545080" w:rsidRPr="004C06D0">
        <w:rPr>
          <w:rFonts w:ascii="Arial" w:hAnsi="Arial"/>
          <w:sz w:val="36"/>
          <w:lang w:val="fr-FR"/>
        </w:rPr>
        <w:t> :</w:t>
      </w:r>
    </w:p>
    <w:p w14:paraId="7E006D99" w14:textId="77777777" w:rsidR="00545080" w:rsidRPr="004C06D0" w:rsidRDefault="002E38D3" w:rsidP="002E38D3">
      <w:pPr>
        <w:rPr>
          <w:rFonts w:ascii="Arial" w:hAnsi="Arial"/>
          <w:sz w:val="36"/>
          <w:lang w:val="fr-FR"/>
        </w:rPr>
      </w:pPr>
      <w:r w:rsidRPr="004C06D0">
        <w:rPr>
          <w:rFonts w:ascii="Arial" w:hAnsi="Arial"/>
          <w:sz w:val="36"/>
          <w:lang w:val="fr-FR"/>
        </w:rPr>
        <w:t>Latitude Expérience, c'est toute une histoire ! Ce festival itinérant exalte l'aventure avec un grand A. Le 8 octobre, la 6</w:t>
      </w:r>
      <w:r w:rsidRPr="004C06D0">
        <w:rPr>
          <w:rFonts w:ascii="Arial" w:hAnsi="Arial"/>
          <w:sz w:val="36"/>
        </w:rPr>
        <w:t>ᵉ</w:t>
      </w:r>
      <w:r w:rsidRPr="004C06D0">
        <w:rPr>
          <w:rFonts w:ascii="Arial" w:hAnsi="Arial"/>
          <w:sz w:val="36"/>
          <w:lang w:val="fr-FR"/>
        </w:rPr>
        <w:t xml:space="preserve"> édition installe son village place Guichard pour faire le plein de rencontres, d'ateliers et de projets engagés. </w:t>
      </w:r>
    </w:p>
    <w:p w14:paraId="01EBF837" w14:textId="77777777" w:rsidR="00545080" w:rsidRPr="004C06D0" w:rsidRDefault="00545080" w:rsidP="002E38D3">
      <w:pPr>
        <w:rPr>
          <w:rFonts w:ascii="Arial" w:hAnsi="Arial"/>
          <w:sz w:val="36"/>
          <w:lang w:val="fr-FR"/>
        </w:rPr>
      </w:pPr>
    </w:p>
    <w:p w14:paraId="5EB31913" w14:textId="17D5D8D4" w:rsidR="00545080" w:rsidRPr="00575184" w:rsidRDefault="002E38D3" w:rsidP="002E38D3">
      <w:pPr>
        <w:rPr>
          <w:rFonts w:ascii="Arial" w:hAnsi="Arial"/>
          <w:b/>
          <w:bCs/>
          <w:sz w:val="36"/>
          <w:lang w:val="fr-FR"/>
        </w:rPr>
      </w:pPr>
      <w:r w:rsidRPr="00575184">
        <w:rPr>
          <w:rFonts w:ascii="Arial" w:hAnsi="Arial"/>
          <w:b/>
          <w:bCs/>
          <w:sz w:val="36"/>
          <w:lang w:val="fr-FR"/>
        </w:rPr>
        <w:t xml:space="preserve">Ensuite ? </w:t>
      </w:r>
    </w:p>
    <w:p w14:paraId="1E426F5A" w14:textId="3CA00973" w:rsidR="002E38D3" w:rsidRPr="004C06D0" w:rsidRDefault="002E38D3" w:rsidP="002E38D3">
      <w:pPr>
        <w:rPr>
          <w:rFonts w:ascii="Arial" w:hAnsi="Arial"/>
          <w:sz w:val="36"/>
          <w:lang w:val="fr-FR"/>
        </w:rPr>
      </w:pPr>
      <w:r w:rsidRPr="004C06D0">
        <w:rPr>
          <w:rFonts w:ascii="Arial" w:hAnsi="Arial"/>
          <w:sz w:val="36"/>
          <w:lang w:val="fr-FR"/>
        </w:rPr>
        <w:t>Place à l'immersion à la Bourse du travail au fil de deux documentaires, d'une conférence et d'échanges à bâtons rompus avec ces baroudeurs inspirants, partis explorer le monde pour mieux en témoigner. De quoi ouvrir les horizons.</w:t>
      </w:r>
    </w:p>
    <w:p w14:paraId="75B69A52" w14:textId="77777777" w:rsidR="002E38D3" w:rsidRPr="004C06D0" w:rsidRDefault="002E38D3" w:rsidP="002E38D3">
      <w:pPr>
        <w:pStyle w:val="Listepuces"/>
        <w:spacing w:line="240" w:lineRule="auto"/>
        <w:ind w:left="720"/>
        <w:rPr>
          <w:rFonts w:ascii="Arial" w:hAnsi="Arial"/>
          <w:sz w:val="36"/>
          <w:lang w:val="fr-FR"/>
        </w:rPr>
      </w:pPr>
      <w:r w:rsidRPr="004C06D0">
        <w:rPr>
          <w:rFonts w:ascii="Arial" w:hAnsi="Arial"/>
          <w:sz w:val="36"/>
          <w:lang w:val="fr-FR"/>
        </w:rPr>
        <w:t>À partir de 18h30, billetterie en ligne et sur place le jour J/ latitude-festival.com</w:t>
      </w:r>
    </w:p>
    <w:p w14:paraId="6C9F76DE" w14:textId="77777777" w:rsidR="00545080" w:rsidRPr="004C06D0" w:rsidRDefault="00545080" w:rsidP="002E38D3">
      <w:pPr>
        <w:rPr>
          <w:rFonts w:ascii="Arial" w:hAnsi="Arial"/>
          <w:sz w:val="36"/>
          <w:lang w:val="fr-FR"/>
        </w:rPr>
      </w:pPr>
    </w:p>
    <w:p w14:paraId="41F5B78B" w14:textId="2A365831" w:rsidR="00545080" w:rsidRPr="00575184" w:rsidRDefault="002E38D3" w:rsidP="00575184">
      <w:pPr>
        <w:pStyle w:val="Listepuces"/>
        <w:rPr>
          <w:lang w:val="fr-FR"/>
        </w:rPr>
      </w:pPr>
      <w:r w:rsidRPr="00575184">
        <w:rPr>
          <w:lang w:val="fr-FR"/>
        </w:rPr>
        <w:t>Run in Lyon</w:t>
      </w:r>
      <w:r w:rsidR="00545080" w:rsidRPr="00575184">
        <w:rPr>
          <w:lang w:val="fr-FR"/>
        </w:rPr>
        <w:t> :</w:t>
      </w:r>
    </w:p>
    <w:p w14:paraId="6E586A4A" w14:textId="73DB79BD" w:rsidR="00545080" w:rsidRPr="004C06D0" w:rsidRDefault="00545080" w:rsidP="00545080">
      <w:pPr>
        <w:rPr>
          <w:rFonts w:ascii="Arial" w:hAnsi="Arial"/>
          <w:sz w:val="36"/>
          <w:lang w:val="fr-FR"/>
        </w:rPr>
      </w:pPr>
      <w:r w:rsidRPr="004C06D0">
        <w:rPr>
          <w:rFonts w:ascii="Arial" w:hAnsi="Arial"/>
          <w:sz w:val="36"/>
          <w:lang w:val="fr-FR"/>
        </w:rPr>
        <w:t>Cours toujours :</w:t>
      </w:r>
    </w:p>
    <w:p w14:paraId="55CAD6B6" w14:textId="629762B5" w:rsidR="002E38D3" w:rsidRPr="004C06D0" w:rsidRDefault="002E38D3" w:rsidP="002E38D3">
      <w:pPr>
        <w:rPr>
          <w:rFonts w:ascii="Arial" w:hAnsi="Arial"/>
          <w:sz w:val="36"/>
          <w:lang w:val="fr-FR"/>
        </w:rPr>
      </w:pPr>
      <w:r w:rsidRPr="004C06D0">
        <w:rPr>
          <w:rFonts w:ascii="Arial" w:hAnsi="Arial"/>
          <w:sz w:val="36"/>
          <w:lang w:val="fr-FR"/>
        </w:rPr>
        <w:t>Au départ du Palais de Justice (5</w:t>
      </w:r>
      <w:r w:rsidRPr="004C06D0">
        <w:rPr>
          <w:rFonts w:ascii="Arial" w:hAnsi="Arial"/>
          <w:sz w:val="36"/>
        </w:rPr>
        <w:t>ᵉ</w:t>
      </w:r>
      <w:r w:rsidRPr="004C06D0">
        <w:rPr>
          <w:rFonts w:ascii="Arial" w:hAnsi="Arial"/>
          <w:sz w:val="36"/>
          <w:lang w:val="fr-FR"/>
        </w:rPr>
        <w:t>)</w:t>
      </w:r>
    </w:p>
    <w:p w14:paraId="619BDA0F" w14:textId="77777777" w:rsidR="002E38D3" w:rsidRPr="004C06D0" w:rsidRDefault="002E38D3" w:rsidP="002E38D3">
      <w:pPr>
        <w:rPr>
          <w:rFonts w:ascii="Arial" w:hAnsi="Arial"/>
          <w:sz w:val="36"/>
          <w:lang w:val="fr-FR"/>
        </w:rPr>
      </w:pPr>
      <w:r w:rsidRPr="004C06D0">
        <w:rPr>
          <w:rFonts w:ascii="Arial" w:hAnsi="Arial"/>
          <w:sz w:val="36"/>
          <w:lang w:val="fr-FR"/>
        </w:rPr>
        <w:t>4 OCTOBRE</w:t>
      </w:r>
    </w:p>
    <w:p w14:paraId="089130ED" w14:textId="77777777" w:rsidR="002E38D3" w:rsidRPr="004C06D0" w:rsidRDefault="002E38D3" w:rsidP="002E38D3">
      <w:pPr>
        <w:rPr>
          <w:rFonts w:ascii="Arial" w:hAnsi="Arial"/>
          <w:sz w:val="36"/>
          <w:lang w:val="fr-FR"/>
        </w:rPr>
      </w:pPr>
      <w:r w:rsidRPr="004C06D0">
        <w:rPr>
          <w:rFonts w:ascii="Arial" w:hAnsi="Arial"/>
          <w:sz w:val="36"/>
          <w:lang w:val="fr-FR"/>
        </w:rPr>
        <w:t xml:space="preserve">Dans la famille "course à pied", je demande le... Run in Lyon ! Sur la ligne de départ, plus de 30000 mordus prêts à courir un marathon, mais pas que... Semi, 10 km, 5 km solidaire : à chacun sa distance pour sillonner les plus beaux sites de Lyon </w:t>
      </w:r>
      <w:r w:rsidRPr="004C06D0">
        <w:rPr>
          <w:rFonts w:ascii="Arial" w:hAnsi="Arial"/>
          <w:sz w:val="36"/>
          <w:lang w:val="fr-FR"/>
        </w:rPr>
        <w:lastRenderedPageBreak/>
        <w:t>à petites ou grandes foulées. Avec le même objectif : se dépasser et prendre du plaisir jusqu'au finish place Bellecour.</w:t>
      </w:r>
    </w:p>
    <w:p w14:paraId="450EAED7" w14:textId="77777777" w:rsidR="002E38D3" w:rsidRPr="004C06D0" w:rsidRDefault="002E38D3" w:rsidP="002E38D3">
      <w:pPr>
        <w:pStyle w:val="Listepuces"/>
        <w:spacing w:line="240" w:lineRule="auto"/>
        <w:ind w:left="720"/>
        <w:rPr>
          <w:rFonts w:ascii="Arial" w:hAnsi="Arial"/>
          <w:sz w:val="36"/>
        </w:rPr>
      </w:pPr>
      <w:r w:rsidRPr="004C06D0">
        <w:rPr>
          <w:rFonts w:ascii="Arial" w:hAnsi="Arial"/>
          <w:sz w:val="36"/>
          <w:lang w:val="fr-FR"/>
        </w:rPr>
        <w:t xml:space="preserve">runinlyon.fr/ Attention, circulation automobile modifiée en raison des courses. </w:t>
      </w:r>
      <w:r w:rsidRPr="004C06D0">
        <w:rPr>
          <w:rFonts w:ascii="Arial" w:hAnsi="Arial"/>
          <w:sz w:val="36"/>
        </w:rPr>
        <w:t>Infos sur lyon.fr</w:t>
      </w:r>
    </w:p>
    <w:p w14:paraId="62C1727F" w14:textId="77777777" w:rsidR="00545080" w:rsidRPr="004C06D0" w:rsidRDefault="00545080" w:rsidP="002E38D3">
      <w:pPr>
        <w:rPr>
          <w:rFonts w:ascii="Arial" w:hAnsi="Arial"/>
          <w:sz w:val="36"/>
          <w:lang w:val="fr-FR"/>
        </w:rPr>
      </w:pPr>
    </w:p>
    <w:p w14:paraId="1AAF6231" w14:textId="77777777" w:rsidR="00545080" w:rsidRPr="004C06D0" w:rsidRDefault="00545080" w:rsidP="002E38D3">
      <w:pPr>
        <w:rPr>
          <w:rFonts w:ascii="Arial" w:hAnsi="Arial"/>
          <w:sz w:val="36"/>
          <w:lang w:val="fr-FR"/>
        </w:rPr>
      </w:pPr>
    </w:p>
    <w:p w14:paraId="0E68C5B1" w14:textId="0F78C230" w:rsidR="002E38D3" w:rsidRPr="00575184" w:rsidRDefault="00575184" w:rsidP="002E38D3">
      <w:pPr>
        <w:rPr>
          <w:rFonts w:ascii="Arial" w:hAnsi="Arial"/>
          <w:b/>
          <w:bCs/>
          <w:sz w:val="36"/>
          <w:lang w:val="fr-FR"/>
        </w:rPr>
      </w:pPr>
      <w:r w:rsidRPr="00575184">
        <w:rPr>
          <w:rFonts w:ascii="Arial" w:hAnsi="Arial"/>
          <w:b/>
          <w:bCs/>
          <w:sz w:val="36"/>
          <w:lang w:val="fr-FR"/>
        </w:rPr>
        <w:t>DIVERS LIEUX</w:t>
      </w:r>
    </w:p>
    <w:p w14:paraId="6D88DD80" w14:textId="50A4A333" w:rsidR="002E38D3" w:rsidRPr="00575184" w:rsidRDefault="002E38D3" w:rsidP="00575184">
      <w:pPr>
        <w:pStyle w:val="Listepuces"/>
        <w:rPr>
          <w:lang w:val="fr-FR"/>
        </w:rPr>
      </w:pPr>
      <w:r w:rsidRPr="00575184">
        <w:rPr>
          <w:lang w:val="fr-FR"/>
        </w:rPr>
        <w:t>Prix Lumière : O Brothers Coen !</w:t>
      </w:r>
    </w:p>
    <w:p w14:paraId="6F5E4749" w14:textId="77777777" w:rsidR="000D2008" w:rsidRPr="004C06D0" w:rsidRDefault="000D2008" w:rsidP="000D2008">
      <w:pPr>
        <w:rPr>
          <w:rFonts w:ascii="Arial" w:hAnsi="Arial"/>
          <w:sz w:val="36"/>
          <w:lang w:val="fr-FR"/>
        </w:rPr>
      </w:pPr>
      <w:r w:rsidRPr="004C06D0">
        <w:rPr>
          <w:rFonts w:ascii="Arial" w:hAnsi="Arial"/>
          <w:sz w:val="36"/>
          <w:lang w:val="fr-FR"/>
        </w:rPr>
        <w:t>DU 10 AU 18 OCTOBRE</w:t>
      </w:r>
    </w:p>
    <w:p w14:paraId="36A66605" w14:textId="3379725B" w:rsidR="002E38D3" w:rsidRPr="004C06D0" w:rsidRDefault="002E38D3" w:rsidP="002E38D3">
      <w:pPr>
        <w:rPr>
          <w:rFonts w:ascii="Arial" w:hAnsi="Arial"/>
          <w:sz w:val="36"/>
          <w:lang w:val="fr-FR"/>
        </w:rPr>
      </w:pPr>
      <w:r w:rsidRPr="004C06D0">
        <w:rPr>
          <w:rFonts w:ascii="Arial" w:hAnsi="Arial"/>
          <w:sz w:val="36"/>
          <w:lang w:val="fr-FR"/>
        </w:rPr>
        <w:t>Après un cru 2025 exceptionnel - 185000 participants - le Festival Lumière 2026 s'annonce déjà iconique. À l'honneur cette année, les cultissimes frères Coen. Palme d'or pour Barton Fink, oscarisés pour Fargo et No Country for Old Men, adulés pour The Big Lebowski, O Brother ou Burn after Reading, ils ont créé une œuvre reconnais- sable entre toutes. Cette 18</w:t>
      </w:r>
      <w:r w:rsidRPr="004C06D0">
        <w:rPr>
          <w:rFonts w:ascii="Arial" w:hAnsi="Arial"/>
          <w:sz w:val="36"/>
        </w:rPr>
        <w:t>ᵉ</w:t>
      </w:r>
      <w:r w:rsidRPr="004C06D0">
        <w:rPr>
          <w:rFonts w:ascii="Arial" w:hAnsi="Arial"/>
          <w:sz w:val="36"/>
          <w:lang w:val="fr-FR"/>
        </w:rPr>
        <w:t xml:space="preserve"> édition rend hommage à leur filmographie avec, toujours, la joie de redécouvrir des </w:t>
      </w:r>
      <w:r w:rsidR="00494DFF" w:rsidRPr="004C06D0">
        <w:rPr>
          <w:rFonts w:ascii="Arial" w:hAnsi="Arial"/>
          <w:sz w:val="36"/>
          <w:lang w:val="fr-FR"/>
        </w:rPr>
        <w:t>chefs-d’œuvre</w:t>
      </w:r>
      <w:r w:rsidRPr="004C06D0">
        <w:rPr>
          <w:rFonts w:ascii="Arial" w:hAnsi="Arial"/>
          <w:sz w:val="36"/>
          <w:lang w:val="fr-FR"/>
        </w:rPr>
        <w:t xml:space="preserve"> en présence de leurs réalisateurs ! Ateliers, master classes, expos, plus de 400 </w:t>
      </w:r>
      <w:r w:rsidR="00C42467" w:rsidRPr="004C06D0">
        <w:rPr>
          <w:rFonts w:ascii="Arial" w:hAnsi="Arial"/>
          <w:sz w:val="36"/>
          <w:lang w:val="fr-FR"/>
        </w:rPr>
        <w:t>projections :</w:t>
      </w:r>
      <w:r w:rsidRPr="004C06D0">
        <w:rPr>
          <w:rFonts w:ascii="Arial" w:hAnsi="Arial"/>
          <w:sz w:val="36"/>
          <w:lang w:val="fr-FR"/>
        </w:rPr>
        <w:t xml:space="preserve"> la grande fête du 7</w:t>
      </w:r>
      <w:r w:rsidRPr="004C06D0">
        <w:rPr>
          <w:rFonts w:ascii="Arial" w:hAnsi="Arial"/>
          <w:sz w:val="36"/>
        </w:rPr>
        <w:t>ᵉ</w:t>
      </w:r>
      <w:r w:rsidRPr="004C06D0">
        <w:rPr>
          <w:rFonts w:ascii="Arial" w:hAnsi="Arial"/>
          <w:sz w:val="36"/>
          <w:lang w:val="fr-FR"/>
        </w:rPr>
        <w:t xml:space="preserve"> Art vous attend dans toute la métropole lyonnaise. Et installe pour la première fois son Village (bar, restau, marché DVD) à l'Hôtel Dieu (2</w:t>
      </w:r>
      <w:r w:rsidRPr="004C06D0">
        <w:rPr>
          <w:rFonts w:ascii="Arial" w:hAnsi="Arial"/>
          <w:sz w:val="36"/>
        </w:rPr>
        <w:t>ᵉ</w:t>
      </w:r>
      <w:r w:rsidRPr="004C06D0">
        <w:rPr>
          <w:rFonts w:ascii="Arial" w:hAnsi="Arial"/>
          <w:sz w:val="36"/>
          <w:lang w:val="fr-FR"/>
        </w:rPr>
        <w:t>).</w:t>
      </w:r>
    </w:p>
    <w:p w14:paraId="28A4A4A9" w14:textId="77777777" w:rsidR="002E38D3" w:rsidRPr="004C06D0" w:rsidRDefault="002E38D3" w:rsidP="002E38D3">
      <w:pPr>
        <w:pStyle w:val="Listepuces"/>
        <w:spacing w:line="240" w:lineRule="auto"/>
        <w:ind w:left="720"/>
        <w:rPr>
          <w:rFonts w:ascii="Arial" w:hAnsi="Arial"/>
          <w:sz w:val="36"/>
        </w:rPr>
      </w:pPr>
      <w:r w:rsidRPr="004C06D0">
        <w:rPr>
          <w:rFonts w:ascii="Arial" w:hAnsi="Arial"/>
          <w:sz w:val="36"/>
        </w:rPr>
        <w:t>festival-lumiere.org</w:t>
      </w:r>
    </w:p>
    <w:p w14:paraId="41D0FC37" w14:textId="77777777" w:rsidR="00E759DD" w:rsidRDefault="00E759DD" w:rsidP="00E759DD">
      <w:pPr>
        <w:rPr>
          <w:rFonts w:ascii="Arial" w:hAnsi="Arial"/>
          <w:sz w:val="36"/>
          <w:lang w:val="fr-FR"/>
        </w:rPr>
      </w:pPr>
    </w:p>
    <w:p w14:paraId="10D144E7" w14:textId="77777777" w:rsidR="00E759DD" w:rsidRPr="009C5C45" w:rsidRDefault="00000000" w:rsidP="00E759DD">
      <w:pPr>
        <w:spacing w:after="0" w:line="240" w:lineRule="auto"/>
        <w:rPr>
          <w:rFonts w:ascii="Arial" w:hAnsi="Arial"/>
          <w:b/>
          <w:sz w:val="40"/>
          <w:szCs w:val="32"/>
        </w:rPr>
      </w:pPr>
      <w:r>
        <w:rPr>
          <w:rFonts w:ascii="Arial" w:hAnsi="Arial"/>
          <w:sz w:val="36"/>
          <w:szCs w:val="32"/>
        </w:rPr>
        <w:pict w14:anchorId="0968B415">
          <v:rect id="_x0000_i1027" style="width:453.6pt;height:5pt" o:hralign="center" o:hrstd="t" o:hr="t" fillcolor="gray" stroked="f"/>
        </w:pict>
      </w:r>
    </w:p>
    <w:p w14:paraId="4C6BD3DA" w14:textId="77777777" w:rsidR="00E30A23" w:rsidRPr="004C06D0" w:rsidRDefault="00E30A23" w:rsidP="00E30A23">
      <w:pPr>
        <w:rPr>
          <w:rFonts w:ascii="Arial" w:hAnsi="Arial"/>
          <w:sz w:val="36"/>
          <w:lang w:val="fr-FR"/>
        </w:rPr>
      </w:pPr>
    </w:p>
    <w:p w14:paraId="5FAB4283" w14:textId="474CF908" w:rsidR="00E30A23" w:rsidRPr="00575184" w:rsidRDefault="00E30A23" w:rsidP="00E30A23">
      <w:pPr>
        <w:jc w:val="center"/>
        <w:rPr>
          <w:rFonts w:ascii="Arial" w:hAnsi="Arial"/>
          <w:b/>
          <w:bCs/>
          <w:sz w:val="36"/>
          <w:lang w:val="fr-FR"/>
        </w:rPr>
      </w:pPr>
      <w:r w:rsidRPr="00575184">
        <w:rPr>
          <w:rFonts w:ascii="Arial" w:hAnsi="Arial"/>
          <w:b/>
          <w:bCs/>
          <w:sz w:val="36"/>
          <w:lang w:val="fr-FR"/>
        </w:rPr>
        <w:lastRenderedPageBreak/>
        <w:t>3 questions à...</w:t>
      </w:r>
    </w:p>
    <w:p w14:paraId="48238025" w14:textId="77777777" w:rsidR="00E30A23" w:rsidRPr="00575184" w:rsidRDefault="00E30A23" w:rsidP="00E30A23">
      <w:pPr>
        <w:jc w:val="center"/>
        <w:rPr>
          <w:rFonts w:ascii="Arial" w:hAnsi="Arial"/>
          <w:b/>
          <w:bCs/>
          <w:sz w:val="36"/>
          <w:lang w:val="fr-FR"/>
        </w:rPr>
      </w:pPr>
      <w:r w:rsidRPr="00575184">
        <w:rPr>
          <w:rFonts w:ascii="Arial" w:hAnsi="Arial"/>
          <w:b/>
          <w:bCs/>
          <w:sz w:val="36"/>
          <w:lang w:val="fr-FR"/>
        </w:rPr>
        <w:t>Lionel Roux</w:t>
      </w:r>
    </w:p>
    <w:p w14:paraId="14F7DC24" w14:textId="77777777" w:rsidR="00E30A23" w:rsidRPr="00575184" w:rsidRDefault="00E30A23" w:rsidP="00E30A23">
      <w:pPr>
        <w:jc w:val="center"/>
        <w:rPr>
          <w:rFonts w:ascii="Arial" w:hAnsi="Arial"/>
          <w:b/>
          <w:bCs/>
          <w:sz w:val="36"/>
          <w:lang w:val="fr-FR"/>
        </w:rPr>
      </w:pPr>
      <w:r w:rsidRPr="00575184">
        <w:rPr>
          <w:rFonts w:ascii="Arial" w:hAnsi="Arial"/>
          <w:b/>
          <w:bCs/>
          <w:sz w:val="36"/>
          <w:lang w:val="fr-FR"/>
        </w:rPr>
        <w:t>Directeur du Lyon FIP Platinum Padel (23-27 septembre)</w:t>
      </w:r>
    </w:p>
    <w:p w14:paraId="03C51C9C" w14:textId="77777777" w:rsidR="00E30A23" w:rsidRPr="004C06D0" w:rsidRDefault="00E30A23" w:rsidP="00E30A23">
      <w:pPr>
        <w:jc w:val="center"/>
        <w:rPr>
          <w:rFonts w:ascii="Arial" w:hAnsi="Arial"/>
          <w:sz w:val="36"/>
          <w:lang w:val="fr-FR"/>
        </w:rPr>
      </w:pPr>
    </w:p>
    <w:p w14:paraId="3BE743BF" w14:textId="77777777" w:rsidR="00E30A23" w:rsidRPr="004C06D0" w:rsidRDefault="00E30A23" w:rsidP="00E30A23">
      <w:pPr>
        <w:rPr>
          <w:rFonts w:ascii="Arial" w:hAnsi="Arial"/>
          <w:sz w:val="36"/>
          <w:lang w:val="fr-FR"/>
        </w:rPr>
      </w:pPr>
      <w:r w:rsidRPr="004C06D0">
        <w:rPr>
          <w:rFonts w:ascii="Arial" w:hAnsi="Arial"/>
          <w:sz w:val="36"/>
          <w:lang w:val="fr-FR"/>
        </w:rPr>
        <w:t>Les clés du succès du padel ?</w:t>
      </w:r>
    </w:p>
    <w:p w14:paraId="321EBD45" w14:textId="77777777" w:rsidR="00E30A23" w:rsidRPr="004C06D0" w:rsidRDefault="00E30A23" w:rsidP="00E30A23">
      <w:pPr>
        <w:rPr>
          <w:rFonts w:ascii="Arial" w:hAnsi="Arial"/>
          <w:sz w:val="36"/>
          <w:lang w:val="fr-FR"/>
        </w:rPr>
      </w:pPr>
      <w:r w:rsidRPr="004C06D0">
        <w:rPr>
          <w:rFonts w:ascii="Arial" w:hAnsi="Arial"/>
          <w:sz w:val="36"/>
          <w:lang w:val="fr-FR"/>
        </w:rPr>
        <w:t>Le padel est un raz-de-marée mondial : depuis son apparition en Amérique du Sud, tout le monde s'y est mis. Ludique, facile à aborder même sans prendre de cours, il permet tout de suite de vrais échanges et d'avoir des sensations. Le plaisir est instantané. Et le padel se joue en double, ce qui le rend très convivial. La France compte plus de 850 000 pratiquants, dont 272 000 licenciés.</w:t>
      </w:r>
    </w:p>
    <w:p w14:paraId="604FD376" w14:textId="77777777" w:rsidR="00E30A23" w:rsidRPr="004C06D0" w:rsidRDefault="00E30A23" w:rsidP="00E30A23">
      <w:pPr>
        <w:rPr>
          <w:rFonts w:ascii="Arial" w:hAnsi="Arial"/>
          <w:sz w:val="36"/>
          <w:lang w:val="fr-FR"/>
        </w:rPr>
      </w:pPr>
    </w:p>
    <w:p w14:paraId="71703613" w14:textId="77777777" w:rsidR="00E30A23" w:rsidRPr="004C06D0" w:rsidRDefault="00E30A23" w:rsidP="00E30A23">
      <w:pPr>
        <w:rPr>
          <w:rFonts w:ascii="Arial" w:hAnsi="Arial"/>
          <w:sz w:val="36"/>
          <w:lang w:val="fr-FR"/>
        </w:rPr>
      </w:pPr>
      <w:r w:rsidRPr="004C06D0">
        <w:rPr>
          <w:rFonts w:ascii="Arial" w:hAnsi="Arial"/>
          <w:sz w:val="36"/>
          <w:lang w:val="fr-FR"/>
        </w:rPr>
        <w:t>Le Lyon Platinum Padel, un incontournable ?</w:t>
      </w:r>
    </w:p>
    <w:p w14:paraId="78D7596E" w14:textId="77777777" w:rsidR="00E30A23" w:rsidRPr="004C06D0" w:rsidRDefault="00E30A23" w:rsidP="00E30A23">
      <w:pPr>
        <w:rPr>
          <w:rFonts w:ascii="Arial" w:hAnsi="Arial"/>
          <w:sz w:val="36"/>
          <w:lang w:val="fr-FR"/>
        </w:rPr>
      </w:pPr>
      <w:r w:rsidRPr="004C06D0">
        <w:rPr>
          <w:rFonts w:ascii="Arial" w:hAnsi="Arial"/>
          <w:sz w:val="36"/>
          <w:lang w:val="fr-FR"/>
        </w:rPr>
        <w:t>C'est le 3</w:t>
      </w:r>
      <w:r w:rsidRPr="004C06D0">
        <w:rPr>
          <w:rFonts w:ascii="Arial" w:hAnsi="Arial"/>
          <w:sz w:val="36"/>
        </w:rPr>
        <w:t>ᵉ</w:t>
      </w:r>
      <w:r w:rsidRPr="004C06D0">
        <w:rPr>
          <w:rFonts w:ascii="Arial" w:hAnsi="Arial"/>
          <w:sz w:val="36"/>
          <w:lang w:val="fr-FR"/>
        </w:rPr>
        <w:t xml:space="preserve"> tournoi de France. En deux éditions, il a placé Lyon sur la carte du padel international. Le plateau accueille l'élite mondiale : 112 joueurs et joueuses sont attendus sur les trois pistes du Palais des sports de Gerland. 28 paires côté hommes, 28 paires côté femmes, dont beaucoup classées dans le Top 30 mondial. Avec notamment, la première joueuse française au classement, la Lyonnaise Alix Collombon.</w:t>
      </w:r>
    </w:p>
    <w:p w14:paraId="788ECBC4" w14:textId="77777777" w:rsidR="00E30A23" w:rsidRPr="004C06D0" w:rsidRDefault="00E30A23" w:rsidP="00E30A23">
      <w:pPr>
        <w:rPr>
          <w:rFonts w:ascii="Arial" w:hAnsi="Arial"/>
          <w:sz w:val="36"/>
          <w:lang w:val="fr-FR"/>
        </w:rPr>
      </w:pPr>
    </w:p>
    <w:p w14:paraId="192C1352" w14:textId="77777777" w:rsidR="00E30A23" w:rsidRPr="004C06D0" w:rsidRDefault="00E30A23" w:rsidP="00E30A23">
      <w:pPr>
        <w:rPr>
          <w:rFonts w:ascii="Arial" w:hAnsi="Arial"/>
          <w:sz w:val="36"/>
          <w:lang w:val="fr-FR"/>
        </w:rPr>
      </w:pPr>
      <w:r w:rsidRPr="004C06D0">
        <w:rPr>
          <w:rFonts w:ascii="Arial" w:hAnsi="Arial"/>
          <w:sz w:val="36"/>
          <w:lang w:val="fr-FR"/>
        </w:rPr>
        <w:t>De quoi régaler le public...</w:t>
      </w:r>
    </w:p>
    <w:p w14:paraId="4AEDE0AB" w14:textId="77777777" w:rsidR="00E30A23" w:rsidRPr="004C06D0" w:rsidRDefault="00E30A23" w:rsidP="00E30A23">
      <w:pPr>
        <w:rPr>
          <w:rFonts w:ascii="Arial" w:hAnsi="Arial"/>
          <w:sz w:val="36"/>
          <w:lang w:val="fr-FR"/>
        </w:rPr>
      </w:pPr>
      <w:r w:rsidRPr="004C06D0">
        <w:rPr>
          <w:rFonts w:ascii="Arial" w:hAnsi="Arial"/>
          <w:sz w:val="36"/>
          <w:lang w:val="fr-FR"/>
        </w:rPr>
        <w:lastRenderedPageBreak/>
        <w:t>Oui ! Le padel de haut niveau est spectaculaire : le bruit des balles, la rapidité, la gestuelle, les rebonds sur les vitres... On en prend plein la vue. C'est inspirant et c'est aussi ça, le but du tournoi : faire encore progresser le padel et son niveau en France.</w:t>
      </w:r>
    </w:p>
    <w:p w14:paraId="22D0DC96" w14:textId="77777777" w:rsidR="00E30A23" w:rsidRPr="004C06D0" w:rsidRDefault="00E30A23" w:rsidP="00E30A23">
      <w:pPr>
        <w:pStyle w:val="Listepuces"/>
        <w:spacing w:line="240" w:lineRule="auto"/>
        <w:ind w:left="720"/>
        <w:rPr>
          <w:rFonts w:ascii="Arial" w:hAnsi="Arial"/>
          <w:sz w:val="36"/>
          <w:lang w:val="fr-FR"/>
        </w:rPr>
      </w:pPr>
      <w:r w:rsidRPr="004C06D0">
        <w:rPr>
          <w:rFonts w:ascii="Arial" w:hAnsi="Arial"/>
          <w:sz w:val="36"/>
          <w:lang w:val="fr-FR"/>
        </w:rPr>
        <w:t>Du 23 au 27 septembre / Palais des sports de Gerland (7</w:t>
      </w:r>
      <w:r w:rsidRPr="004C06D0">
        <w:rPr>
          <w:rFonts w:ascii="Arial" w:hAnsi="Arial"/>
          <w:sz w:val="36"/>
        </w:rPr>
        <w:t>ᵉ</w:t>
      </w:r>
      <w:r w:rsidRPr="004C06D0">
        <w:rPr>
          <w:rFonts w:ascii="Arial" w:hAnsi="Arial"/>
          <w:sz w:val="36"/>
          <w:lang w:val="fr-FR"/>
        </w:rPr>
        <w:t>) / Billetterie à partir de 12 € sur lyonpadel.fr</w:t>
      </w:r>
    </w:p>
    <w:p w14:paraId="5A0DCB6A" w14:textId="20FC98EA" w:rsidR="00617DB3" w:rsidRDefault="00617DB3">
      <w:pPr>
        <w:rPr>
          <w:rFonts w:ascii="Arial" w:hAnsi="Arial"/>
          <w:sz w:val="36"/>
          <w:lang w:val="fr-FR"/>
        </w:rPr>
      </w:pPr>
      <w:r>
        <w:rPr>
          <w:rFonts w:ascii="Arial" w:hAnsi="Arial"/>
          <w:sz w:val="36"/>
          <w:lang w:val="fr-FR"/>
        </w:rPr>
        <w:br w:type="page"/>
      </w:r>
    </w:p>
    <w:p w14:paraId="7A1AF902" w14:textId="1B6EE3F6" w:rsidR="00C84256" w:rsidRPr="00CC5B16" w:rsidRDefault="00CC5B16" w:rsidP="00C84256">
      <w:pPr>
        <w:pStyle w:val="Titre1"/>
        <w:jc w:val="center"/>
        <w:rPr>
          <w:rFonts w:ascii="Arial" w:hAnsi="Arial"/>
          <w:sz w:val="44"/>
          <w:szCs w:val="36"/>
          <w:lang w:val="fr-FR"/>
        </w:rPr>
      </w:pPr>
      <w:bookmarkStart w:id="23" w:name="_Toc239853009"/>
      <w:r w:rsidRPr="00CC5B16">
        <w:rPr>
          <w:rFonts w:ascii="Arial" w:hAnsi="Arial"/>
          <w:sz w:val="44"/>
          <w:szCs w:val="36"/>
          <w:lang w:val="fr-FR"/>
        </w:rPr>
        <w:lastRenderedPageBreak/>
        <w:t>ON SORT !</w:t>
      </w:r>
      <w:bookmarkEnd w:id="23"/>
    </w:p>
    <w:p w14:paraId="77CFB69D" w14:textId="77777777" w:rsidR="00C84256" w:rsidRPr="00CC5B16" w:rsidRDefault="00C84256" w:rsidP="00C84256">
      <w:pPr>
        <w:pStyle w:val="Titre1"/>
        <w:jc w:val="center"/>
        <w:rPr>
          <w:rFonts w:ascii="Arial" w:hAnsi="Arial"/>
          <w:smallCaps/>
          <w:sz w:val="44"/>
          <w:szCs w:val="36"/>
          <w:lang w:val="fr-FR"/>
        </w:rPr>
      </w:pPr>
      <w:bookmarkStart w:id="24" w:name="_Toc239853010"/>
      <w:r w:rsidRPr="00CC5B16">
        <w:rPr>
          <w:rFonts w:ascii="Arial" w:hAnsi="Arial"/>
          <w:smallCaps/>
          <w:sz w:val="44"/>
          <w:szCs w:val="36"/>
          <w:lang w:val="fr-FR"/>
        </w:rPr>
        <w:t>Agenda</w:t>
      </w:r>
      <w:bookmarkEnd w:id="24"/>
    </w:p>
    <w:p w14:paraId="769D8CA8" w14:textId="77777777" w:rsidR="00C84256" w:rsidRPr="00CC5B16" w:rsidRDefault="00C84256" w:rsidP="00C84256">
      <w:pPr>
        <w:jc w:val="center"/>
        <w:rPr>
          <w:rFonts w:ascii="Arial" w:hAnsi="Arial"/>
          <w:b/>
          <w:bCs/>
          <w:sz w:val="40"/>
          <w:szCs w:val="24"/>
          <w:lang w:val="fr-FR"/>
        </w:rPr>
      </w:pPr>
      <w:r w:rsidRPr="00CC5B16">
        <w:rPr>
          <w:rFonts w:ascii="Arial" w:hAnsi="Arial"/>
          <w:b/>
          <w:bCs/>
          <w:sz w:val="40"/>
          <w:szCs w:val="24"/>
          <w:lang w:val="fr-FR"/>
        </w:rPr>
        <w:t>Tout l'agenda des sorties sur lyon.fr</w:t>
      </w:r>
    </w:p>
    <w:p w14:paraId="152A1154" w14:textId="77777777" w:rsidR="00C84256" w:rsidRPr="004C06D0" w:rsidRDefault="00C84256" w:rsidP="00C84256">
      <w:pPr>
        <w:rPr>
          <w:rFonts w:ascii="Arial" w:hAnsi="Arial"/>
          <w:sz w:val="36"/>
          <w:lang w:val="fr-FR"/>
        </w:rPr>
      </w:pPr>
    </w:p>
    <w:p w14:paraId="09E78694" w14:textId="77777777" w:rsidR="00C84256" w:rsidRPr="004C06D0" w:rsidRDefault="00C84256" w:rsidP="00C84256">
      <w:pPr>
        <w:rPr>
          <w:rFonts w:ascii="Arial" w:hAnsi="Arial"/>
          <w:sz w:val="36"/>
          <w:lang w:val="fr-FR"/>
        </w:rPr>
      </w:pPr>
      <w:r w:rsidRPr="004C06D0">
        <w:rPr>
          <w:rFonts w:ascii="Arial" w:hAnsi="Arial"/>
          <w:sz w:val="36"/>
          <w:lang w:val="fr-FR"/>
        </w:rPr>
        <w:t>19 ET 20 septembre :</w:t>
      </w:r>
    </w:p>
    <w:p w14:paraId="1222A50C" w14:textId="78276D69" w:rsidR="00C84256" w:rsidRPr="004C06D0" w:rsidRDefault="00C84256" w:rsidP="00E57313">
      <w:pPr>
        <w:pStyle w:val="Listepuces"/>
        <w:rPr>
          <w:lang w:val="fr-FR"/>
        </w:rPr>
      </w:pPr>
      <w:r w:rsidRPr="004C06D0">
        <w:rPr>
          <w:lang w:val="fr-FR"/>
        </w:rPr>
        <w:t>Fête du vélo : Place Bellecour</w:t>
      </w:r>
    </w:p>
    <w:p w14:paraId="5622898F" w14:textId="77777777" w:rsidR="00C84256" w:rsidRPr="004C06D0" w:rsidRDefault="00C84256" w:rsidP="00C84256">
      <w:pPr>
        <w:rPr>
          <w:rFonts w:ascii="Arial" w:hAnsi="Arial"/>
          <w:sz w:val="36"/>
          <w:lang w:val="fr-FR"/>
        </w:rPr>
      </w:pPr>
    </w:p>
    <w:p w14:paraId="060428BE" w14:textId="77777777" w:rsidR="00C84256" w:rsidRPr="004C06D0" w:rsidRDefault="00C84256" w:rsidP="00C84256">
      <w:pPr>
        <w:rPr>
          <w:rFonts w:ascii="Arial" w:hAnsi="Arial"/>
          <w:sz w:val="36"/>
          <w:lang w:val="fr-FR"/>
        </w:rPr>
      </w:pPr>
      <w:r w:rsidRPr="004C06D0">
        <w:rPr>
          <w:rFonts w:ascii="Arial" w:hAnsi="Arial"/>
          <w:sz w:val="36"/>
          <w:lang w:val="fr-FR"/>
        </w:rPr>
        <w:t>19 ET 20 septembre :</w:t>
      </w:r>
    </w:p>
    <w:p w14:paraId="689BA2D0" w14:textId="29ED12EE" w:rsidR="00C84256" w:rsidRPr="004C06D0" w:rsidRDefault="00C84256" w:rsidP="00E57313">
      <w:pPr>
        <w:pStyle w:val="Listepuces"/>
        <w:rPr>
          <w:lang w:val="fr-FR"/>
        </w:rPr>
      </w:pPr>
      <w:r w:rsidRPr="004C06D0">
        <w:rPr>
          <w:lang w:val="fr-FR"/>
        </w:rPr>
        <w:t>Lyon kayak :</w:t>
      </w:r>
    </w:p>
    <w:p w14:paraId="35C202B2" w14:textId="77777777" w:rsidR="00C84256" w:rsidRPr="004C06D0" w:rsidRDefault="00C84256" w:rsidP="00C84256">
      <w:pPr>
        <w:rPr>
          <w:rFonts w:ascii="Arial" w:hAnsi="Arial"/>
          <w:sz w:val="36"/>
          <w:lang w:val="fr-FR"/>
        </w:rPr>
      </w:pPr>
      <w:hyperlink r:id="rId16">
        <w:r w:rsidRPr="004C06D0">
          <w:rPr>
            <w:rFonts w:ascii="Arial" w:hAnsi="Arial"/>
            <w:color w:val="0000EE"/>
            <w:sz w:val="36"/>
            <w:u w:val="single"/>
            <w:lang w:val="fr-FR"/>
          </w:rPr>
          <w:t>lyonkayak.com</w:t>
        </w:r>
      </w:hyperlink>
    </w:p>
    <w:p w14:paraId="6EEE272D" w14:textId="77777777" w:rsidR="00C84256" w:rsidRPr="004C06D0" w:rsidRDefault="00C84256" w:rsidP="00C84256">
      <w:pPr>
        <w:rPr>
          <w:rFonts w:ascii="Arial" w:hAnsi="Arial"/>
          <w:sz w:val="36"/>
          <w:lang w:val="fr-FR"/>
        </w:rPr>
      </w:pPr>
    </w:p>
    <w:p w14:paraId="4161D23F" w14:textId="77777777" w:rsidR="00C84256" w:rsidRPr="004C06D0" w:rsidRDefault="00C84256" w:rsidP="00C84256">
      <w:pPr>
        <w:rPr>
          <w:rFonts w:ascii="Arial" w:hAnsi="Arial"/>
          <w:sz w:val="36"/>
          <w:lang w:val="fr-FR"/>
        </w:rPr>
      </w:pPr>
      <w:r w:rsidRPr="004C06D0">
        <w:rPr>
          <w:rFonts w:ascii="Arial" w:hAnsi="Arial"/>
          <w:sz w:val="36"/>
          <w:lang w:val="fr-FR"/>
        </w:rPr>
        <w:t>Du 23 septembre au 27 novembre :</w:t>
      </w:r>
    </w:p>
    <w:p w14:paraId="60CBA01D" w14:textId="0D15B85B" w:rsidR="00C84256" w:rsidRPr="004C06D0" w:rsidRDefault="00C84256" w:rsidP="00E57313">
      <w:pPr>
        <w:pStyle w:val="Listepuces"/>
        <w:rPr>
          <w:lang w:val="fr-FR"/>
        </w:rPr>
      </w:pPr>
      <w:proofErr w:type="spellStart"/>
      <w:r w:rsidRPr="004C06D0">
        <w:rPr>
          <w:lang w:val="fr-FR"/>
        </w:rPr>
        <w:t>Luminiscence</w:t>
      </w:r>
      <w:proofErr w:type="spellEnd"/>
      <w:r w:rsidRPr="004C06D0">
        <w:rPr>
          <w:lang w:val="fr-FR"/>
        </w:rPr>
        <w:t> :</w:t>
      </w:r>
    </w:p>
    <w:p w14:paraId="7ECA6195" w14:textId="77777777" w:rsidR="00C84256" w:rsidRPr="004C06D0" w:rsidRDefault="00C84256" w:rsidP="00C84256">
      <w:pPr>
        <w:rPr>
          <w:rFonts w:ascii="Arial" w:hAnsi="Arial"/>
          <w:sz w:val="36"/>
          <w:lang w:val="fr-FR"/>
        </w:rPr>
      </w:pPr>
      <w:r w:rsidRPr="004C06D0">
        <w:rPr>
          <w:rFonts w:ascii="Arial" w:hAnsi="Arial"/>
          <w:sz w:val="36"/>
          <w:lang w:val="fr-FR"/>
        </w:rPr>
        <w:t>Basilique Saint-Bonaventure (2e)</w:t>
      </w:r>
    </w:p>
    <w:p w14:paraId="350E844B" w14:textId="77777777" w:rsidR="00C84256" w:rsidRPr="004C06D0" w:rsidRDefault="00C84256" w:rsidP="00C84256">
      <w:pPr>
        <w:rPr>
          <w:rFonts w:ascii="Arial" w:hAnsi="Arial"/>
          <w:sz w:val="36"/>
          <w:lang w:val="fr-FR"/>
        </w:rPr>
      </w:pPr>
      <w:hyperlink r:id="rId17">
        <w:r w:rsidRPr="004C06D0">
          <w:rPr>
            <w:rFonts w:ascii="Arial" w:hAnsi="Arial"/>
            <w:color w:val="0000EE"/>
            <w:sz w:val="36"/>
            <w:u w:val="single"/>
            <w:lang w:val="fr-FR"/>
          </w:rPr>
          <w:t>luminiscence.com</w:t>
        </w:r>
      </w:hyperlink>
    </w:p>
    <w:p w14:paraId="08F61222" w14:textId="77777777" w:rsidR="00C84256" w:rsidRPr="004C06D0" w:rsidRDefault="00C84256" w:rsidP="00C84256">
      <w:pPr>
        <w:rPr>
          <w:rFonts w:ascii="Arial" w:hAnsi="Arial"/>
          <w:sz w:val="36"/>
          <w:lang w:val="fr-FR"/>
        </w:rPr>
      </w:pPr>
    </w:p>
    <w:p w14:paraId="63225081" w14:textId="77777777" w:rsidR="00C84256" w:rsidRPr="004C06D0" w:rsidRDefault="00C84256" w:rsidP="00C84256">
      <w:pPr>
        <w:rPr>
          <w:rFonts w:ascii="Arial" w:hAnsi="Arial"/>
          <w:sz w:val="36"/>
          <w:lang w:val="fr-FR"/>
        </w:rPr>
      </w:pPr>
      <w:r w:rsidRPr="004C06D0">
        <w:rPr>
          <w:rFonts w:ascii="Arial" w:hAnsi="Arial"/>
          <w:sz w:val="36"/>
          <w:lang w:val="fr-FR"/>
        </w:rPr>
        <w:t>Du 30 septembre au 8 octobre :</w:t>
      </w:r>
    </w:p>
    <w:p w14:paraId="367760DF" w14:textId="5630969B" w:rsidR="00C84256" w:rsidRPr="004C06D0" w:rsidRDefault="00C84256" w:rsidP="00E57313">
      <w:pPr>
        <w:pStyle w:val="Listepuces"/>
        <w:rPr>
          <w:lang w:val="fr-FR"/>
        </w:rPr>
      </w:pPr>
      <w:r w:rsidRPr="004C06D0">
        <w:rPr>
          <w:lang w:val="fr-FR"/>
        </w:rPr>
        <w:t>Requiem(s)</w:t>
      </w:r>
    </w:p>
    <w:p w14:paraId="1CCC1618" w14:textId="77777777" w:rsidR="00C84256" w:rsidRPr="004C06D0" w:rsidRDefault="00C84256" w:rsidP="00C84256">
      <w:pPr>
        <w:rPr>
          <w:rFonts w:ascii="Arial" w:hAnsi="Arial"/>
          <w:sz w:val="36"/>
          <w:lang w:val="fr-FR"/>
        </w:rPr>
      </w:pPr>
      <w:r w:rsidRPr="004C06D0">
        <w:rPr>
          <w:rFonts w:ascii="Arial" w:hAnsi="Arial"/>
          <w:sz w:val="36"/>
          <w:lang w:val="fr-FR"/>
        </w:rPr>
        <w:t>Maison de la danse</w:t>
      </w:r>
    </w:p>
    <w:p w14:paraId="5C784A58" w14:textId="77777777" w:rsidR="00C84256" w:rsidRPr="004C06D0" w:rsidRDefault="00C84256" w:rsidP="00C84256">
      <w:pPr>
        <w:rPr>
          <w:rFonts w:ascii="Arial" w:hAnsi="Arial"/>
          <w:sz w:val="36"/>
          <w:lang w:val="fr-FR"/>
        </w:rPr>
      </w:pPr>
      <w:hyperlink r:id="rId18">
        <w:r w:rsidRPr="004C06D0">
          <w:rPr>
            <w:rFonts w:ascii="Arial" w:hAnsi="Arial"/>
            <w:color w:val="0000EE"/>
            <w:sz w:val="36"/>
            <w:u w:val="single"/>
            <w:lang w:val="fr-FR"/>
          </w:rPr>
          <w:t>maisondeladanse.com</w:t>
        </w:r>
      </w:hyperlink>
    </w:p>
    <w:p w14:paraId="0DC8F195" w14:textId="77777777" w:rsidR="00C84256" w:rsidRPr="004C06D0" w:rsidRDefault="00C84256" w:rsidP="00C84256">
      <w:pPr>
        <w:rPr>
          <w:rFonts w:ascii="Arial" w:hAnsi="Arial"/>
          <w:sz w:val="36"/>
          <w:lang w:val="fr-FR"/>
        </w:rPr>
      </w:pPr>
    </w:p>
    <w:p w14:paraId="70E88BE9" w14:textId="77777777" w:rsidR="00C84256" w:rsidRPr="004C06D0" w:rsidRDefault="00C84256" w:rsidP="00C84256">
      <w:pPr>
        <w:rPr>
          <w:rFonts w:ascii="Arial" w:hAnsi="Arial"/>
          <w:sz w:val="36"/>
          <w:lang w:val="fr-FR"/>
        </w:rPr>
      </w:pPr>
      <w:r w:rsidRPr="004C06D0">
        <w:rPr>
          <w:rFonts w:ascii="Arial" w:hAnsi="Arial"/>
          <w:sz w:val="36"/>
          <w:lang w:val="fr-FR"/>
        </w:rPr>
        <w:t>Du 2 au 12 octobre :</w:t>
      </w:r>
    </w:p>
    <w:p w14:paraId="244C5EFC" w14:textId="475B54FE" w:rsidR="00C84256" w:rsidRPr="004C06D0" w:rsidRDefault="00C84256" w:rsidP="00E57313">
      <w:pPr>
        <w:pStyle w:val="Listepuces"/>
        <w:rPr>
          <w:lang w:val="fr-FR"/>
        </w:rPr>
      </w:pPr>
      <w:r w:rsidRPr="004C06D0">
        <w:rPr>
          <w:lang w:val="fr-FR"/>
        </w:rPr>
        <w:t>Fête de la science :</w:t>
      </w:r>
    </w:p>
    <w:p w14:paraId="20E4AE68" w14:textId="77777777" w:rsidR="00C84256" w:rsidRPr="004C06D0" w:rsidRDefault="00C84256" w:rsidP="00C84256">
      <w:pPr>
        <w:rPr>
          <w:rFonts w:ascii="Arial" w:hAnsi="Arial"/>
          <w:sz w:val="36"/>
          <w:lang w:val="fr-FR"/>
        </w:rPr>
      </w:pPr>
      <w:hyperlink r:id="rId19">
        <w:r w:rsidRPr="004C06D0">
          <w:rPr>
            <w:rFonts w:ascii="Arial" w:hAnsi="Arial"/>
            <w:color w:val="0000EE"/>
            <w:sz w:val="36"/>
            <w:u w:val="single"/>
            <w:lang w:val="fr-FR"/>
          </w:rPr>
          <w:t>fetedelascience-aura.com/</w:t>
        </w:r>
      </w:hyperlink>
    </w:p>
    <w:p w14:paraId="0003A2DA" w14:textId="77777777" w:rsidR="00C84256" w:rsidRPr="004C06D0" w:rsidRDefault="00C84256" w:rsidP="00C84256">
      <w:pPr>
        <w:rPr>
          <w:rFonts w:ascii="Arial" w:hAnsi="Arial"/>
          <w:sz w:val="36"/>
          <w:lang w:val="fr-FR"/>
        </w:rPr>
      </w:pPr>
    </w:p>
    <w:p w14:paraId="268B3B38" w14:textId="77777777" w:rsidR="00C84256" w:rsidRPr="004C06D0" w:rsidRDefault="00C84256" w:rsidP="00C84256">
      <w:pPr>
        <w:rPr>
          <w:rFonts w:ascii="Arial" w:hAnsi="Arial"/>
          <w:sz w:val="36"/>
          <w:lang w:val="fr-FR"/>
        </w:rPr>
      </w:pPr>
      <w:r w:rsidRPr="004C06D0">
        <w:rPr>
          <w:rFonts w:ascii="Arial" w:hAnsi="Arial"/>
          <w:sz w:val="36"/>
          <w:lang w:val="fr-FR"/>
        </w:rPr>
        <w:t>30 octobre :</w:t>
      </w:r>
    </w:p>
    <w:p w14:paraId="466BABC3" w14:textId="73C52D9B" w:rsidR="00C84256" w:rsidRPr="004C06D0" w:rsidRDefault="00C84256" w:rsidP="00E57313">
      <w:pPr>
        <w:pStyle w:val="Listepuces"/>
        <w:rPr>
          <w:lang w:val="fr-FR"/>
        </w:rPr>
      </w:pPr>
      <w:r w:rsidRPr="004C06D0">
        <w:rPr>
          <w:lang w:val="fr-FR"/>
        </w:rPr>
        <w:t>Bourse du Travail :</w:t>
      </w:r>
    </w:p>
    <w:p w14:paraId="2BA92607" w14:textId="77777777" w:rsidR="00C84256" w:rsidRPr="004C06D0" w:rsidRDefault="00C84256" w:rsidP="00C84256">
      <w:pPr>
        <w:rPr>
          <w:rFonts w:ascii="Arial" w:hAnsi="Arial"/>
          <w:sz w:val="36"/>
          <w:lang w:val="fr-FR"/>
        </w:rPr>
      </w:pPr>
      <w:r w:rsidRPr="004C06D0">
        <w:rPr>
          <w:rFonts w:ascii="Arial" w:hAnsi="Arial"/>
          <w:sz w:val="36"/>
          <w:lang w:val="fr-FR"/>
        </w:rPr>
        <w:t>Toute l'histoire de la peinture en deux heures</w:t>
      </w:r>
    </w:p>
    <w:p w14:paraId="1324B5F5" w14:textId="77777777" w:rsidR="00C84256" w:rsidRPr="004C06D0" w:rsidRDefault="00C84256" w:rsidP="00C84256">
      <w:pPr>
        <w:rPr>
          <w:rFonts w:ascii="Arial" w:hAnsi="Arial"/>
          <w:sz w:val="36"/>
          <w:lang w:val="fr-FR"/>
        </w:rPr>
      </w:pPr>
      <w:hyperlink r:id="rId20">
        <w:r w:rsidRPr="004C06D0">
          <w:rPr>
            <w:rFonts w:ascii="Arial" w:hAnsi="Arial"/>
            <w:color w:val="0000EE"/>
            <w:sz w:val="36"/>
            <w:u w:val="single"/>
            <w:lang w:val="fr-FR"/>
          </w:rPr>
          <w:t>bourse-du-travail.com</w:t>
        </w:r>
      </w:hyperlink>
    </w:p>
    <w:p w14:paraId="02654290" w14:textId="77777777" w:rsidR="00C84256" w:rsidRPr="004C06D0" w:rsidRDefault="00C84256" w:rsidP="00C84256">
      <w:pPr>
        <w:rPr>
          <w:rFonts w:ascii="Arial" w:hAnsi="Arial"/>
          <w:sz w:val="36"/>
          <w:lang w:val="fr-FR"/>
        </w:rPr>
      </w:pPr>
    </w:p>
    <w:p w14:paraId="01B73787" w14:textId="77777777" w:rsidR="00C84256" w:rsidRPr="004C06D0" w:rsidRDefault="00C84256" w:rsidP="00C84256">
      <w:pPr>
        <w:rPr>
          <w:rFonts w:ascii="Arial" w:hAnsi="Arial"/>
          <w:sz w:val="36"/>
          <w:lang w:val="fr-FR"/>
        </w:rPr>
      </w:pPr>
      <w:r w:rsidRPr="004C06D0">
        <w:rPr>
          <w:rFonts w:ascii="Arial" w:hAnsi="Arial"/>
          <w:sz w:val="36"/>
          <w:lang w:val="fr-FR"/>
        </w:rPr>
        <w:t>7 novembre :</w:t>
      </w:r>
    </w:p>
    <w:p w14:paraId="6CD9E5C6" w14:textId="75017E4E" w:rsidR="00C84256" w:rsidRPr="004C06D0" w:rsidRDefault="00C84256" w:rsidP="00E57313">
      <w:pPr>
        <w:pStyle w:val="Listepuces"/>
        <w:rPr>
          <w:lang w:val="fr-FR"/>
        </w:rPr>
      </w:pPr>
      <w:r w:rsidRPr="004C06D0">
        <w:rPr>
          <w:lang w:val="fr-FR"/>
        </w:rPr>
        <w:t>LUT by night :</w:t>
      </w:r>
    </w:p>
    <w:p w14:paraId="7E50C273" w14:textId="77777777" w:rsidR="00C84256" w:rsidRPr="004C06D0" w:rsidRDefault="00C84256" w:rsidP="00C84256">
      <w:pPr>
        <w:rPr>
          <w:rFonts w:ascii="Arial" w:hAnsi="Arial"/>
          <w:sz w:val="36"/>
          <w:lang w:val="fr-FR"/>
        </w:rPr>
      </w:pPr>
      <w:hyperlink r:id="rId21">
        <w:r w:rsidRPr="004C06D0">
          <w:rPr>
            <w:rFonts w:ascii="Arial" w:hAnsi="Arial"/>
            <w:color w:val="0000EE"/>
            <w:sz w:val="36"/>
            <w:u w:val="single"/>
            <w:lang w:val="fr-FR"/>
          </w:rPr>
          <w:t>lutbynight.com</w:t>
        </w:r>
      </w:hyperlink>
    </w:p>
    <w:p w14:paraId="7B40B321" w14:textId="77777777" w:rsidR="00C84256" w:rsidRPr="004C06D0" w:rsidRDefault="00C84256" w:rsidP="00C84256">
      <w:pPr>
        <w:rPr>
          <w:rFonts w:ascii="Arial" w:hAnsi="Arial"/>
          <w:sz w:val="36"/>
          <w:lang w:val="fr-FR"/>
        </w:rPr>
      </w:pPr>
    </w:p>
    <w:p w14:paraId="7C24F4D7" w14:textId="77777777" w:rsidR="00C84256" w:rsidRPr="004C06D0" w:rsidRDefault="00C84256" w:rsidP="00C84256">
      <w:pPr>
        <w:rPr>
          <w:rFonts w:ascii="Arial" w:hAnsi="Arial"/>
          <w:sz w:val="36"/>
          <w:lang w:val="fr-FR"/>
        </w:rPr>
      </w:pPr>
      <w:r w:rsidRPr="004C06D0">
        <w:rPr>
          <w:rFonts w:ascii="Arial" w:hAnsi="Arial"/>
          <w:sz w:val="36"/>
          <w:lang w:val="fr-FR"/>
        </w:rPr>
        <w:t>Du 3 au 14 novembre :</w:t>
      </w:r>
    </w:p>
    <w:p w14:paraId="30D1E60D" w14:textId="23713C02" w:rsidR="00C84256" w:rsidRPr="004C06D0" w:rsidRDefault="00C84256" w:rsidP="00E57313">
      <w:pPr>
        <w:pStyle w:val="Listepuces"/>
        <w:rPr>
          <w:lang w:val="fr-FR"/>
        </w:rPr>
      </w:pPr>
      <w:r w:rsidRPr="004C06D0">
        <w:rPr>
          <w:lang w:val="fr-FR"/>
        </w:rPr>
        <w:t>Le sacre du printemps (Stravinski) :</w:t>
      </w:r>
    </w:p>
    <w:p w14:paraId="7F7343A1" w14:textId="77777777" w:rsidR="00C84256" w:rsidRPr="004C06D0" w:rsidRDefault="00C84256" w:rsidP="00C84256">
      <w:pPr>
        <w:rPr>
          <w:rFonts w:ascii="Arial" w:hAnsi="Arial"/>
          <w:sz w:val="36"/>
          <w:lang w:val="fr-FR"/>
        </w:rPr>
      </w:pPr>
      <w:r w:rsidRPr="004C06D0">
        <w:rPr>
          <w:rFonts w:ascii="Arial" w:hAnsi="Arial"/>
          <w:sz w:val="36"/>
          <w:lang w:val="fr-FR"/>
        </w:rPr>
        <w:t>Opéra de Lyon</w:t>
      </w:r>
    </w:p>
    <w:p w14:paraId="03F67F90" w14:textId="77777777" w:rsidR="00C84256" w:rsidRPr="004C06D0" w:rsidRDefault="00C84256" w:rsidP="00C84256">
      <w:pPr>
        <w:rPr>
          <w:rFonts w:ascii="Arial" w:hAnsi="Arial"/>
          <w:sz w:val="36"/>
          <w:lang w:val="fr-FR"/>
        </w:rPr>
      </w:pPr>
      <w:hyperlink r:id="rId22">
        <w:r w:rsidRPr="004C06D0">
          <w:rPr>
            <w:rFonts w:ascii="Arial" w:hAnsi="Arial"/>
            <w:color w:val="0000EE"/>
            <w:sz w:val="36"/>
            <w:u w:val="single"/>
            <w:lang w:val="fr-FR"/>
          </w:rPr>
          <w:t>opera-lyon.com</w:t>
        </w:r>
      </w:hyperlink>
    </w:p>
    <w:p w14:paraId="22886565" w14:textId="77777777" w:rsidR="00C84256" w:rsidRPr="004C06D0" w:rsidRDefault="00C84256" w:rsidP="00C84256">
      <w:pPr>
        <w:rPr>
          <w:rFonts w:ascii="Arial" w:hAnsi="Arial"/>
          <w:sz w:val="36"/>
          <w:lang w:val="fr-FR"/>
        </w:rPr>
      </w:pPr>
    </w:p>
    <w:p w14:paraId="65A6A25D" w14:textId="77777777" w:rsidR="00C84256" w:rsidRPr="004C06D0" w:rsidRDefault="00C84256" w:rsidP="00C84256">
      <w:pPr>
        <w:rPr>
          <w:rFonts w:ascii="Arial" w:hAnsi="Arial"/>
          <w:sz w:val="36"/>
          <w:lang w:val="fr-FR"/>
        </w:rPr>
      </w:pPr>
      <w:r w:rsidRPr="004C06D0">
        <w:rPr>
          <w:rFonts w:ascii="Arial" w:hAnsi="Arial"/>
          <w:sz w:val="36"/>
          <w:lang w:val="fr-FR"/>
        </w:rPr>
        <w:t>13 et 14 novembre :</w:t>
      </w:r>
    </w:p>
    <w:p w14:paraId="44AFBF59" w14:textId="4DB3F6EA" w:rsidR="00C84256" w:rsidRPr="004C06D0" w:rsidRDefault="00C84256" w:rsidP="00E57313">
      <w:pPr>
        <w:pStyle w:val="Listepuces"/>
        <w:rPr>
          <w:lang w:val="fr-FR"/>
        </w:rPr>
      </w:pPr>
      <w:r w:rsidRPr="004C06D0">
        <w:rPr>
          <w:lang w:val="fr-FR"/>
        </w:rPr>
        <w:t>Lyon burlesque festival : au Marché Gare</w:t>
      </w:r>
    </w:p>
    <w:p w14:paraId="254C92F3" w14:textId="77777777" w:rsidR="00C84256" w:rsidRPr="004C06D0" w:rsidRDefault="00C84256" w:rsidP="00C84256">
      <w:pPr>
        <w:rPr>
          <w:rFonts w:ascii="Arial" w:hAnsi="Arial"/>
          <w:sz w:val="36"/>
          <w:lang w:val="fr-FR"/>
        </w:rPr>
      </w:pPr>
      <w:hyperlink r:id="rId23">
        <w:r w:rsidRPr="004C06D0">
          <w:rPr>
            <w:rFonts w:ascii="Arial" w:hAnsi="Arial"/>
            <w:color w:val="0000EE"/>
            <w:sz w:val="36"/>
            <w:u w:val="single"/>
            <w:lang w:val="fr-FR"/>
          </w:rPr>
          <w:t>marchegare.fr</w:t>
        </w:r>
      </w:hyperlink>
    </w:p>
    <w:p w14:paraId="05AE310C" w14:textId="77777777" w:rsidR="00C84256" w:rsidRPr="004C06D0" w:rsidRDefault="00C84256" w:rsidP="00C84256">
      <w:pPr>
        <w:rPr>
          <w:rFonts w:ascii="Arial" w:hAnsi="Arial"/>
          <w:sz w:val="36"/>
          <w:lang w:val="fr-FR"/>
        </w:rPr>
      </w:pPr>
    </w:p>
    <w:p w14:paraId="069C58C1" w14:textId="77777777" w:rsidR="00C84256" w:rsidRPr="004C06D0" w:rsidRDefault="00C84256" w:rsidP="00C84256">
      <w:pPr>
        <w:rPr>
          <w:rFonts w:ascii="Arial" w:hAnsi="Arial"/>
          <w:sz w:val="36"/>
          <w:lang w:val="fr-FR"/>
        </w:rPr>
      </w:pPr>
      <w:r w:rsidRPr="004C06D0">
        <w:rPr>
          <w:rFonts w:ascii="Arial" w:hAnsi="Arial"/>
          <w:sz w:val="36"/>
          <w:lang w:val="fr-FR"/>
        </w:rPr>
        <w:t>ABONNEZ-VOUS À LA NEWSLETTER CULTURE !</w:t>
      </w:r>
    </w:p>
    <w:p w14:paraId="37058ADA" w14:textId="77777777" w:rsidR="00C84256" w:rsidRPr="004C06D0" w:rsidRDefault="00C84256" w:rsidP="00C84256">
      <w:pPr>
        <w:rPr>
          <w:rFonts w:ascii="Arial" w:hAnsi="Arial"/>
          <w:sz w:val="36"/>
          <w:lang w:val="fr-FR"/>
        </w:rPr>
      </w:pPr>
      <w:hyperlink r:id="rId24">
        <w:r w:rsidRPr="004C06D0">
          <w:rPr>
            <w:rFonts w:ascii="Arial" w:hAnsi="Arial"/>
            <w:color w:val="0000EE"/>
            <w:sz w:val="36"/>
            <w:u w:val="single"/>
            <w:lang w:val="fr-FR"/>
          </w:rPr>
          <w:t>lyon.fr/newsletters-ville-de-</w:t>
        </w:r>
        <w:proofErr w:type="spellStart"/>
        <w:r w:rsidRPr="004C06D0">
          <w:rPr>
            <w:rFonts w:ascii="Arial" w:hAnsi="Arial"/>
            <w:color w:val="0000EE"/>
            <w:sz w:val="36"/>
            <w:u w:val="single"/>
            <w:lang w:val="fr-FR"/>
          </w:rPr>
          <w:t>lyon</w:t>
        </w:r>
        <w:proofErr w:type="spellEnd"/>
      </w:hyperlink>
    </w:p>
    <w:p w14:paraId="6AACA383" w14:textId="77777777" w:rsidR="00C84256" w:rsidRPr="004C06D0" w:rsidRDefault="00C84256" w:rsidP="00C84256">
      <w:pPr>
        <w:rPr>
          <w:rFonts w:ascii="Arial" w:hAnsi="Arial"/>
          <w:sz w:val="36"/>
          <w:lang w:val="fr-FR"/>
        </w:rPr>
      </w:pPr>
    </w:p>
    <w:p w14:paraId="7C09BC04" w14:textId="77777777" w:rsidR="00C84256" w:rsidRPr="004C06D0" w:rsidRDefault="00C84256" w:rsidP="00C84256">
      <w:pPr>
        <w:rPr>
          <w:rFonts w:ascii="Arial" w:hAnsi="Arial"/>
          <w:sz w:val="36"/>
          <w:lang w:val="fr-FR"/>
        </w:rPr>
      </w:pPr>
    </w:p>
    <w:p w14:paraId="1C7EE715" w14:textId="7B2E9B51" w:rsidR="00C84256" w:rsidRPr="004C06D0" w:rsidRDefault="00CC5B16" w:rsidP="00C84256">
      <w:pPr>
        <w:rPr>
          <w:rFonts w:ascii="Arial" w:hAnsi="Arial"/>
          <w:sz w:val="36"/>
          <w:lang w:val="fr-FR"/>
        </w:rPr>
      </w:pPr>
      <w:r w:rsidRPr="00CC5B16">
        <w:rPr>
          <w:rFonts w:ascii="Arial" w:hAnsi="Arial"/>
          <w:b/>
          <w:bCs/>
          <w:sz w:val="36"/>
          <w:lang w:val="fr-FR"/>
        </w:rPr>
        <w:t>DIVERS LIEUX :</w:t>
      </w:r>
      <w:r w:rsidRPr="00CC5B16">
        <w:rPr>
          <w:rFonts w:ascii="Arial" w:hAnsi="Arial"/>
          <w:b/>
          <w:bCs/>
          <w:sz w:val="36"/>
          <w:lang w:val="fr-FR"/>
        </w:rPr>
        <w:br/>
      </w:r>
      <w:r w:rsidR="00C84256" w:rsidRPr="004C06D0">
        <w:rPr>
          <w:rFonts w:ascii="Arial" w:hAnsi="Arial"/>
          <w:sz w:val="36"/>
          <w:lang w:val="fr-FR"/>
        </w:rPr>
        <w:t>Du 25 septembre au 25 octobre :</w:t>
      </w:r>
    </w:p>
    <w:p w14:paraId="4B73CD65" w14:textId="69041604" w:rsidR="00C84256" w:rsidRPr="004C06D0" w:rsidRDefault="00C84256" w:rsidP="00E57313">
      <w:pPr>
        <w:pStyle w:val="Listepuces"/>
        <w:rPr>
          <w:lang w:val="fr-FR"/>
        </w:rPr>
      </w:pPr>
      <w:proofErr w:type="spellStart"/>
      <w:r w:rsidRPr="004C06D0">
        <w:rPr>
          <w:lang w:val="fr-FR"/>
        </w:rPr>
        <w:t>Karavel</w:t>
      </w:r>
      <w:proofErr w:type="spellEnd"/>
      <w:r w:rsidRPr="004C06D0">
        <w:rPr>
          <w:lang w:val="fr-FR"/>
        </w:rPr>
        <w:t xml:space="preserve"> vous transporte !</w:t>
      </w:r>
    </w:p>
    <w:p w14:paraId="349B8172" w14:textId="77777777" w:rsidR="00C84256" w:rsidRPr="004C06D0" w:rsidRDefault="00C84256" w:rsidP="00C84256">
      <w:pPr>
        <w:rPr>
          <w:rFonts w:ascii="Arial" w:hAnsi="Arial"/>
          <w:sz w:val="36"/>
          <w:lang w:val="fr-FR"/>
        </w:rPr>
      </w:pPr>
      <w:r w:rsidRPr="004C06D0">
        <w:rPr>
          <w:rFonts w:ascii="Arial" w:hAnsi="Arial"/>
          <w:sz w:val="36"/>
          <w:lang w:val="fr-FR"/>
        </w:rPr>
        <w:t xml:space="preserve">Le festival </w:t>
      </w:r>
      <w:proofErr w:type="spellStart"/>
      <w:r w:rsidRPr="004C06D0">
        <w:rPr>
          <w:rFonts w:ascii="Arial" w:hAnsi="Arial"/>
          <w:sz w:val="36"/>
          <w:lang w:val="fr-FR"/>
        </w:rPr>
        <w:t>Karavel</w:t>
      </w:r>
      <w:proofErr w:type="spellEnd"/>
      <w:r w:rsidRPr="004C06D0">
        <w:rPr>
          <w:rFonts w:ascii="Arial" w:hAnsi="Arial"/>
          <w:sz w:val="36"/>
          <w:lang w:val="fr-FR"/>
        </w:rPr>
        <w:t xml:space="preserve"> revient pour célébrer les arts urbains sous toutes leurs formes : danse, musique, théâtre et performances. Cet événement unique en son genre mise sur la rencontre entre artistes et public, dans une ambiance festive et accessible à tous. Cette année, Lyon accueille plusieurs temps forts du festival. Ne manquez pas Voltaïk (aux </w:t>
      </w:r>
      <w:proofErr w:type="spellStart"/>
      <w:r w:rsidRPr="004C06D0">
        <w:rPr>
          <w:rFonts w:ascii="Arial" w:hAnsi="Arial"/>
          <w:sz w:val="36"/>
          <w:lang w:val="fr-FR"/>
        </w:rPr>
        <w:t>Subs</w:t>
      </w:r>
      <w:proofErr w:type="spellEnd"/>
      <w:r w:rsidRPr="004C06D0">
        <w:rPr>
          <w:rFonts w:ascii="Arial" w:hAnsi="Arial"/>
          <w:sz w:val="36"/>
          <w:lang w:val="fr-FR"/>
        </w:rPr>
        <w:t>), un spectacle électrisant mêlant danse contemporaine et acrobaties, ou le solo de Sofiane Chalal aux Célestins, tandis que Leïla Ka proposera une exploration poétique des mouvements urbains au théâtre de la Croix-Rousse. Et toujours ces battles et autres rencontres spontanées emblématiques de la culture hip hop...</w:t>
      </w:r>
    </w:p>
    <w:p w14:paraId="4CC1BF84" w14:textId="77777777" w:rsidR="00C84256" w:rsidRPr="004C06D0" w:rsidRDefault="00C84256" w:rsidP="00C84256">
      <w:pPr>
        <w:rPr>
          <w:rFonts w:ascii="Arial" w:hAnsi="Arial"/>
          <w:sz w:val="36"/>
          <w:lang w:val="fr-FR"/>
        </w:rPr>
      </w:pPr>
      <w:hyperlink r:id="rId25">
        <w:r w:rsidRPr="004C06D0">
          <w:rPr>
            <w:rFonts w:ascii="Arial" w:hAnsi="Arial"/>
            <w:color w:val="0000EE"/>
            <w:sz w:val="36"/>
            <w:u w:val="single"/>
            <w:lang w:val="fr-FR"/>
          </w:rPr>
          <w:t>karavel.karavelkalypso.com</w:t>
        </w:r>
      </w:hyperlink>
    </w:p>
    <w:p w14:paraId="3FDD0145" w14:textId="77777777" w:rsidR="00C84256" w:rsidRPr="004C06D0" w:rsidRDefault="00C84256" w:rsidP="00C84256">
      <w:pPr>
        <w:rPr>
          <w:rFonts w:ascii="Arial" w:hAnsi="Arial"/>
          <w:sz w:val="36"/>
          <w:lang w:val="fr-FR"/>
        </w:rPr>
      </w:pPr>
    </w:p>
    <w:p w14:paraId="1C869780" w14:textId="77777777" w:rsidR="00C84256" w:rsidRPr="004C06D0" w:rsidRDefault="00C84256" w:rsidP="00C84256">
      <w:pPr>
        <w:rPr>
          <w:rFonts w:ascii="Arial" w:hAnsi="Arial"/>
          <w:sz w:val="36"/>
          <w:lang w:val="fr-FR"/>
        </w:rPr>
      </w:pPr>
      <w:r w:rsidRPr="004C06D0">
        <w:rPr>
          <w:rFonts w:ascii="Arial" w:hAnsi="Arial"/>
          <w:sz w:val="36"/>
          <w:lang w:val="fr-FR"/>
        </w:rPr>
        <w:t>26 et 27 septembre :</w:t>
      </w:r>
    </w:p>
    <w:p w14:paraId="726EBE66" w14:textId="77777777" w:rsidR="00C84256" w:rsidRPr="004C06D0" w:rsidRDefault="00C84256" w:rsidP="00E57313">
      <w:pPr>
        <w:pStyle w:val="Listepuces"/>
        <w:rPr>
          <w:lang w:val="fr-FR"/>
        </w:rPr>
      </w:pPr>
      <w:r w:rsidRPr="004C06D0">
        <w:rPr>
          <w:lang w:val="fr-FR"/>
        </w:rPr>
        <w:t xml:space="preserve">SUBS – </w:t>
      </w:r>
      <w:proofErr w:type="spellStart"/>
      <w:r w:rsidRPr="004C06D0">
        <w:rPr>
          <w:lang w:val="fr-FR"/>
        </w:rPr>
        <w:t>CréatIF</w:t>
      </w:r>
      <w:proofErr w:type="spellEnd"/>
      <w:r w:rsidRPr="004C06D0">
        <w:rPr>
          <w:lang w:val="fr-FR"/>
        </w:rPr>
        <w:t> :</w:t>
      </w:r>
    </w:p>
    <w:p w14:paraId="1D8B320A" w14:textId="77777777" w:rsidR="00C84256" w:rsidRPr="004C06D0" w:rsidRDefault="00C84256" w:rsidP="00C84256">
      <w:pPr>
        <w:rPr>
          <w:rFonts w:ascii="Arial" w:hAnsi="Arial"/>
          <w:sz w:val="36"/>
          <w:lang w:val="fr-FR"/>
        </w:rPr>
      </w:pPr>
      <w:r w:rsidRPr="004C06D0">
        <w:rPr>
          <w:rFonts w:ascii="Arial" w:hAnsi="Arial"/>
          <w:sz w:val="36"/>
          <w:lang w:val="fr-FR"/>
        </w:rPr>
        <w:lastRenderedPageBreak/>
        <w:t xml:space="preserve">Et si l'art pouvait transformer votre regard sur le monde ? </w:t>
      </w:r>
    </w:p>
    <w:p w14:paraId="000B5B2A" w14:textId="77777777" w:rsidR="00C84256" w:rsidRPr="004C06D0" w:rsidRDefault="00C84256" w:rsidP="00C84256">
      <w:pPr>
        <w:rPr>
          <w:rFonts w:ascii="Arial" w:hAnsi="Arial"/>
          <w:sz w:val="36"/>
          <w:lang w:val="fr-FR"/>
        </w:rPr>
      </w:pPr>
      <w:r w:rsidRPr="004C06D0">
        <w:rPr>
          <w:rFonts w:ascii="Arial" w:hAnsi="Arial"/>
          <w:sz w:val="36"/>
          <w:lang w:val="fr-FR"/>
        </w:rPr>
        <w:t xml:space="preserve">C'est le pari du festival IF, porté par Kiblind, de retour pour sa 4e édition aux </w:t>
      </w:r>
      <w:proofErr w:type="spellStart"/>
      <w:r w:rsidRPr="004C06D0">
        <w:rPr>
          <w:rFonts w:ascii="Arial" w:hAnsi="Arial"/>
          <w:sz w:val="36"/>
          <w:lang w:val="fr-FR"/>
        </w:rPr>
        <w:t>Subs</w:t>
      </w:r>
      <w:proofErr w:type="spellEnd"/>
      <w:r w:rsidRPr="004C06D0">
        <w:rPr>
          <w:rFonts w:ascii="Arial" w:hAnsi="Arial"/>
          <w:sz w:val="36"/>
          <w:lang w:val="fr-FR"/>
        </w:rPr>
        <w:t xml:space="preserve"> et à l'ENSBA Lyon avec deux jours d'immersion totale dans l'univers foisonnant de l'illustration.</w:t>
      </w:r>
    </w:p>
    <w:p w14:paraId="4EB51035" w14:textId="77777777" w:rsidR="00C84256" w:rsidRPr="004C06D0" w:rsidRDefault="00C84256" w:rsidP="00C84256">
      <w:pPr>
        <w:rPr>
          <w:rFonts w:ascii="Arial" w:hAnsi="Arial"/>
          <w:sz w:val="36"/>
          <w:lang w:val="fr-FR"/>
        </w:rPr>
      </w:pPr>
      <w:r w:rsidRPr="004C06D0">
        <w:rPr>
          <w:rFonts w:ascii="Arial" w:hAnsi="Arial"/>
          <w:sz w:val="36"/>
          <w:lang w:val="fr-FR"/>
        </w:rPr>
        <w:t>Au programme : des expositions collaboratives comme l'Expo Live, où 30 artistes créeront en direct des œuvres imprimées, des ateliers pour repartir avec un objet unique ou encore un marché d'objets illustrés où céramiques, bijoux et vêtements upcyclés côtoieront les créations des talents émergents. Sans oublier un focus sur Taïwan avec résidences, échanges et projections de films en réalité virtuelle ou la Baston Dessinée, un duel créatif entre illustrateurs pour lancer la soirée du samedi.</w:t>
      </w:r>
    </w:p>
    <w:p w14:paraId="133B92B5" w14:textId="77777777" w:rsidR="00C84256" w:rsidRPr="004C06D0" w:rsidRDefault="00C84256" w:rsidP="00C84256">
      <w:pPr>
        <w:rPr>
          <w:rFonts w:ascii="Arial" w:hAnsi="Arial"/>
          <w:sz w:val="36"/>
          <w:lang w:val="fr-FR"/>
        </w:rPr>
      </w:pPr>
      <w:hyperlink r:id="rId26">
        <w:r w:rsidRPr="004C06D0">
          <w:rPr>
            <w:rFonts w:ascii="Arial" w:hAnsi="Arial"/>
            <w:color w:val="0000EE"/>
            <w:sz w:val="36"/>
            <w:u w:val="single"/>
            <w:lang w:val="fr-FR"/>
          </w:rPr>
          <w:t>Programme foisonnant à retrouver sur illustration-festival.com</w:t>
        </w:r>
      </w:hyperlink>
    </w:p>
    <w:p w14:paraId="30F63489" w14:textId="77777777" w:rsidR="00C84256" w:rsidRPr="004C06D0" w:rsidRDefault="00C84256" w:rsidP="00C84256">
      <w:pPr>
        <w:rPr>
          <w:rFonts w:ascii="Arial" w:hAnsi="Arial"/>
          <w:sz w:val="36"/>
          <w:lang w:val="fr-FR"/>
        </w:rPr>
      </w:pPr>
      <w:r w:rsidRPr="004C06D0">
        <w:rPr>
          <w:rFonts w:ascii="Arial" w:hAnsi="Arial"/>
          <w:sz w:val="36"/>
          <w:lang w:val="fr-FR"/>
        </w:rPr>
        <w:br w:type="page"/>
      </w:r>
    </w:p>
    <w:p w14:paraId="704A40BC" w14:textId="1ECFF6EF" w:rsidR="00C84256" w:rsidRPr="00E57313" w:rsidRDefault="00E57313" w:rsidP="00C84256">
      <w:pPr>
        <w:pStyle w:val="Titre1"/>
        <w:jc w:val="center"/>
        <w:rPr>
          <w:rFonts w:ascii="Arial" w:hAnsi="Arial"/>
          <w:sz w:val="44"/>
          <w:szCs w:val="36"/>
          <w:lang w:val="fr-FR"/>
        </w:rPr>
      </w:pPr>
      <w:bookmarkStart w:id="25" w:name="_Toc239853011"/>
      <w:r w:rsidRPr="00E57313">
        <w:rPr>
          <w:rFonts w:ascii="Arial" w:hAnsi="Arial"/>
          <w:sz w:val="44"/>
          <w:szCs w:val="36"/>
          <w:lang w:val="fr-FR"/>
        </w:rPr>
        <w:lastRenderedPageBreak/>
        <w:t>C'EST DANS VOTRE QUARTIER</w:t>
      </w:r>
      <w:bookmarkEnd w:id="25"/>
    </w:p>
    <w:p w14:paraId="6BA26BBF" w14:textId="77777777" w:rsidR="00C84256" w:rsidRPr="00E57313" w:rsidRDefault="00C84256" w:rsidP="00C84256">
      <w:pPr>
        <w:pStyle w:val="Titre1"/>
        <w:jc w:val="center"/>
        <w:rPr>
          <w:rFonts w:ascii="Arial" w:hAnsi="Arial"/>
          <w:smallCaps/>
          <w:sz w:val="44"/>
          <w:szCs w:val="36"/>
          <w:lang w:val="fr-FR"/>
        </w:rPr>
      </w:pPr>
      <w:bookmarkStart w:id="26" w:name="_Toc239853012"/>
      <w:r w:rsidRPr="00E57313">
        <w:rPr>
          <w:rFonts w:ascii="Arial" w:hAnsi="Arial"/>
          <w:smallCaps/>
          <w:sz w:val="44"/>
          <w:szCs w:val="36"/>
          <w:lang w:val="fr-FR"/>
        </w:rPr>
        <w:t>Dans ma rue</w:t>
      </w:r>
      <w:bookmarkEnd w:id="26"/>
    </w:p>
    <w:p w14:paraId="510C7D8A" w14:textId="77777777" w:rsidR="00C84256" w:rsidRPr="004C06D0" w:rsidRDefault="00C84256" w:rsidP="00C84256">
      <w:pPr>
        <w:rPr>
          <w:rFonts w:ascii="Arial" w:hAnsi="Arial"/>
          <w:sz w:val="36"/>
          <w:lang w:val="fr-FR"/>
        </w:rPr>
      </w:pPr>
    </w:p>
    <w:p w14:paraId="6738FA69" w14:textId="77777777" w:rsidR="00C84256" w:rsidRPr="00E57313" w:rsidRDefault="00C84256" w:rsidP="00C84256">
      <w:pPr>
        <w:rPr>
          <w:rFonts w:ascii="Arial" w:hAnsi="Arial"/>
          <w:b/>
          <w:bCs/>
          <w:sz w:val="36"/>
          <w:lang w:val="fr-FR"/>
        </w:rPr>
      </w:pPr>
      <w:r w:rsidRPr="00E57313">
        <w:rPr>
          <w:rFonts w:ascii="Arial" w:hAnsi="Arial"/>
          <w:b/>
          <w:bCs/>
          <w:sz w:val="36"/>
          <w:lang w:val="fr-FR"/>
        </w:rPr>
        <w:t>Tout Lyon :</w:t>
      </w:r>
    </w:p>
    <w:p w14:paraId="0FEB81D6" w14:textId="77777777" w:rsidR="00C84256" w:rsidRPr="004C06D0" w:rsidRDefault="00C84256" w:rsidP="00C84256">
      <w:pPr>
        <w:rPr>
          <w:rFonts w:ascii="Arial" w:hAnsi="Arial"/>
          <w:sz w:val="36"/>
          <w:lang w:val="fr-FR"/>
        </w:rPr>
      </w:pPr>
      <w:r w:rsidRPr="004C06D0">
        <w:rPr>
          <w:rFonts w:ascii="Arial" w:hAnsi="Arial"/>
          <w:sz w:val="36"/>
          <w:lang w:val="fr-FR"/>
        </w:rPr>
        <w:t xml:space="preserve">Lyon à pied et en BD ! </w:t>
      </w:r>
    </w:p>
    <w:p w14:paraId="58E0B39A" w14:textId="77777777" w:rsidR="00C84256" w:rsidRPr="004C06D0" w:rsidRDefault="00C84256" w:rsidP="00C84256">
      <w:pPr>
        <w:rPr>
          <w:rFonts w:ascii="Arial" w:hAnsi="Arial"/>
          <w:sz w:val="36"/>
          <w:lang w:val="fr-FR"/>
        </w:rPr>
      </w:pPr>
      <w:r w:rsidRPr="004C06D0">
        <w:rPr>
          <w:rFonts w:ascii="Arial" w:hAnsi="Arial"/>
          <w:sz w:val="36"/>
          <w:lang w:val="fr-FR"/>
        </w:rPr>
        <w:t xml:space="preserve">Auteur de bande dessinée, Didier Tronchet a découvert et aimé Lyon en la parcourant à pied. Accompagné de son chien Biloo, il en a suivi les méandres et déniché les charmes. Il a voulu les partager en les couchant sur le papier et en proposant aux lecteurs 8 itinéraires entre Rhône et Saône. </w:t>
      </w:r>
    </w:p>
    <w:p w14:paraId="3F56F203" w14:textId="77777777" w:rsidR="00C84256" w:rsidRPr="004C06D0" w:rsidRDefault="00C84256" w:rsidP="00C84256">
      <w:pPr>
        <w:rPr>
          <w:rFonts w:ascii="Arial" w:hAnsi="Arial"/>
          <w:sz w:val="36"/>
          <w:lang w:val="fr-FR"/>
        </w:rPr>
      </w:pPr>
      <w:r w:rsidRPr="004C06D0">
        <w:rPr>
          <w:rFonts w:ascii="Arial" w:hAnsi="Arial"/>
          <w:sz w:val="36"/>
          <w:lang w:val="fr-FR"/>
        </w:rPr>
        <w:t xml:space="preserve">Des lieux, des histoires, des chemins sous un regard inédit à explorer... même si on connaît déjà la ville ! </w:t>
      </w:r>
    </w:p>
    <w:p w14:paraId="058F397B" w14:textId="77777777" w:rsidR="00C84256" w:rsidRPr="004C06D0" w:rsidRDefault="00C84256" w:rsidP="00C84256">
      <w:pPr>
        <w:rPr>
          <w:rFonts w:ascii="Arial" w:hAnsi="Arial"/>
          <w:sz w:val="36"/>
          <w:lang w:val="fr-FR"/>
        </w:rPr>
      </w:pPr>
      <w:r w:rsidRPr="004C06D0">
        <w:rPr>
          <w:rFonts w:ascii="Arial" w:hAnsi="Arial"/>
          <w:sz w:val="36"/>
          <w:lang w:val="fr-FR"/>
        </w:rPr>
        <w:t xml:space="preserve"> Le piéton de </w:t>
      </w:r>
      <w:proofErr w:type="spellStart"/>
      <w:r w:rsidRPr="004C06D0">
        <w:rPr>
          <w:rFonts w:ascii="Arial" w:hAnsi="Arial"/>
          <w:sz w:val="36"/>
          <w:lang w:val="fr-FR"/>
        </w:rPr>
        <w:t>Lyonde</w:t>
      </w:r>
      <w:proofErr w:type="spellEnd"/>
      <w:r w:rsidRPr="004C06D0">
        <w:rPr>
          <w:rFonts w:ascii="Arial" w:hAnsi="Arial"/>
          <w:sz w:val="36"/>
          <w:lang w:val="fr-FR"/>
        </w:rPr>
        <w:t xml:space="preserve"> Tronchet, éditions Glénat</w:t>
      </w:r>
    </w:p>
    <w:p w14:paraId="629CD5BC" w14:textId="77777777" w:rsidR="00C84256" w:rsidRPr="004C06D0" w:rsidRDefault="00C84256" w:rsidP="00C84256">
      <w:pPr>
        <w:rPr>
          <w:rFonts w:ascii="Arial" w:hAnsi="Arial"/>
          <w:sz w:val="36"/>
          <w:lang w:val="fr-FR"/>
        </w:rPr>
      </w:pPr>
    </w:p>
    <w:p w14:paraId="35C07406" w14:textId="77777777" w:rsidR="00C84256" w:rsidRPr="00E57313" w:rsidRDefault="00C84256" w:rsidP="00C84256">
      <w:pPr>
        <w:rPr>
          <w:rFonts w:ascii="Arial" w:hAnsi="Arial"/>
          <w:b/>
          <w:bCs/>
          <w:sz w:val="40"/>
          <w:szCs w:val="24"/>
          <w:lang w:val="fr-FR"/>
        </w:rPr>
      </w:pPr>
      <w:r w:rsidRPr="00E57313">
        <w:rPr>
          <w:rFonts w:ascii="Arial" w:hAnsi="Arial"/>
          <w:b/>
          <w:bCs/>
          <w:sz w:val="40"/>
          <w:szCs w:val="24"/>
          <w:lang w:val="fr-FR"/>
        </w:rPr>
        <w:t>1. Croix-Rousse :</w:t>
      </w:r>
    </w:p>
    <w:p w14:paraId="332FE525" w14:textId="77777777" w:rsidR="00C84256" w:rsidRPr="004C06D0" w:rsidRDefault="00C84256" w:rsidP="00C84256">
      <w:pPr>
        <w:rPr>
          <w:rFonts w:ascii="Arial" w:hAnsi="Arial"/>
          <w:sz w:val="36"/>
          <w:lang w:val="fr-FR"/>
        </w:rPr>
      </w:pPr>
      <w:r w:rsidRPr="004C06D0">
        <w:rPr>
          <w:rFonts w:ascii="Arial" w:hAnsi="Arial"/>
          <w:sz w:val="36"/>
          <w:lang w:val="fr-FR"/>
        </w:rPr>
        <w:t>- C'est sport :</w:t>
      </w:r>
    </w:p>
    <w:p w14:paraId="4F76838C" w14:textId="77777777" w:rsidR="00C84256" w:rsidRPr="004C06D0" w:rsidRDefault="00C84256" w:rsidP="00C84256">
      <w:pPr>
        <w:rPr>
          <w:rFonts w:ascii="Arial" w:hAnsi="Arial"/>
          <w:sz w:val="36"/>
          <w:lang w:val="fr-FR"/>
        </w:rPr>
      </w:pPr>
      <w:r w:rsidRPr="004C06D0">
        <w:rPr>
          <w:rFonts w:ascii="Arial" w:hAnsi="Arial"/>
          <w:sz w:val="36"/>
          <w:lang w:val="fr-FR"/>
        </w:rPr>
        <w:t>L'incendie de l'internat des Chartreux en avril dernier a privé le Football Club Lyon Croix-Rousse et ses 800 adhérents d'un site d'entraînement. Pour pallier ce manque, la Ville de Lyon a rénové le terrain de football Pierre Bourdan à Caluire-et-Cuire durant l'été pour une mise à disposition à la rentrée.</w:t>
      </w:r>
      <w:r w:rsidRPr="004C06D0">
        <w:rPr>
          <w:rFonts w:ascii="Arial" w:hAnsi="Arial"/>
          <w:sz w:val="36"/>
          <w:lang w:val="fr-FR"/>
        </w:rPr>
        <w:br/>
      </w:r>
    </w:p>
    <w:p w14:paraId="10A17A2A" w14:textId="77777777" w:rsidR="00C84256" w:rsidRPr="00E57313" w:rsidRDefault="00C84256" w:rsidP="00C84256">
      <w:pPr>
        <w:rPr>
          <w:rFonts w:ascii="Arial" w:hAnsi="Arial"/>
          <w:b/>
          <w:bCs/>
          <w:sz w:val="40"/>
          <w:szCs w:val="24"/>
          <w:lang w:val="fr-FR"/>
        </w:rPr>
      </w:pPr>
      <w:r w:rsidRPr="00E57313">
        <w:rPr>
          <w:rFonts w:ascii="Arial" w:hAnsi="Arial"/>
          <w:b/>
          <w:bCs/>
          <w:sz w:val="40"/>
          <w:szCs w:val="24"/>
          <w:lang w:val="fr-FR"/>
        </w:rPr>
        <w:lastRenderedPageBreak/>
        <w:t>"Comprendre comment Lyon était organisée"</w:t>
      </w:r>
    </w:p>
    <w:p w14:paraId="1DD84ABE" w14:textId="77777777" w:rsidR="00C84256" w:rsidRPr="00E57313" w:rsidRDefault="00C84256" w:rsidP="00C84256">
      <w:pPr>
        <w:rPr>
          <w:rFonts w:ascii="Arial" w:hAnsi="Arial"/>
          <w:b/>
          <w:bCs/>
          <w:sz w:val="40"/>
          <w:szCs w:val="24"/>
          <w:lang w:val="fr-FR"/>
        </w:rPr>
      </w:pPr>
      <w:r w:rsidRPr="00E57313">
        <w:rPr>
          <w:rFonts w:ascii="Arial" w:hAnsi="Arial"/>
          <w:b/>
          <w:bCs/>
          <w:sz w:val="40"/>
          <w:szCs w:val="24"/>
          <w:lang w:val="fr-FR"/>
        </w:rPr>
        <w:t>2. Presqu'île Fabrice, un bond au 18e siècle :</w:t>
      </w:r>
    </w:p>
    <w:p w14:paraId="0DB81851" w14:textId="77777777" w:rsidR="00C84256" w:rsidRPr="004C06D0" w:rsidRDefault="00C84256" w:rsidP="00C84256">
      <w:pPr>
        <w:rPr>
          <w:rFonts w:ascii="Arial" w:hAnsi="Arial"/>
          <w:sz w:val="36"/>
          <w:lang w:val="fr-FR"/>
        </w:rPr>
      </w:pPr>
      <w:r w:rsidRPr="004C06D0">
        <w:rPr>
          <w:rFonts w:ascii="Arial" w:hAnsi="Arial"/>
          <w:sz w:val="36"/>
          <w:lang w:val="fr-FR"/>
        </w:rPr>
        <w:t xml:space="preserve">Au départ, j'ai voulu créer le site "Lyon en 1700" pour mon plaisir. C'était comme une enquête policière. Et l'histoire, la photo, les nouvelles technologies me passionnent. J'ai passé 15 ans à restituer la Presqu'île pour en proposer une visite virtuelle au public. C'est un autre regard sur la ville. Mon travail est très rigoureux, j'ai puisé mes sources aux Archives municipales et départementales, au musée Gadagne, à la Bibliothèque municipale de Lyon notamment. </w:t>
      </w:r>
    </w:p>
    <w:p w14:paraId="6A89A53A" w14:textId="77777777" w:rsidR="00C84256" w:rsidRPr="004C06D0" w:rsidRDefault="00C84256" w:rsidP="00C84256">
      <w:pPr>
        <w:rPr>
          <w:rFonts w:ascii="Arial" w:hAnsi="Arial"/>
          <w:sz w:val="36"/>
          <w:lang w:val="fr-FR"/>
        </w:rPr>
      </w:pPr>
      <w:r w:rsidRPr="004C06D0">
        <w:rPr>
          <w:rFonts w:ascii="Arial" w:hAnsi="Arial"/>
          <w:sz w:val="36"/>
          <w:lang w:val="fr-FR"/>
        </w:rPr>
        <w:t>Avec les 4000 € reçus en 2026 du Prix citoyens du patrimoine de la Ville de Lyon, je souhaite adapter le site au smartphone et proposer une version anglaise.</w:t>
      </w:r>
    </w:p>
    <w:p w14:paraId="3D949F0D" w14:textId="77777777" w:rsidR="00C84256" w:rsidRPr="004C06D0" w:rsidRDefault="00C84256" w:rsidP="00C84256">
      <w:pPr>
        <w:rPr>
          <w:rFonts w:ascii="Arial" w:hAnsi="Arial"/>
          <w:sz w:val="36"/>
          <w:lang w:val="fr-FR"/>
        </w:rPr>
      </w:pPr>
      <w:hyperlink r:id="rId27">
        <w:r w:rsidRPr="004C06D0">
          <w:rPr>
            <w:rFonts w:ascii="Arial" w:hAnsi="Arial"/>
            <w:color w:val="0000EE"/>
            <w:sz w:val="36"/>
            <w:u w:val="single"/>
            <w:lang w:val="fr-FR"/>
          </w:rPr>
          <w:t>lyonen1700.fr/</w:t>
        </w:r>
      </w:hyperlink>
      <w:r w:rsidRPr="004C06D0">
        <w:rPr>
          <w:rFonts w:ascii="Arial" w:hAnsi="Arial"/>
          <w:sz w:val="36"/>
          <w:lang w:val="fr-FR"/>
        </w:rPr>
        <w:t xml:space="preserve"> </w:t>
      </w:r>
    </w:p>
    <w:p w14:paraId="09A68EAB" w14:textId="77777777" w:rsidR="00C84256" w:rsidRPr="004C06D0" w:rsidRDefault="00C84256" w:rsidP="00C84256">
      <w:pPr>
        <w:rPr>
          <w:rFonts w:ascii="Arial" w:hAnsi="Arial"/>
          <w:sz w:val="36"/>
          <w:lang w:val="fr-FR"/>
        </w:rPr>
      </w:pPr>
      <w:r w:rsidRPr="004C06D0">
        <w:rPr>
          <w:rFonts w:ascii="Arial" w:hAnsi="Arial"/>
          <w:sz w:val="36"/>
          <w:lang w:val="fr-FR"/>
        </w:rPr>
        <w:t xml:space="preserve">Lire l'interview en intégralité sur </w:t>
      </w:r>
      <w:hyperlink r:id="rId28">
        <w:r w:rsidRPr="004C06D0">
          <w:rPr>
            <w:rFonts w:ascii="Arial" w:hAnsi="Arial"/>
            <w:color w:val="0000EE"/>
            <w:sz w:val="36"/>
            <w:u w:val="single"/>
            <w:lang w:val="fr-FR"/>
          </w:rPr>
          <w:t>lyon.fr</w:t>
        </w:r>
      </w:hyperlink>
    </w:p>
    <w:p w14:paraId="55BBDA89" w14:textId="77777777" w:rsidR="00C84256" w:rsidRPr="004C06D0" w:rsidRDefault="00C84256" w:rsidP="00C84256">
      <w:pPr>
        <w:rPr>
          <w:rFonts w:ascii="Arial" w:hAnsi="Arial"/>
          <w:sz w:val="36"/>
          <w:lang w:val="fr-FR"/>
        </w:rPr>
      </w:pPr>
    </w:p>
    <w:p w14:paraId="22BB9E40" w14:textId="77777777" w:rsidR="00C84256" w:rsidRPr="00E57313" w:rsidRDefault="00C84256" w:rsidP="00C84256">
      <w:pPr>
        <w:rPr>
          <w:rFonts w:ascii="Arial" w:hAnsi="Arial"/>
          <w:b/>
          <w:bCs/>
          <w:sz w:val="40"/>
          <w:szCs w:val="24"/>
          <w:lang w:val="fr-FR"/>
        </w:rPr>
      </w:pPr>
      <w:r w:rsidRPr="00E57313">
        <w:rPr>
          <w:rFonts w:ascii="Arial" w:hAnsi="Arial"/>
          <w:b/>
          <w:bCs/>
          <w:sz w:val="40"/>
          <w:szCs w:val="24"/>
          <w:lang w:val="fr-FR"/>
        </w:rPr>
        <w:t>3. Bachut :</w:t>
      </w:r>
    </w:p>
    <w:p w14:paraId="12B2C6FC" w14:textId="77777777" w:rsidR="00C84256" w:rsidRPr="004C06D0" w:rsidRDefault="00C84256" w:rsidP="00C84256">
      <w:pPr>
        <w:rPr>
          <w:rFonts w:ascii="Arial" w:hAnsi="Arial"/>
          <w:sz w:val="36"/>
          <w:lang w:val="fr-FR"/>
        </w:rPr>
      </w:pPr>
      <w:r w:rsidRPr="004C06D0">
        <w:rPr>
          <w:rFonts w:ascii="Arial" w:hAnsi="Arial"/>
          <w:sz w:val="36"/>
          <w:lang w:val="fr-FR"/>
        </w:rPr>
        <w:t>- Prenez de la graine !</w:t>
      </w:r>
    </w:p>
    <w:p w14:paraId="6F885AD4" w14:textId="77777777" w:rsidR="00C84256" w:rsidRPr="004C06D0" w:rsidRDefault="00C84256" w:rsidP="00C84256">
      <w:pPr>
        <w:rPr>
          <w:rFonts w:ascii="Arial" w:hAnsi="Arial"/>
          <w:sz w:val="36"/>
          <w:lang w:val="fr-FR"/>
        </w:rPr>
      </w:pPr>
      <w:r w:rsidRPr="004C06D0">
        <w:rPr>
          <w:rFonts w:ascii="Arial" w:hAnsi="Arial"/>
          <w:sz w:val="36"/>
          <w:lang w:val="fr-FR"/>
        </w:rPr>
        <w:t xml:space="preserve">Une date à cocher sur l'agenda... </w:t>
      </w:r>
    </w:p>
    <w:p w14:paraId="5D117A70" w14:textId="77777777" w:rsidR="00C84256" w:rsidRPr="004C06D0" w:rsidRDefault="00C84256" w:rsidP="00C84256">
      <w:pPr>
        <w:pStyle w:val="Listepuces"/>
        <w:rPr>
          <w:rFonts w:ascii="Arial" w:hAnsi="Arial"/>
          <w:sz w:val="36"/>
          <w:lang w:val="fr-FR"/>
        </w:rPr>
      </w:pPr>
      <w:r w:rsidRPr="004C06D0">
        <w:rPr>
          <w:rFonts w:ascii="Arial" w:hAnsi="Arial"/>
          <w:sz w:val="36"/>
          <w:lang w:val="fr-FR"/>
        </w:rPr>
        <w:t>Le 30 septembre, pour fêter la fin de l'été, la médiathèque du Bachut célèbre la graine !</w:t>
      </w:r>
      <w:r w:rsidRPr="004C06D0">
        <w:rPr>
          <w:rFonts w:ascii="Arial" w:hAnsi="Arial"/>
          <w:sz w:val="36"/>
          <w:lang w:val="fr-FR"/>
        </w:rPr>
        <w:br/>
        <w:t>Trois animations sont au programme de l'après-midi :</w:t>
      </w:r>
      <w:r w:rsidRPr="004C06D0">
        <w:rPr>
          <w:rFonts w:ascii="Arial" w:hAnsi="Arial"/>
          <w:sz w:val="36"/>
          <w:lang w:val="fr-FR"/>
        </w:rPr>
        <w:br/>
        <w:t xml:space="preserve">- Découverte du tri et de la conservation des graines, </w:t>
      </w:r>
    </w:p>
    <w:p w14:paraId="02930B9C" w14:textId="77777777" w:rsidR="00C84256" w:rsidRPr="004C06D0" w:rsidRDefault="00C84256" w:rsidP="00C84256">
      <w:pPr>
        <w:pStyle w:val="Listepuces"/>
        <w:numPr>
          <w:ilvl w:val="0"/>
          <w:numId w:val="0"/>
        </w:numPr>
        <w:rPr>
          <w:rFonts w:ascii="Arial" w:hAnsi="Arial"/>
          <w:sz w:val="36"/>
          <w:lang w:val="fr-FR"/>
        </w:rPr>
      </w:pPr>
    </w:p>
    <w:p w14:paraId="5E3108E2" w14:textId="77777777" w:rsidR="00C84256" w:rsidRPr="004C06D0" w:rsidRDefault="00C84256" w:rsidP="00C84256">
      <w:pPr>
        <w:pStyle w:val="Listepuces"/>
        <w:numPr>
          <w:ilvl w:val="0"/>
          <w:numId w:val="0"/>
        </w:numPr>
        <w:rPr>
          <w:rFonts w:ascii="Arial" w:hAnsi="Arial"/>
          <w:sz w:val="36"/>
          <w:lang w:val="fr-FR"/>
        </w:rPr>
      </w:pPr>
      <w:r w:rsidRPr="004C06D0">
        <w:rPr>
          <w:rFonts w:ascii="Arial" w:hAnsi="Arial"/>
          <w:sz w:val="36"/>
          <w:lang w:val="fr-FR"/>
        </w:rPr>
        <w:lastRenderedPageBreak/>
        <w:t xml:space="preserve">- Troc de graines et de boutures, </w:t>
      </w:r>
    </w:p>
    <w:p w14:paraId="1A2E9C33" w14:textId="77777777" w:rsidR="00C84256" w:rsidRPr="004C06D0" w:rsidRDefault="00C84256" w:rsidP="00C84256">
      <w:pPr>
        <w:pStyle w:val="Listepuces"/>
        <w:numPr>
          <w:ilvl w:val="0"/>
          <w:numId w:val="0"/>
        </w:numPr>
        <w:rPr>
          <w:rFonts w:ascii="Arial" w:hAnsi="Arial"/>
          <w:sz w:val="36"/>
          <w:lang w:val="fr-FR"/>
        </w:rPr>
      </w:pPr>
    </w:p>
    <w:p w14:paraId="092B0FB2" w14:textId="77777777" w:rsidR="00C84256" w:rsidRPr="004C06D0" w:rsidRDefault="00C84256" w:rsidP="00C84256">
      <w:pPr>
        <w:pStyle w:val="Listepuces"/>
        <w:numPr>
          <w:ilvl w:val="0"/>
          <w:numId w:val="0"/>
        </w:numPr>
        <w:rPr>
          <w:rFonts w:ascii="Arial" w:hAnsi="Arial"/>
          <w:sz w:val="36"/>
          <w:lang w:val="fr-FR"/>
        </w:rPr>
      </w:pPr>
      <w:r w:rsidRPr="004C06D0">
        <w:rPr>
          <w:rFonts w:ascii="Arial" w:hAnsi="Arial"/>
          <w:sz w:val="36"/>
          <w:lang w:val="fr-FR"/>
        </w:rPr>
        <w:t>- Vente de plants.</w:t>
      </w:r>
    </w:p>
    <w:p w14:paraId="5405D7DC" w14:textId="77777777" w:rsidR="00C84256" w:rsidRPr="004C06D0" w:rsidRDefault="00C84256" w:rsidP="00C84256">
      <w:pPr>
        <w:pStyle w:val="Listepuces"/>
        <w:rPr>
          <w:rFonts w:ascii="Arial" w:hAnsi="Arial"/>
          <w:sz w:val="36"/>
          <w:lang w:val="fr-FR"/>
        </w:rPr>
      </w:pPr>
      <w:r w:rsidRPr="004C06D0">
        <w:rPr>
          <w:rFonts w:ascii="Arial" w:hAnsi="Arial"/>
          <w:sz w:val="36"/>
          <w:lang w:val="fr-FR"/>
        </w:rPr>
        <w:t xml:space="preserve">De 16h à 17h30, l'association Graine de Bio-divers-cité ouvre la séquence avec un atelier-formation au tri et à la conservation des graines de la flore locale. </w:t>
      </w:r>
    </w:p>
    <w:p w14:paraId="7F36F599" w14:textId="77777777" w:rsidR="00C84256" w:rsidRPr="004C06D0" w:rsidRDefault="00C84256" w:rsidP="00C84256">
      <w:pPr>
        <w:pStyle w:val="Listepuces"/>
        <w:rPr>
          <w:rFonts w:ascii="Arial" w:hAnsi="Arial"/>
          <w:sz w:val="36"/>
          <w:lang w:val="fr-FR"/>
        </w:rPr>
      </w:pPr>
      <w:r w:rsidRPr="004C06D0">
        <w:rPr>
          <w:rFonts w:ascii="Arial" w:hAnsi="Arial"/>
          <w:sz w:val="36"/>
          <w:lang w:val="fr-FR"/>
        </w:rPr>
        <w:t>Ouvert au public (adulte) et aux membres des jardins partagés du 8e.</w:t>
      </w:r>
      <w:r w:rsidRPr="004C06D0">
        <w:rPr>
          <w:rFonts w:ascii="Arial" w:hAnsi="Arial"/>
          <w:sz w:val="36"/>
          <w:lang w:val="fr-FR"/>
        </w:rPr>
        <w:br/>
        <w:t>Sur inscription dès le 16 septembre à 8h.</w:t>
      </w:r>
      <w:r w:rsidRPr="004C06D0">
        <w:rPr>
          <w:rFonts w:ascii="Arial" w:hAnsi="Arial"/>
          <w:sz w:val="36"/>
          <w:lang w:val="fr-FR"/>
        </w:rPr>
        <w:br/>
        <w:t xml:space="preserve">De 17h à 18h30, la médiathèque sort sa grainothèque et, invite les amateurs de jardinage à un troc de graines et de boutures. </w:t>
      </w:r>
    </w:p>
    <w:p w14:paraId="7A78F73F" w14:textId="77777777" w:rsidR="00C84256" w:rsidRPr="004C06D0" w:rsidRDefault="00C84256" w:rsidP="00C84256">
      <w:pPr>
        <w:pStyle w:val="Listepuces"/>
        <w:numPr>
          <w:ilvl w:val="0"/>
          <w:numId w:val="0"/>
        </w:numPr>
        <w:ind w:left="360"/>
        <w:rPr>
          <w:rFonts w:ascii="Arial" w:hAnsi="Arial"/>
          <w:sz w:val="36"/>
          <w:lang w:val="fr-FR"/>
        </w:rPr>
      </w:pPr>
      <w:r w:rsidRPr="004C06D0">
        <w:rPr>
          <w:rFonts w:ascii="Arial" w:hAnsi="Arial"/>
          <w:sz w:val="36"/>
          <w:lang w:val="fr-FR"/>
        </w:rPr>
        <w:t xml:space="preserve">C'est le moment d'échanger ses plants en surplus contre d'autres plantes et d'enrichir son jardin ou son balcon de nouvelles variétés. </w:t>
      </w:r>
    </w:p>
    <w:p w14:paraId="0DB23815" w14:textId="77777777" w:rsidR="00C84256" w:rsidRPr="004C06D0" w:rsidRDefault="00C84256" w:rsidP="00C84256">
      <w:pPr>
        <w:pStyle w:val="Listepuces"/>
        <w:numPr>
          <w:ilvl w:val="0"/>
          <w:numId w:val="0"/>
        </w:numPr>
        <w:ind w:left="360"/>
        <w:rPr>
          <w:rFonts w:ascii="Arial" w:hAnsi="Arial"/>
          <w:sz w:val="36"/>
          <w:lang w:val="fr-FR"/>
        </w:rPr>
      </w:pPr>
      <w:r w:rsidRPr="004C06D0">
        <w:rPr>
          <w:rFonts w:ascii="Arial" w:hAnsi="Arial"/>
          <w:sz w:val="36"/>
          <w:lang w:val="fr-FR"/>
        </w:rPr>
        <w:t>Les négociations sont ouvertes !</w:t>
      </w:r>
      <w:r w:rsidRPr="004C06D0">
        <w:rPr>
          <w:rFonts w:ascii="Arial" w:hAnsi="Arial"/>
          <w:sz w:val="36"/>
          <w:lang w:val="fr-FR"/>
        </w:rPr>
        <w:br/>
        <w:t>Gratuit, entrée libre dans la limite des places disponibles.</w:t>
      </w:r>
    </w:p>
    <w:p w14:paraId="091E2B6A" w14:textId="77777777" w:rsidR="00C84256" w:rsidRPr="004C06D0" w:rsidRDefault="00C84256" w:rsidP="00C84256">
      <w:pPr>
        <w:pStyle w:val="Listepuces"/>
        <w:rPr>
          <w:rFonts w:ascii="Arial" w:hAnsi="Arial"/>
          <w:sz w:val="36"/>
          <w:lang w:val="fr-FR"/>
        </w:rPr>
      </w:pPr>
      <w:r w:rsidRPr="004C06D0">
        <w:rPr>
          <w:rFonts w:ascii="Arial" w:hAnsi="Arial"/>
          <w:sz w:val="36"/>
          <w:lang w:val="fr-FR"/>
        </w:rPr>
        <w:t xml:space="preserve">De 17h30 à 19h, la Microferme des États-Unis organise une vente de plants. Léa et Mary, maraîchères urbaines, proposent légumes, aromatiques et fleurs certifiés bio. Attention, il est nécessaire de commander en ligne quelques jours avant sur </w:t>
      </w:r>
      <w:hyperlink r:id="rId29">
        <w:r w:rsidRPr="004C06D0">
          <w:rPr>
            <w:rFonts w:ascii="Arial" w:hAnsi="Arial"/>
            <w:color w:val="0000EE"/>
            <w:sz w:val="36"/>
            <w:u w:val="single"/>
            <w:lang w:val="fr-FR"/>
          </w:rPr>
          <w:t>liens.kuupanda.com/</w:t>
        </w:r>
        <w:proofErr w:type="spellStart"/>
        <w:r w:rsidRPr="004C06D0">
          <w:rPr>
            <w:rFonts w:ascii="Arial" w:hAnsi="Arial"/>
            <w:color w:val="0000EE"/>
            <w:sz w:val="36"/>
            <w:u w:val="single"/>
            <w:lang w:val="fr-FR"/>
          </w:rPr>
          <w:t>lamicrofermedesetatsunis</w:t>
        </w:r>
        <w:proofErr w:type="spellEnd"/>
      </w:hyperlink>
      <w:r w:rsidRPr="004C06D0">
        <w:rPr>
          <w:rFonts w:ascii="Arial" w:hAnsi="Arial"/>
          <w:sz w:val="36"/>
          <w:lang w:val="fr-FR"/>
        </w:rPr>
        <w:t>.</w:t>
      </w:r>
      <w:r w:rsidRPr="004C06D0">
        <w:rPr>
          <w:rFonts w:ascii="Arial" w:hAnsi="Arial"/>
          <w:sz w:val="36"/>
          <w:lang w:val="fr-FR"/>
        </w:rPr>
        <w:br/>
      </w:r>
    </w:p>
    <w:p w14:paraId="6574344F" w14:textId="77777777" w:rsidR="00C84256" w:rsidRPr="004C06D0" w:rsidRDefault="00C84256" w:rsidP="00C84256">
      <w:pPr>
        <w:pStyle w:val="Listepuces"/>
        <w:numPr>
          <w:ilvl w:val="0"/>
          <w:numId w:val="0"/>
        </w:numPr>
        <w:ind w:left="360"/>
        <w:rPr>
          <w:rFonts w:ascii="Arial" w:hAnsi="Arial"/>
          <w:sz w:val="36"/>
          <w:lang w:val="fr-FR"/>
        </w:rPr>
      </w:pPr>
      <w:r w:rsidRPr="004C06D0">
        <w:rPr>
          <w:rFonts w:ascii="Arial" w:hAnsi="Arial"/>
          <w:sz w:val="36"/>
          <w:lang w:val="fr-FR"/>
        </w:rPr>
        <w:t>Parés à en prendre de la graine ?</w:t>
      </w:r>
    </w:p>
    <w:p w14:paraId="36079A62" w14:textId="77777777" w:rsidR="00C84256" w:rsidRPr="004C06D0" w:rsidRDefault="00C84256" w:rsidP="00C84256">
      <w:pPr>
        <w:rPr>
          <w:rFonts w:ascii="Arial" w:hAnsi="Arial"/>
          <w:sz w:val="36"/>
          <w:lang w:val="fr-FR"/>
        </w:rPr>
      </w:pPr>
      <w:r w:rsidRPr="004C06D0">
        <w:rPr>
          <w:rFonts w:ascii="Arial" w:hAnsi="Arial"/>
          <w:sz w:val="36"/>
          <w:lang w:val="fr-FR"/>
        </w:rPr>
        <w:t xml:space="preserve">2 place du 11 Novembre 1918 (8e) </w:t>
      </w:r>
    </w:p>
    <w:p w14:paraId="5CBA79B7" w14:textId="77777777" w:rsidR="00C84256" w:rsidRPr="004C06D0" w:rsidRDefault="00C84256" w:rsidP="00C84256">
      <w:pPr>
        <w:rPr>
          <w:rFonts w:ascii="Arial" w:hAnsi="Arial"/>
          <w:sz w:val="36"/>
          <w:lang w:val="fr-FR"/>
        </w:rPr>
      </w:pPr>
      <w:hyperlink r:id="rId30">
        <w:r w:rsidRPr="004C06D0">
          <w:rPr>
            <w:rFonts w:ascii="Arial" w:hAnsi="Arial"/>
            <w:color w:val="0000EE"/>
            <w:sz w:val="36"/>
            <w:u w:val="single"/>
            <w:lang w:val="fr-FR"/>
          </w:rPr>
          <w:t>bm-lyon.fr</w:t>
        </w:r>
      </w:hyperlink>
      <w:r w:rsidRPr="004C06D0">
        <w:rPr>
          <w:rFonts w:ascii="Arial" w:hAnsi="Arial"/>
          <w:sz w:val="36"/>
          <w:lang w:val="fr-FR"/>
        </w:rPr>
        <w:t xml:space="preserve"> </w:t>
      </w:r>
    </w:p>
    <w:p w14:paraId="78DC52B2" w14:textId="77777777" w:rsidR="00C84256" w:rsidRPr="004C06D0" w:rsidRDefault="00C84256" w:rsidP="00C84256">
      <w:pPr>
        <w:rPr>
          <w:rFonts w:ascii="Arial" w:hAnsi="Arial"/>
          <w:sz w:val="36"/>
          <w:lang w:val="fr-FR"/>
        </w:rPr>
      </w:pPr>
      <w:r w:rsidRPr="004C06D0">
        <w:rPr>
          <w:rFonts w:ascii="Arial" w:hAnsi="Arial"/>
          <w:sz w:val="36"/>
          <w:lang w:val="fr-FR"/>
        </w:rPr>
        <w:lastRenderedPageBreak/>
        <w:t>04 78 78 12 12</w:t>
      </w:r>
    </w:p>
    <w:p w14:paraId="375D621D" w14:textId="77777777" w:rsidR="00C84256" w:rsidRPr="004C06D0" w:rsidRDefault="00C84256" w:rsidP="00C84256">
      <w:pPr>
        <w:rPr>
          <w:rFonts w:ascii="Arial" w:hAnsi="Arial"/>
          <w:sz w:val="36"/>
          <w:lang w:val="fr-FR"/>
        </w:rPr>
      </w:pPr>
    </w:p>
    <w:p w14:paraId="1489B84C" w14:textId="77777777" w:rsidR="00C84256" w:rsidRPr="004C06D0" w:rsidRDefault="00C84256" w:rsidP="00C84256">
      <w:pPr>
        <w:rPr>
          <w:rFonts w:ascii="Arial" w:hAnsi="Arial"/>
          <w:sz w:val="36"/>
          <w:lang w:val="fr-FR"/>
        </w:rPr>
      </w:pPr>
    </w:p>
    <w:p w14:paraId="026FF336" w14:textId="77777777" w:rsidR="00C84256" w:rsidRPr="00E57313" w:rsidRDefault="00C84256" w:rsidP="00C84256">
      <w:pPr>
        <w:rPr>
          <w:rFonts w:ascii="Arial" w:hAnsi="Arial"/>
          <w:b/>
          <w:bCs/>
          <w:sz w:val="40"/>
          <w:szCs w:val="24"/>
          <w:lang w:val="fr-FR"/>
        </w:rPr>
      </w:pPr>
      <w:r w:rsidRPr="00E57313">
        <w:rPr>
          <w:rFonts w:ascii="Arial" w:hAnsi="Arial"/>
          <w:b/>
          <w:bCs/>
          <w:sz w:val="40"/>
          <w:szCs w:val="24"/>
          <w:lang w:val="fr-FR"/>
        </w:rPr>
        <w:t>4. Dauphiné-</w:t>
      </w:r>
      <w:proofErr w:type="spellStart"/>
      <w:r w:rsidRPr="00E57313">
        <w:rPr>
          <w:rFonts w:ascii="Arial" w:hAnsi="Arial"/>
          <w:b/>
          <w:bCs/>
          <w:sz w:val="40"/>
          <w:szCs w:val="24"/>
          <w:lang w:val="fr-FR"/>
        </w:rPr>
        <w:t>Montchat</w:t>
      </w:r>
      <w:proofErr w:type="spellEnd"/>
      <w:r w:rsidRPr="00E57313">
        <w:rPr>
          <w:rFonts w:ascii="Arial" w:hAnsi="Arial"/>
          <w:b/>
          <w:bCs/>
          <w:sz w:val="40"/>
          <w:szCs w:val="24"/>
          <w:lang w:val="fr-FR"/>
        </w:rPr>
        <w:t> :</w:t>
      </w:r>
    </w:p>
    <w:p w14:paraId="1BD2098E" w14:textId="77777777" w:rsidR="00C84256" w:rsidRPr="004C06D0" w:rsidRDefault="00C84256" w:rsidP="00C84256">
      <w:pPr>
        <w:rPr>
          <w:rFonts w:ascii="Arial" w:hAnsi="Arial"/>
          <w:sz w:val="36"/>
          <w:lang w:val="fr-FR"/>
        </w:rPr>
      </w:pPr>
      <w:r w:rsidRPr="004C06D0">
        <w:rPr>
          <w:rFonts w:ascii="Arial" w:hAnsi="Arial"/>
          <w:sz w:val="36"/>
          <w:lang w:val="fr-FR"/>
        </w:rPr>
        <w:t>- A s'asseoir sur un banc...</w:t>
      </w:r>
    </w:p>
    <w:p w14:paraId="63C54322" w14:textId="77777777" w:rsidR="00C84256" w:rsidRPr="004C06D0" w:rsidRDefault="00C84256" w:rsidP="00C84256">
      <w:pPr>
        <w:rPr>
          <w:rFonts w:ascii="Arial" w:hAnsi="Arial"/>
          <w:sz w:val="36"/>
          <w:lang w:val="fr-FR"/>
        </w:rPr>
      </w:pPr>
      <w:r w:rsidRPr="004C06D0">
        <w:rPr>
          <w:rFonts w:ascii="Arial" w:hAnsi="Arial"/>
          <w:sz w:val="36"/>
          <w:lang w:val="fr-FR"/>
        </w:rPr>
        <w:t xml:space="preserve">Qui a vu des bancs différents dans les parcs Sisley et Bazin ? </w:t>
      </w:r>
    </w:p>
    <w:p w14:paraId="21AD6930" w14:textId="77777777" w:rsidR="00C84256" w:rsidRPr="004C06D0" w:rsidRDefault="00C84256" w:rsidP="00C84256">
      <w:pPr>
        <w:rPr>
          <w:rFonts w:ascii="Arial" w:hAnsi="Arial"/>
          <w:sz w:val="36"/>
          <w:lang w:val="fr-FR"/>
        </w:rPr>
      </w:pPr>
      <w:r w:rsidRPr="004C06D0">
        <w:rPr>
          <w:rFonts w:ascii="Arial" w:hAnsi="Arial"/>
          <w:sz w:val="36"/>
          <w:lang w:val="fr-FR"/>
        </w:rPr>
        <w:t xml:space="preserve">Ces assises rouges, aux lignes arrondies, sont des "bancs de l'amitié". Ils ont été imaginés et souhaités par le Conseil d'arrondissement des enfants du 3e dans le cadre du 2e Budget participatif. </w:t>
      </w:r>
    </w:p>
    <w:p w14:paraId="14A91741" w14:textId="77777777" w:rsidR="00C84256" w:rsidRPr="004C06D0" w:rsidRDefault="00C84256" w:rsidP="00C84256">
      <w:pPr>
        <w:rPr>
          <w:rFonts w:ascii="Arial" w:hAnsi="Arial"/>
          <w:sz w:val="36"/>
          <w:lang w:val="fr-FR"/>
        </w:rPr>
      </w:pPr>
      <w:r w:rsidRPr="004C06D0">
        <w:rPr>
          <w:rFonts w:ascii="Arial" w:hAnsi="Arial"/>
          <w:sz w:val="36"/>
          <w:lang w:val="fr-FR"/>
        </w:rPr>
        <w:t>Si on se sent seul, on s'assoit et cela indique qu'on a envie de faire connaissance. Ça marche pour les enfants comme pour les adultes !</w:t>
      </w:r>
    </w:p>
    <w:p w14:paraId="35EDD0A9" w14:textId="77777777" w:rsidR="00C84256" w:rsidRPr="004C06D0" w:rsidRDefault="00C84256" w:rsidP="00C84256">
      <w:pPr>
        <w:rPr>
          <w:rFonts w:ascii="Arial" w:hAnsi="Arial"/>
          <w:sz w:val="36"/>
          <w:lang w:val="fr-FR"/>
        </w:rPr>
      </w:pPr>
      <w:hyperlink r:id="rId31">
        <w:r w:rsidRPr="004C06D0">
          <w:rPr>
            <w:rFonts w:ascii="Arial" w:hAnsi="Arial"/>
            <w:color w:val="0000EE"/>
            <w:sz w:val="36"/>
            <w:u w:val="single"/>
            <w:lang w:val="fr-FR"/>
          </w:rPr>
          <w:t>oye.participer.lyon.fr</w:t>
        </w:r>
      </w:hyperlink>
    </w:p>
    <w:p w14:paraId="7F6AB823" w14:textId="77777777" w:rsidR="00C84256" w:rsidRPr="004C06D0" w:rsidRDefault="00C84256" w:rsidP="00C84256">
      <w:pPr>
        <w:rPr>
          <w:rFonts w:ascii="Arial" w:hAnsi="Arial"/>
          <w:sz w:val="36"/>
          <w:lang w:val="fr-FR"/>
        </w:rPr>
      </w:pPr>
    </w:p>
    <w:p w14:paraId="3C270143" w14:textId="77777777" w:rsidR="00C84256" w:rsidRPr="00E57313" w:rsidRDefault="00C84256" w:rsidP="00C84256">
      <w:pPr>
        <w:rPr>
          <w:rFonts w:ascii="Arial" w:hAnsi="Arial"/>
          <w:b/>
          <w:bCs/>
          <w:sz w:val="40"/>
          <w:szCs w:val="24"/>
          <w:lang w:val="fr-FR"/>
        </w:rPr>
      </w:pPr>
      <w:r w:rsidRPr="00E57313">
        <w:rPr>
          <w:rFonts w:ascii="Arial" w:hAnsi="Arial"/>
          <w:b/>
          <w:bCs/>
          <w:sz w:val="40"/>
          <w:szCs w:val="24"/>
          <w:lang w:val="fr-FR"/>
        </w:rPr>
        <w:t>5. Terreaux :</w:t>
      </w:r>
    </w:p>
    <w:p w14:paraId="3F684C91" w14:textId="77777777" w:rsidR="00C84256" w:rsidRPr="004C06D0" w:rsidRDefault="00C84256" w:rsidP="00C84256">
      <w:pPr>
        <w:rPr>
          <w:rFonts w:ascii="Arial" w:hAnsi="Arial"/>
          <w:sz w:val="36"/>
          <w:lang w:val="fr-FR"/>
        </w:rPr>
      </w:pPr>
      <w:r w:rsidRPr="004C06D0">
        <w:rPr>
          <w:rFonts w:ascii="Arial" w:hAnsi="Arial"/>
          <w:sz w:val="36"/>
          <w:lang w:val="fr-FR"/>
        </w:rPr>
        <w:t>- Le retour d'Apollon :</w:t>
      </w:r>
    </w:p>
    <w:p w14:paraId="1F4E3FBA" w14:textId="77777777" w:rsidR="00C84256" w:rsidRPr="004C06D0" w:rsidRDefault="00C84256" w:rsidP="00C84256">
      <w:pPr>
        <w:rPr>
          <w:rFonts w:ascii="Arial" w:hAnsi="Arial"/>
          <w:sz w:val="36"/>
          <w:lang w:val="fr-FR"/>
        </w:rPr>
      </w:pPr>
      <w:r w:rsidRPr="004C06D0">
        <w:rPr>
          <w:rFonts w:ascii="Arial" w:hAnsi="Arial"/>
          <w:sz w:val="36"/>
          <w:lang w:val="fr-FR"/>
        </w:rPr>
        <w:t>Une perle de plus dans l'écrin qu'est le jardin du musée des Beaux-arts !</w:t>
      </w:r>
      <w:r w:rsidRPr="004C06D0">
        <w:rPr>
          <w:rFonts w:ascii="Arial" w:hAnsi="Arial"/>
          <w:sz w:val="36"/>
          <w:lang w:val="fr-FR"/>
        </w:rPr>
        <w:br/>
        <w:t>Au début de l'été, il a accueilli le retour d'Apollon. Après avoir été restaurée, cette statue en bronze a été remise en place au sommet de la fontaine.</w:t>
      </w:r>
      <w:r w:rsidRPr="004C06D0">
        <w:rPr>
          <w:rFonts w:ascii="Arial" w:hAnsi="Arial"/>
          <w:sz w:val="36"/>
          <w:lang w:val="fr-FR"/>
        </w:rPr>
        <w:br/>
        <w:t xml:space="preserve">Elle est une copie d'après une statue antique, l'Apollino </w:t>
      </w:r>
      <w:r w:rsidRPr="004C06D0">
        <w:rPr>
          <w:rFonts w:ascii="Arial" w:hAnsi="Arial"/>
          <w:sz w:val="36"/>
          <w:lang w:val="fr-FR"/>
        </w:rPr>
        <w:lastRenderedPageBreak/>
        <w:t>Médicis, conservée à la galerie des Offices à Florence, en Italie.</w:t>
      </w:r>
      <w:r w:rsidRPr="004C06D0">
        <w:rPr>
          <w:rFonts w:ascii="Arial" w:hAnsi="Arial"/>
          <w:sz w:val="36"/>
          <w:lang w:val="fr-FR"/>
        </w:rPr>
        <w:br/>
        <w:t>Le jardin du musée des Beaux-arts est en accès libre toute l'année (sauf mardi et jours fériés). On peut donc faire la connaissance de cet Apollon à tout moment.</w:t>
      </w:r>
      <w:r w:rsidRPr="004C06D0">
        <w:rPr>
          <w:rFonts w:ascii="Arial" w:hAnsi="Arial"/>
          <w:sz w:val="36"/>
          <w:lang w:val="fr-FR"/>
        </w:rPr>
        <w:br/>
        <w:t>La restauration comme la remise en place faisaient partie des projets retenus pour le 2e Budget participatif.</w:t>
      </w:r>
    </w:p>
    <w:p w14:paraId="17EF8F60" w14:textId="77777777" w:rsidR="00C84256" w:rsidRPr="004C06D0" w:rsidRDefault="00C84256" w:rsidP="00C84256">
      <w:pPr>
        <w:rPr>
          <w:rFonts w:ascii="Arial" w:hAnsi="Arial"/>
          <w:sz w:val="36"/>
          <w:lang w:val="fr-FR"/>
        </w:rPr>
      </w:pPr>
    </w:p>
    <w:p w14:paraId="5C5C1051" w14:textId="77777777" w:rsidR="00C84256" w:rsidRPr="00E57313" w:rsidRDefault="00C84256" w:rsidP="00C84256">
      <w:pPr>
        <w:rPr>
          <w:rFonts w:ascii="Arial" w:hAnsi="Arial"/>
          <w:b/>
          <w:bCs/>
          <w:sz w:val="40"/>
          <w:szCs w:val="24"/>
          <w:lang w:val="fr-FR"/>
        </w:rPr>
      </w:pPr>
      <w:r w:rsidRPr="00E57313">
        <w:rPr>
          <w:rFonts w:ascii="Arial" w:hAnsi="Arial"/>
          <w:b/>
          <w:bCs/>
          <w:sz w:val="40"/>
          <w:szCs w:val="24"/>
          <w:lang w:val="fr-FR"/>
        </w:rPr>
        <w:t>6. Point-du-Jour :</w:t>
      </w:r>
    </w:p>
    <w:p w14:paraId="52EAE757" w14:textId="77777777" w:rsidR="00C84256" w:rsidRPr="004C06D0" w:rsidRDefault="00C84256" w:rsidP="00C84256">
      <w:pPr>
        <w:rPr>
          <w:rFonts w:ascii="Arial" w:hAnsi="Arial"/>
          <w:sz w:val="36"/>
          <w:lang w:val="fr-FR"/>
        </w:rPr>
      </w:pPr>
      <w:r w:rsidRPr="004C06D0">
        <w:rPr>
          <w:rFonts w:ascii="Arial" w:hAnsi="Arial"/>
          <w:sz w:val="36"/>
          <w:lang w:val="fr-FR"/>
        </w:rPr>
        <w:t>- La crèche Allix rouverte :</w:t>
      </w:r>
    </w:p>
    <w:p w14:paraId="18B9CE5F" w14:textId="77777777" w:rsidR="00C84256" w:rsidRPr="004C06D0" w:rsidRDefault="00C84256" w:rsidP="00C84256">
      <w:pPr>
        <w:rPr>
          <w:rFonts w:ascii="Arial" w:hAnsi="Arial"/>
          <w:sz w:val="36"/>
          <w:lang w:val="fr-FR"/>
        </w:rPr>
      </w:pPr>
      <w:r w:rsidRPr="004C06D0">
        <w:rPr>
          <w:rFonts w:ascii="Arial" w:hAnsi="Arial"/>
          <w:sz w:val="36"/>
          <w:lang w:val="fr-FR"/>
        </w:rPr>
        <w:t xml:space="preserve">Détruite sur plus d'un tiers de sa structure après un incendie criminel fin 2023, la crèche Allix avait dû fermer ses portes. </w:t>
      </w:r>
    </w:p>
    <w:p w14:paraId="2B2EDD38" w14:textId="77777777" w:rsidR="00C84256" w:rsidRPr="004C06D0" w:rsidRDefault="00C84256" w:rsidP="00C84256">
      <w:pPr>
        <w:rPr>
          <w:rFonts w:ascii="Arial" w:hAnsi="Arial"/>
          <w:sz w:val="36"/>
          <w:lang w:val="fr-FR"/>
        </w:rPr>
      </w:pPr>
      <w:r w:rsidRPr="004C06D0">
        <w:rPr>
          <w:rFonts w:ascii="Arial" w:hAnsi="Arial"/>
          <w:sz w:val="36"/>
          <w:lang w:val="fr-FR"/>
        </w:rPr>
        <w:t>La Ville de Lyon a procédé à un important chantier de réhabilitation entre fin 2025 et début 2026. Après ces mois de travaux, AGDS, l'association gestionnaire, a pu rouvrir l'établissement et ses 48 berceaux ce mois-ci.</w:t>
      </w:r>
    </w:p>
    <w:p w14:paraId="3FE9647E" w14:textId="77777777" w:rsidR="00C84256" w:rsidRPr="004C06D0" w:rsidRDefault="00C84256" w:rsidP="00C84256">
      <w:pPr>
        <w:rPr>
          <w:rFonts w:ascii="Arial" w:hAnsi="Arial"/>
          <w:sz w:val="36"/>
          <w:lang w:val="fr-FR"/>
        </w:rPr>
      </w:pPr>
    </w:p>
    <w:p w14:paraId="77C1039F" w14:textId="77777777" w:rsidR="00C84256" w:rsidRPr="00E57313" w:rsidRDefault="00C84256" w:rsidP="00C84256">
      <w:pPr>
        <w:rPr>
          <w:rFonts w:ascii="Arial" w:hAnsi="Arial"/>
          <w:b/>
          <w:bCs/>
          <w:sz w:val="40"/>
          <w:szCs w:val="24"/>
          <w:lang w:val="fr-FR"/>
        </w:rPr>
      </w:pPr>
      <w:r w:rsidRPr="00E57313">
        <w:rPr>
          <w:rFonts w:ascii="Arial" w:hAnsi="Arial"/>
          <w:b/>
          <w:bCs/>
          <w:sz w:val="40"/>
          <w:szCs w:val="24"/>
          <w:lang w:val="fr-FR"/>
        </w:rPr>
        <w:t>7. Saxe-Gambetta :</w:t>
      </w:r>
    </w:p>
    <w:p w14:paraId="42B4E066" w14:textId="77777777" w:rsidR="00C84256" w:rsidRPr="004C06D0" w:rsidRDefault="00C84256" w:rsidP="00C84256">
      <w:pPr>
        <w:rPr>
          <w:rFonts w:ascii="Arial" w:hAnsi="Arial"/>
          <w:sz w:val="36"/>
          <w:lang w:val="fr-FR"/>
        </w:rPr>
      </w:pPr>
      <w:r w:rsidRPr="004C06D0">
        <w:rPr>
          <w:rFonts w:ascii="Arial" w:hAnsi="Arial"/>
          <w:sz w:val="36"/>
          <w:lang w:val="fr-FR"/>
        </w:rPr>
        <w:t>- Avenues de la chine :</w:t>
      </w:r>
    </w:p>
    <w:p w14:paraId="301189CA" w14:textId="77777777" w:rsidR="00C84256" w:rsidRPr="004C06D0" w:rsidRDefault="00C84256" w:rsidP="00C84256">
      <w:pPr>
        <w:rPr>
          <w:rFonts w:ascii="Arial" w:hAnsi="Arial"/>
          <w:sz w:val="36"/>
          <w:lang w:val="fr-FR"/>
        </w:rPr>
      </w:pPr>
      <w:r w:rsidRPr="004C06D0">
        <w:rPr>
          <w:rFonts w:ascii="Arial" w:hAnsi="Arial"/>
          <w:sz w:val="36"/>
          <w:lang w:val="fr-FR"/>
        </w:rPr>
        <w:t xml:space="preserve">Les moments propices aux brocantes et vide-greniers sont le printemps et les prémices de l'automne. L'association de commerçants Lyon 7 Rive gauche a choisi le second pour proposer son désormais bien installé De Brad' &amp; De Broc'. </w:t>
      </w:r>
    </w:p>
    <w:p w14:paraId="2BDFD0F8" w14:textId="77777777" w:rsidR="00C84256" w:rsidRPr="004C06D0" w:rsidRDefault="00C84256" w:rsidP="00C84256">
      <w:pPr>
        <w:rPr>
          <w:rFonts w:ascii="Arial" w:hAnsi="Arial"/>
          <w:sz w:val="36"/>
          <w:lang w:val="fr-FR"/>
        </w:rPr>
      </w:pPr>
      <w:r w:rsidRPr="004C06D0">
        <w:rPr>
          <w:rFonts w:ascii="Arial" w:hAnsi="Arial"/>
          <w:sz w:val="36"/>
          <w:lang w:val="fr-FR"/>
        </w:rPr>
        <w:lastRenderedPageBreak/>
        <w:t>Comme chaque année, l'événement va s'étirer sur les avenues Jean-Jaurès, du cours Gambetta à la rue de la Thibaudière (7e), et Maréchal-de-Saxe, du cours Gambetta à la rue de Bonnel (3e).</w:t>
      </w:r>
      <w:r w:rsidRPr="004C06D0">
        <w:rPr>
          <w:rFonts w:ascii="Arial" w:hAnsi="Arial"/>
          <w:sz w:val="36"/>
          <w:lang w:val="fr-FR"/>
        </w:rPr>
        <w:br/>
        <w:t>Rendez-vous le 19 septembre pour une chasse aux trésors à prix cassés !</w:t>
      </w:r>
    </w:p>
    <w:p w14:paraId="4460719E" w14:textId="77777777" w:rsidR="00C84256" w:rsidRPr="004C06D0" w:rsidRDefault="00C84256" w:rsidP="00C84256">
      <w:pPr>
        <w:rPr>
          <w:rFonts w:ascii="Arial" w:hAnsi="Arial"/>
          <w:sz w:val="36"/>
          <w:lang w:val="fr-FR"/>
        </w:rPr>
      </w:pPr>
    </w:p>
    <w:p w14:paraId="42F384BA" w14:textId="77777777" w:rsidR="00C84256" w:rsidRPr="00AD3A9E" w:rsidRDefault="00C84256" w:rsidP="00C84256">
      <w:pPr>
        <w:rPr>
          <w:rFonts w:ascii="Arial" w:hAnsi="Arial"/>
          <w:b/>
          <w:bCs/>
          <w:sz w:val="40"/>
          <w:szCs w:val="24"/>
          <w:lang w:val="fr-FR"/>
        </w:rPr>
      </w:pPr>
      <w:r w:rsidRPr="00AD3A9E">
        <w:rPr>
          <w:rFonts w:ascii="Arial" w:hAnsi="Arial"/>
          <w:b/>
          <w:bCs/>
          <w:sz w:val="40"/>
          <w:szCs w:val="24"/>
          <w:lang w:val="fr-FR"/>
        </w:rPr>
        <w:t>"Marcher, s'instruire et se rencontrer"</w:t>
      </w:r>
    </w:p>
    <w:p w14:paraId="1337B49B" w14:textId="77777777" w:rsidR="00C84256" w:rsidRPr="00AD3A9E" w:rsidRDefault="00C84256" w:rsidP="00C84256">
      <w:pPr>
        <w:rPr>
          <w:rFonts w:ascii="Arial" w:hAnsi="Arial"/>
          <w:b/>
          <w:bCs/>
          <w:sz w:val="40"/>
          <w:szCs w:val="24"/>
          <w:lang w:val="fr-FR"/>
        </w:rPr>
      </w:pPr>
      <w:r w:rsidRPr="00AD3A9E">
        <w:rPr>
          <w:rFonts w:ascii="Arial" w:hAnsi="Arial"/>
          <w:b/>
          <w:bCs/>
          <w:sz w:val="40"/>
          <w:szCs w:val="24"/>
          <w:lang w:val="fr-FR"/>
        </w:rPr>
        <w:t>8. Croix-Rousse :</w:t>
      </w:r>
    </w:p>
    <w:p w14:paraId="5B185A66" w14:textId="77777777" w:rsidR="00C84256" w:rsidRPr="004C06D0" w:rsidRDefault="00C84256" w:rsidP="00C84256">
      <w:pPr>
        <w:rPr>
          <w:rFonts w:ascii="Arial" w:hAnsi="Arial"/>
          <w:sz w:val="36"/>
          <w:lang w:val="fr-FR"/>
        </w:rPr>
      </w:pPr>
      <w:r w:rsidRPr="004C06D0">
        <w:rPr>
          <w:rFonts w:ascii="Arial" w:hAnsi="Arial"/>
          <w:sz w:val="36"/>
          <w:lang w:val="fr-FR"/>
        </w:rPr>
        <w:t>- Pierre, incurable baladeur :</w:t>
      </w:r>
    </w:p>
    <w:p w14:paraId="5050EED1" w14:textId="77777777" w:rsidR="00C84256" w:rsidRPr="004C06D0" w:rsidRDefault="00C84256" w:rsidP="00C84256">
      <w:pPr>
        <w:rPr>
          <w:rFonts w:ascii="Arial" w:hAnsi="Arial"/>
          <w:sz w:val="36"/>
          <w:lang w:val="fr-FR"/>
        </w:rPr>
      </w:pPr>
      <w:r w:rsidRPr="004C06D0">
        <w:rPr>
          <w:rFonts w:ascii="Arial" w:hAnsi="Arial"/>
          <w:sz w:val="36"/>
          <w:lang w:val="fr-FR"/>
        </w:rPr>
        <w:t xml:space="preserve">Le Conseil des seniors du 4e propose des balades insolites aux... seniors. L’idée : sortir, marcher, s'instruire, faire connaissance. On chemine à la Croix-Rousse mais aussi en dehors du quartier en empruntant les transports en commun. On espère pouvoir organiser dix balades cette année sans proposer deux fois la même. </w:t>
      </w:r>
    </w:p>
    <w:p w14:paraId="4BE6BA1E" w14:textId="77777777" w:rsidR="00C84256" w:rsidRPr="004C06D0" w:rsidRDefault="00C84256" w:rsidP="00C84256">
      <w:pPr>
        <w:rPr>
          <w:rFonts w:ascii="Arial" w:hAnsi="Arial"/>
          <w:sz w:val="36"/>
          <w:lang w:val="fr-FR"/>
        </w:rPr>
      </w:pPr>
      <w:r w:rsidRPr="004C06D0">
        <w:rPr>
          <w:rFonts w:ascii="Arial" w:hAnsi="Arial"/>
          <w:sz w:val="36"/>
          <w:lang w:val="fr-FR"/>
        </w:rPr>
        <w:t>C'est gratuit et sans inscription !</w:t>
      </w:r>
      <w:r w:rsidRPr="004C06D0">
        <w:rPr>
          <w:rFonts w:ascii="Arial" w:hAnsi="Arial"/>
          <w:sz w:val="36"/>
          <w:lang w:val="fr-FR"/>
        </w:rPr>
        <w:br/>
        <w:t>Cependant il faudra quand même s'inscrire pour le parc de la Cerisaie avec goûter le 7 octobre à 14h dans le cadre de la Semaine bleue (départ ligne S4 arrêt Niepce).</w:t>
      </w:r>
    </w:p>
    <w:p w14:paraId="6D7EE3D7" w14:textId="77777777" w:rsidR="00C84256" w:rsidRPr="004C06D0" w:rsidRDefault="00C84256" w:rsidP="00C84256">
      <w:pPr>
        <w:rPr>
          <w:rFonts w:ascii="Arial" w:hAnsi="Arial"/>
          <w:sz w:val="36"/>
          <w:lang w:val="fr-FR"/>
        </w:rPr>
      </w:pPr>
      <w:hyperlink r:id="rId32">
        <w:r w:rsidRPr="004C06D0">
          <w:rPr>
            <w:rFonts w:ascii="Arial" w:hAnsi="Arial"/>
            <w:color w:val="0000EE"/>
            <w:sz w:val="36"/>
            <w:u w:val="single"/>
            <w:lang w:val="fr-FR"/>
          </w:rPr>
          <w:t>mairie4.lyon.fr/solidarite/seniors/</w:t>
        </w:r>
      </w:hyperlink>
      <w:hyperlink r:id="rId33">
        <w:r w:rsidRPr="004C06D0">
          <w:rPr>
            <w:rFonts w:ascii="Arial" w:hAnsi="Arial"/>
            <w:color w:val="0000EE"/>
            <w:sz w:val="36"/>
            <w:u w:val="single"/>
            <w:lang w:val="fr-FR"/>
          </w:rPr>
          <w:t>conseil-des-seniors</w:t>
        </w:r>
      </w:hyperlink>
      <w:r w:rsidRPr="004C06D0">
        <w:rPr>
          <w:rFonts w:ascii="Arial" w:hAnsi="Arial"/>
          <w:sz w:val="36"/>
          <w:lang w:val="fr-FR"/>
        </w:rPr>
        <w:t xml:space="preserve"> /</w:t>
      </w:r>
      <w:r w:rsidRPr="004C06D0">
        <w:rPr>
          <w:rFonts w:ascii="Arial" w:hAnsi="Arial"/>
          <w:sz w:val="36"/>
          <w:lang w:val="fr-FR"/>
        </w:rPr>
        <w:br/>
      </w:r>
      <w:hyperlink r:id="rId34">
        <w:r w:rsidRPr="004C06D0">
          <w:rPr>
            <w:rFonts w:ascii="Arial" w:hAnsi="Arial"/>
            <w:color w:val="0000EE"/>
            <w:sz w:val="36"/>
            <w:u w:val="single"/>
            <w:lang w:val="fr-FR"/>
          </w:rPr>
          <w:t>conseil.seniors.lyon4@gmail.com</w:t>
        </w:r>
      </w:hyperlink>
    </w:p>
    <w:p w14:paraId="37F7B23B" w14:textId="7833D719" w:rsidR="008315E5" w:rsidRDefault="008315E5">
      <w:pPr>
        <w:rPr>
          <w:rFonts w:ascii="Arial" w:hAnsi="Arial"/>
          <w:sz w:val="36"/>
          <w:lang w:val="fr-FR"/>
        </w:rPr>
      </w:pPr>
      <w:r>
        <w:rPr>
          <w:rFonts w:ascii="Arial" w:hAnsi="Arial"/>
          <w:sz w:val="36"/>
          <w:lang w:val="fr-FR"/>
        </w:rPr>
        <w:br w:type="page"/>
      </w:r>
    </w:p>
    <w:p w14:paraId="7E436BD4" w14:textId="4732E313" w:rsidR="00C84256" w:rsidRPr="00AD3A9E" w:rsidRDefault="00AD3A9E" w:rsidP="00C84256">
      <w:pPr>
        <w:pStyle w:val="Titre1"/>
        <w:jc w:val="center"/>
        <w:rPr>
          <w:rFonts w:ascii="Arial" w:hAnsi="Arial"/>
          <w:sz w:val="44"/>
          <w:szCs w:val="36"/>
          <w:lang w:val="fr-FR"/>
        </w:rPr>
      </w:pPr>
      <w:bookmarkStart w:id="27" w:name="_Toc239853013"/>
      <w:r w:rsidRPr="00AD3A9E">
        <w:rPr>
          <w:rFonts w:ascii="Arial" w:hAnsi="Arial"/>
          <w:sz w:val="44"/>
          <w:szCs w:val="36"/>
          <w:lang w:val="fr-FR"/>
        </w:rPr>
        <w:lastRenderedPageBreak/>
        <w:t>C'EST DANS VOTRE QUARTIER</w:t>
      </w:r>
      <w:bookmarkEnd w:id="27"/>
    </w:p>
    <w:p w14:paraId="7B8CA6FD" w14:textId="77777777" w:rsidR="00C84256" w:rsidRPr="00AD3A9E" w:rsidRDefault="00C84256" w:rsidP="00C84256">
      <w:pPr>
        <w:pStyle w:val="Titre1"/>
        <w:jc w:val="center"/>
        <w:rPr>
          <w:rFonts w:ascii="Arial" w:hAnsi="Arial"/>
          <w:smallCaps/>
          <w:sz w:val="44"/>
          <w:szCs w:val="36"/>
          <w:lang w:val="fr-FR"/>
        </w:rPr>
      </w:pPr>
      <w:bookmarkStart w:id="28" w:name="_Toc239853014"/>
      <w:r w:rsidRPr="00AD3A9E">
        <w:rPr>
          <w:rFonts w:ascii="Arial" w:hAnsi="Arial"/>
          <w:smallCaps/>
          <w:sz w:val="44"/>
          <w:szCs w:val="36"/>
          <w:lang w:val="fr-FR"/>
        </w:rPr>
        <w:t>Tout Lyon</w:t>
      </w:r>
      <w:bookmarkEnd w:id="28"/>
    </w:p>
    <w:p w14:paraId="5DEF253B" w14:textId="77777777" w:rsidR="00C84256" w:rsidRPr="004C06D0" w:rsidRDefault="00C84256" w:rsidP="00C84256">
      <w:pPr>
        <w:rPr>
          <w:rFonts w:ascii="Arial" w:hAnsi="Arial"/>
          <w:sz w:val="36"/>
          <w:lang w:val="fr-FR"/>
        </w:rPr>
      </w:pPr>
    </w:p>
    <w:p w14:paraId="3A7422DF" w14:textId="77777777" w:rsidR="00C84256" w:rsidRPr="00AD3A9E" w:rsidRDefault="00C84256" w:rsidP="00C84256">
      <w:pPr>
        <w:rPr>
          <w:rFonts w:ascii="Arial" w:hAnsi="Arial"/>
          <w:b/>
          <w:bCs/>
          <w:sz w:val="36"/>
          <w:lang w:val="fr-FR"/>
        </w:rPr>
      </w:pPr>
      <w:r w:rsidRPr="00AD3A9E">
        <w:rPr>
          <w:rFonts w:ascii="Arial" w:hAnsi="Arial"/>
          <w:b/>
          <w:bCs/>
          <w:sz w:val="36"/>
          <w:lang w:val="fr-FR"/>
        </w:rPr>
        <w:t xml:space="preserve">- </w:t>
      </w:r>
      <w:proofErr w:type="spellStart"/>
      <w:r w:rsidRPr="00AD3A9E">
        <w:rPr>
          <w:rFonts w:ascii="Arial" w:hAnsi="Arial"/>
          <w:b/>
          <w:bCs/>
          <w:sz w:val="36"/>
          <w:lang w:val="fr-FR"/>
        </w:rPr>
        <w:t>Divercity</w:t>
      </w:r>
      <w:proofErr w:type="spellEnd"/>
      <w:r w:rsidRPr="00AD3A9E">
        <w:rPr>
          <w:rFonts w:ascii="Arial" w:hAnsi="Arial"/>
          <w:b/>
          <w:bCs/>
          <w:sz w:val="36"/>
          <w:lang w:val="fr-FR"/>
        </w:rPr>
        <w:t>, l'appli qui aide les personnes autistes :</w:t>
      </w:r>
    </w:p>
    <w:p w14:paraId="4EE4A877" w14:textId="77777777" w:rsidR="00AD3A9E" w:rsidRDefault="00C84256" w:rsidP="00C84256">
      <w:pPr>
        <w:rPr>
          <w:rFonts w:ascii="Arial" w:hAnsi="Arial"/>
          <w:sz w:val="36"/>
          <w:lang w:val="fr-FR"/>
        </w:rPr>
      </w:pPr>
      <w:r w:rsidRPr="004C06D0">
        <w:rPr>
          <w:rFonts w:ascii="Arial" w:hAnsi="Arial"/>
          <w:sz w:val="36"/>
          <w:lang w:val="fr-FR"/>
        </w:rPr>
        <w:t>Un restaurant trop bruyant, une boutique trop bondée, un vendeur trop impatient... Si ces situations sont désagréables à vivre pour la clientèle en général, elles peuvent vite devenir angoissantes voire insupportables pour des personnes avec autisme.</w:t>
      </w:r>
      <w:r w:rsidRPr="004C06D0">
        <w:rPr>
          <w:rFonts w:ascii="Arial" w:hAnsi="Arial"/>
          <w:sz w:val="36"/>
          <w:lang w:val="fr-FR"/>
        </w:rPr>
        <w:br/>
        <w:t xml:space="preserve">Or, quelques aménagements simples pourraient suffire à les rassurer et, partant, à faciliter leur quotidien. C'est le rôle de </w:t>
      </w:r>
      <w:proofErr w:type="spellStart"/>
      <w:r w:rsidRPr="004C06D0">
        <w:rPr>
          <w:rFonts w:ascii="Arial" w:hAnsi="Arial"/>
          <w:sz w:val="36"/>
          <w:lang w:val="fr-FR"/>
        </w:rPr>
        <w:t>Divercity</w:t>
      </w:r>
      <w:proofErr w:type="spellEnd"/>
      <w:r w:rsidRPr="004C06D0">
        <w:rPr>
          <w:rFonts w:ascii="Arial" w:hAnsi="Arial"/>
          <w:sz w:val="36"/>
          <w:lang w:val="fr-FR"/>
        </w:rPr>
        <w:t>.</w:t>
      </w:r>
      <w:r w:rsidRPr="004C06D0">
        <w:rPr>
          <w:rFonts w:ascii="Arial" w:hAnsi="Arial"/>
          <w:sz w:val="36"/>
          <w:lang w:val="fr-FR"/>
        </w:rPr>
        <w:br/>
        <w:t xml:space="preserve">Cette application a été imaginée par le Centre d'excellence </w:t>
      </w:r>
      <w:proofErr w:type="spellStart"/>
      <w:r w:rsidRPr="004C06D0">
        <w:rPr>
          <w:rFonts w:ascii="Arial" w:hAnsi="Arial"/>
          <w:sz w:val="36"/>
          <w:lang w:val="fr-FR"/>
        </w:rPr>
        <w:t>iMIND</w:t>
      </w:r>
      <w:proofErr w:type="spellEnd"/>
      <w:r w:rsidRPr="004C06D0">
        <w:rPr>
          <w:rFonts w:ascii="Arial" w:hAnsi="Arial"/>
          <w:sz w:val="36"/>
          <w:lang w:val="fr-FR"/>
        </w:rPr>
        <w:t xml:space="preserve"> dédié aux troubles du neurodéveloppement, porté par Le Vinatier – Psychiatrie Universitaire Lyon Métropole.</w:t>
      </w:r>
      <w:r w:rsidRPr="004C06D0">
        <w:rPr>
          <w:rFonts w:ascii="Arial" w:hAnsi="Arial"/>
          <w:sz w:val="36"/>
          <w:lang w:val="fr-FR"/>
        </w:rPr>
        <w:br/>
        <w:t>"</w:t>
      </w:r>
      <w:proofErr w:type="spellStart"/>
      <w:r w:rsidRPr="004C06D0">
        <w:rPr>
          <w:rFonts w:ascii="Arial" w:hAnsi="Arial"/>
          <w:sz w:val="36"/>
          <w:lang w:val="fr-FR"/>
        </w:rPr>
        <w:t>Divercity</w:t>
      </w:r>
      <w:proofErr w:type="spellEnd"/>
      <w:r w:rsidRPr="004C06D0">
        <w:rPr>
          <w:rFonts w:ascii="Arial" w:hAnsi="Arial"/>
          <w:sz w:val="36"/>
          <w:lang w:val="fr-FR"/>
        </w:rPr>
        <w:t xml:space="preserve"> repère les commerces qui proposent un ou plusieurs aménagements pour bien accueillir les personnes atteintes d'un trouble du neurodéveloppement (autisme, TDAH, Dys...)", décrit la professeure Caroline Demily, coordonnatrice du Centre </w:t>
      </w:r>
      <w:proofErr w:type="spellStart"/>
      <w:r w:rsidRPr="004C06D0">
        <w:rPr>
          <w:rFonts w:ascii="Arial" w:hAnsi="Arial"/>
          <w:sz w:val="36"/>
          <w:lang w:val="fr-FR"/>
        </w:rPr>
        <w:t>iMIND</w:t>
      </w:r>
      <w:proofErr w:type="spellEnd"/>
      <w:r w:rsidRPr="004C06D0">
        <w:rPr>
          <w:rFonts w:ascii="Arial" w:hAnsi="Arial"/>
          <w:sz w:val="36"/>
          <w:lang w:val="fr-FR"/>
        </w:rPr>
        <w:t>.</w:t>
      </w:r>
      <w:r w:rsidRPr="004C06D0">
        <w:rPr>
          <w:rFonts w:ascii="Arial" w:hAnsi="Arial"/>
          <w:sz w:val="36"/>
          <w:lang w:val="fr-FR"/>
        </w:rPr>
        <w:br/>
        <w:t xml:space="preserve">Ces aménagements peuvent porter sur l'accueil, le bruit, l'éclairage (photo ci-contre), la promiscuité, la signalétique, les odeurs. "Il ne s'agit pas de transformer les commerces en lieux spécialisés. Et cela n'implique pas forcément un gros investissement financier. On peut, par exemple, proposer un créneau horaire moins fréquenté dans la semaine ou un endroit </w:t>
      </w:r>
      <w:r w:rsidRPr="004C06D0">
        <w:rPr>
          <w:rFonts w:ascii="Arial" w:hAnsi="Arial"/>
          <w:sz w:val="36"/>
          <w:lang w:val="fr-FR"/>
        </w:rPr>
        <w:lastRenderedPageBreak/>
        <w:t>plus calme dans un restaurant."</w:t>
      </w:r>
      <w:r w:rsidRPr="004C06D0">
        <w:rPr>
          <w:rFonts w:ascii="Arial" w:hAnsi="Arial"/>
          <w:sz w:val="36"/>
          <w:lang w:val="fr-FR"/>
        </w:rPr>
        <w:br/>
        <w:t xml:space="preserve">Pour l'heure, à Lyon, 130 commerces du centre-ville et du 9e arrondissement se sont engagés. </w:t>
      </w:r>
    </w:p>
    <w:p w14:paraId="205C9592" w14:textId="77777777" w:rsidR="00AD3A9E" w:rsidRDefault="00AD3A9E" w:rsidP="00C84256">
      <w:pPr>
        <w:rPr>
          <w:rFonts w:ascii="Arial" w:hAnsi="Arial"/>
          <w:sz w:val="36"/>
          <w:lang w:val="fr-FR"/>
        </w:rPr>
      </w:pPr>
    </w:p>
    <w:p w14:paraId="146AA812" w14:textId="351FCF33" w:rsidR="00C84256" w:rsidRPr="004C06D0" w:rsidRDefault="00C84256" w:rsidP="00C84256">
      <w:pPr>
        <w:rPr>
          <w:rFonts w:ascii="Arial" w:hAnsi="Arial"/>
          <w:sz w:val="36"/>
          <w:lang w:val="fr-FR"/>
        </w:rPr>
      </w:pPr>
      <w:r w:rsidRPr="00AD3A9E">
        <w:rPr>
          <w:rFonts w:ascii="Arial" w:hAnsi="Arial"/>
          <w:b/>
          <w:bCs/>
          <w:sz w:val="36"/>
          <w:lang w:val="fr-FR"/>
        </w:rPr>
        <w:t>Intéressés ?</w:t>
      </w:r>
      <w:r w:rsidRPr="00AD3A9E">
        <w:rPr>
          <w:rFonts w:ascii="Arial" w:hAnsi="Arial"/>
          <w:b/>
          <w:bCs/>
          <w:sz w:val="36"/>
          <w:lang w:val="fr-FR"/>
        </w:rPr>
        <w:br/>
      </w:r>
      <w:r w:rsidRPr="004C06D0">
        <w:rPr>
          <w:rFonts w:ascii="Arial" w:hAnsi="Arial"/>
          <w:sz w:val="36"/>
          <w:lang w:val="fr-FR"/>
        </w:rPr>
        <w:t xml:space="preserve">Il suffit de s'inscrire sur </w:t>
      </w:r>
      <w:hyperlink r:id="rId35">
        <w:proofErr w:type="spellStart"/>
        <w:r w:rsidRPr="004C06D0">
          <w:rPr>
            <w:rFonts w:ascii="Arial" w:hAnsi="Arial"/>
            <w:color w:val="0000EE"/>
            <w:sz w:val="36"/>
            <w:u w:val="single"/>
            <w:lang w:val="fr-FR"/>
          </w:rPr>
          <w:t>divercity.app</w:t>
        </w:r>
        <w:proofErr w:type="spellEnd"/>
      </w:hyperlink>
      <w:r w:rsidRPr="004C06D0">
        <w:rPr>
          <w:rFonts w:ascii="Arial" w:hAnsi="Arial"/>
          <w:sz w:val="36"/>
          <w:lang w:val="fr-FR"/>
        </w:rPr>
        <w:t>, tout est expliqué.</w:t>
      </w:r>
    </w:p>
    <w:p w14:paraId="5ABE72F5" w14:textId="77777777" w:rsidR="00C84256" w:rsidRPr="004C06D0" w:rsidRDefault="00C84256" w:rsidP="00C84256">
      <w:pPr>
        <w:rPr>
          <w:rFonts w:ascii="Arial" w:hAnsi="Arial"/>
          <w:sz w:val="36"/>
          <w:lang w:val="fr-FR"/>
        </w:rPr>
      </w:pPr>
      <w:hyperlink r:id="rId36">
        <w:proofErr w:type="spellStart"/>
        <w:r w:rsidRPr="004C06D0">
          <w:rPr>
            <w:rFonts w:ascii="Arial" w:hAnsi="Arial"/>
            <w:color w:val="0000EE"/>
            <w:sz w:val="36"/>
            <w:u w:val="single"/>
            <w:lang w:val="fr-FR"/>
          </w:rPr>
          <w:t>divercity.app</w:t>
        </w:r>
        <w:proofErr w:type="spellEnd"/>
        <w:r w:rsidRPr="004C06D0">
          <w:rPr>
            <w:rFonts w:ascii="Arial" w:hAnsi="Arial"/>
            <w:color w:val="0000EE"/>
            <w:sz w:val="36"/>
            <w:u w:val="single"/>
            <w:lang w:val="fr-FR"/>
          </w:rPr>
          <w:t>/</w:t>
        </w:r>
      </w:hyperlink>
      <w:r w:rsidRPr="004C06D0">
        <w:rPr>
          <w:rFonts w:ascii="Arial" w:hAnsi="Arial"/>
          <w:sz w:val="36"/>
          <w:lang w:val="fr-FR"/>
        </w:rPr>
        <w:t xml:space="preserve"> application téléchargeable sur Google Play (Android) et l'App Store (iOS)</w:t>
      </w:r>
    </w:p>
    <w:p w14:paraId="574D1897" w14:textId="77777777" w:rsidR="00C84256" w:rsidRPr="004C06D0" w:rsidRDefault="00C84256" w:rsidP="00C84256">
      <w:pPr>
        <w:rPr>
          <w:rFonts w:ascii="Arial" w:hAnsi="Arial"/>
          <w:sz w:val="36"/>
          <w:lang w:val="fr-FR"/>
        </w:rPr>
      </w:pPr>
    </w:p>
    <w:p w14:paraId="43B52ECC" w14:textId="77777777" w:rsidR="00C84256" w:rsidRPr="00AD3A9E" w:rsidRDefault="00C84256" w:rsidP="00C84256">
      <w:pPr>
        <w:rPr>
          <w:rFonts w:ascii="Arial" w:hAnsi="Arial"/>
          <w:b/>
          <w:bCs/>
          <w:sz w:val="40"/>
          <w:szCs w:val="24"/>
          <w:lang w:val="fr-FR"/>
        </w:rPr>
      </w:pPr>
      <w:r w:rsidRPr="00AD3A9E">
        <w:rPr>
          <w:rFonts w:ascii="Arial" w:hAnsi="Arial"/>
          <w:b/>
          <w:bCs/>
          <w:sz w:val="40"/>
          <w:szCs w:val="24"/>
          <w:lang w:val="fr-FR"/>
        </w:rPr>
        <w:t>9. Brotteaux :</w:t>
      </w:r>
    </w:p>
    <w:p w14:paraId="18D12F10" w14:textId="77777777" w:rsidR="00C84256" w:rsidRPr="004C06D0" w:rsidRDefault="00C84256" w:rsidP="00C84256">
      <w:pPr>
        <w:rPr>
          <w:rFonts w:ascii="Arial" w:hAnsi="Arial"/>
          <w:sz w:val="36"/>
          <w:lang w:val="fr-FR"/>
        </w:rPr>
      </w:pPr>
      <w:r w:rsidRPr="004C06D0">
        <w:rPr>
          <w:rFonts w:ascii="Arial" w:hAnsi="Arial"/>
          <w:sz w:val="36"/>
          <w:lang w:val="fr-FR"/>
        </w:rPr>
        <w:t>- Où courge ?</w:t>
      </w:r>
    </w:p>
    <w:p w14:paraId="2C074252" w14:textId="77777777" w:rsidR="00C84256" w:rsidRPr="004C06D0" w:rsidRDefault="00C84256" w:rsidP="00C84256">
      <w:pPr>
        <w:rPr>
          <w:rFonts w:ascii="Arial" w:hAnsi="Arial"/>
          <w:sz w:val="36"/>
          <w:lang w:val="fr-FR"/>
        </w:rPr>
      </w:pPr>
      <w:r w:rsidRPr="004C06D0">
        <w:rPr>
          <w:rFonts w:ascii="Arial" w:hAnsi="Arial"/>
          <w:sz w:val="36"/>
          <w:lang w:val="fr-FR"/>
        </w:rPr>
        <w:t xml:space="preserve">Chaque année, il attire des milliers de visiteurs au parc de la Tête d'or ! L'édition 2026 ne devrait pas y déroger. </w:t>
      </w:r>
    </w:p>
    <w:p w14:paraId="2D87FE89" w14:textId="77777777" w:rsidR="00C84256" w:rsidRPr="004C06D0" w:rsidRDefault="00C84256" w:rsidP="00C84256">
      <w:pPr>
        <w:rPr>
          <w:rFonts w:ascii="Arial" w:hAnsi="Arial"/>
          <w:sz w:val="36"/>
          <w:lang w:val="fr-FR"/>
        </w:rPr>
      </w:pPr>
      <w:r w:rsidRPr="004C06D0">
        <w:rPr>
          <w:rFonts w:ascii="Arial" w:hAnsi="Arial"/>
          <w:sz w:val="36"/>
          <w:lang w:val="fr-FR"/>
        </w:rPr>
        <w:t>Le Festival des courges et de l'automne aura lieu les 10 et 11 octobre de 10h à 18h sur le parking des bus près de l'entrée Porte de la voûte (boulevard Stalingrad).</w:t>
      </w:r>
    </w:p>
    <w:p w14:paraId="553C90D4" w14:textId="77777777" w:rsidR="00C84256" w:rsidRPr="004C06D0" w:rsidRDefault="00C84256" w:rsidP="00C84256">
      <w:pPr>
        <w:rPr>
          <w:rFonts w:ascii="Arial" w:hAnsi="Arial"/>
          <w:sz w:val="36"/>
          <w:lang w:val="fr-FR"/>
        </w:rPr>
      </w:pPr>
      <w:hyperlink r:id="rId37">
        <w:r w:rsidRPr="004C06D0">
          <w:rPr>
            <w:rFonts w:ascii="Arial" w:hAnsi="Arial"/>
            <w:color w:val="0000EE"/>
            <w:sz w:val="36"/>
            <w:u w:val="single"/>
            <w:lang w:val="fr-FR"/>
          </w:rPr>
          <w:t>lyon.fr</w:t>
        </w:r>
      </w:hyperlink>
    </w:p>
    <w:p w14:paraId="0F8D04A9" w14:textId="77777777" w:rsidR="00C84256" w:rsidRPr="004C06D0" w:rsidRDefault="00C84256" w:rsidP="00C84256">
      <w:pPr>
        <w:rPr>
          <w:rFonts w:ascii="Arial" w:hAnsi="Arial"/>
          <w:sz w:val="36"/>
          <w:lang w:val="fr-FR"/>
        </w:rPr>
      </w:pPr>
    </w:p>
    <w:p w14:paraId="2FF89399" w14:textId="77777777" w:rsidR="00C84256" w:rsidRPr="00AD3A9E" w:rsidRDefault="00C84256" w:rsidP="00C84256">
      <w:pPr>
        <w:rPr>
          <w:rFonts w:ascii="Arial" w:hAnsi="Arial"/>
          <w:b/>
          <w:bCs/>
          <w:sz w:val="40"/>
          <w:szCs w:val="24"/>
          <w:lang w:val="fr-FR"/>
        </w:rPr>
      </w:pPr>
      <w:r w:rsidRPr="00AD3A9E">
        <w:rPr>
          <w:rFonts w:ascii="Arial" w:hAnsi="Arial"/>
          <w:b/>
          <w:bCs/>
          <w:sz w:val="40"/>
          <w:szCs w:val="24"/>
          <w:lang w:val="fr-FR"/>
        </w:rPr>
        <w:t>10. Lacassagne :</w:t>
      </w:r>
    </w:p>
    <w:p w14:paraId="6E432401" w14:textId="77777777" w:rsidR="00C84256" w:rsidRPr="004C06D0" w:rsidRDefault="00C84256" w:rsidP="00C84256">
      <w:pPr>
        <w:rPr>
          <w:rFonts w:ascii="Arial" w:hAnsi="Arial"/>
          <w:sz w:val="36"/>
          <w:lang w:val="fr-FR"/>
        </w:rPr>
      </w:pPr>
      <w:r w:rsidRPr="004C06D0">
        <w:rPr>
          <w:rFonts w:ascii="Arial" w:hAnsi="Arial"/>
          <w:sz w:val="36"/>
          <w:lang w:val="fr-FR"/>
        </w:rPr>
        <w:t>- Halloween se profile :</w:t>
      </w:r>
    </w:p>
    <w:p w14:paraId="20C928E2" w14:textId="77777777" w:rsidR="00C84256" w:rsidRPr="004C06D0" w:rsidRDefault="00C84256" w:rsidP="00C84256">
      <w:pPr>
        <w:rPr>
          <w:rFonts w:ascii="Arial" w:hAnsi="Arial"/>
          <w:sz w:val="36"/>
          <w:lang w:val="fr-FR"/>
        </w:rPr>
      </w:pPr>
      <w:r w:rsidRPr="004C06D0">
        <w:rPr>
          <w:rFonts w:ascii="Arial" w:hAnsi="Arial"/>
          <w:sz w:val="36"/>
          <w:lang w:val="fr-FR"/>
        </w:rPr>
        <w:t>Envie d'une super déco pour Halloween ?</w:t>
      </w:r>
      <w:r w:rsidRPr="004C06D0">
        <w:rPr>
          <w:rFonts w:ascii="Arial" w:hAnsi="Arial"/>
          <w:sz w:val="36"/>
          <w:lang w:val="fr-FR"/>
        </w:rPr>
        <w:br/>
        <w:t xml:space="preserve">La bibliothèque Lacassagne organise un atelier de création à </w:t>
      </w:r>
      <w:r w:rsidRPr="004C06D0">
        <w:rPr>
          <w:rFonts w:ascii="Arial" w:hAnsi="Arial"/>
          <w:sz w:val="36"/>
          <w:lang w:val="fr-FR"/>
        </w:rPr>
        <w:lastRenderedPageBreak/>
        <w:t xml:space="preserve">faire peur le 10 octobre à 15h. Un logiciel pour mettre en forme les décos, une découpe avec le </w:t>
      </w:r>
      <w:proofErr w:type="spellStart"/>
      <w:r w:rsidRPr="004C06D0">
        <w:rPr>
          <w:rFonts w:ascii="Arial" w:hAnsi="Arial"/>
          <w:sz w:val="36"/>
          <w:lang w:val="fr-FR"/>
        </w:rPr>
        <w:t>plotter</w:t>
      </w:r>
      <w:proofErr w:type="spellEnd"/>
      <w:r w:rsidRPr="004C06D0">
        <w:rPr>
          <w:rFonts w:ascii="Arial" w:hAnsi="Arial"/>
          <w:sz w:val="36"/>
          <w:lang w:val="fr-FR"/>
        </w:rPr>
        <w:t xml:space="preserve"> du fablab et le tour est joué !</w:t>
      </w:r>
      <w:r w:rsidRPr="004C06D0">
        <w:rPr>
          <w:rFonts w:ascii="Arial" w:hAnsi="Arial"/>
          <w:sz w:val="36"/>
          <w:lang w:val="fr-FR"/>
        </w:rPr>
        <w:br/>
        <w:t xml:space="preserve">Dès 8 ans. </w:t>
      </w:r>
    </w:p>
    <w:p w14:paraId="60323CF1" w14:textId="77777777" w:rsidR="00C84256" w:rsidRPr="004C06D0" w:rsidRDefault="00C84256" w:rsidP="00C84256">
      <w:pPr>
        <w:rPr>
          <w:rFonts w:ascii="Arial" w:hAnsi="Arial"/>
          <w:sz w:val="36"/>
          <w:lang w:val="fr-FR"/>
        </w:rPr>
      </w:pPr>
      <w:r w:rsidRPr="004C06D0">
        <w:rPr>
          <w:rFonts w:ascii="Arial" w:hAnsi="Arial"/>
          <w:sz w:val="36"/>
          <w:lang w:val="fr-FR"/>
        </w:rPr>
        <w:t>Inscription à partir du 26 septembre.</w:t>
      </w:r>
    </w:p>
    <w:p w14:paraId="0258D766" w14:textId="77777777" w:rsidR="00C84256" w:rsidRPr="004C06D0" w:rsidRDefault="00C84256" w:rsidP="00C84256">
      <w:pPr>
        <w:rPr>
          <w:rFonts w:ascii="Arial" w:hAnsi="Arial"/>
          <w:sz w:val="36"/>
          <w:lang w:val="fr-FR"/>
        </w:rPr>
      </w:pPr>
      <w:r w:rsidRPr="004C06D0">
        <w:rPr>
          <w:rFonts w:ascii="Arial" w:hAnsi="Arial"/>
          <w:sz w:val="36"/>
          <w:lang w:val="fr-FR"/>
        </w:rPr>
        <w:t xml:space="preserve">86 avenue Lacassagne (3e) </w:t>
      </w:r>
    </w:p>
    <w:p w14:paraId="254C2279" w14:textId="77777777" w:rsidR="00C84256" w:rsidRPr="004C06D0" w:rsidRDefault="00C84256" w:rsidP="00C84256">
      <w:pPr>
        <w:rPr>
          <w:rFonts w:ascii="Arial" w:hAnsi="Arial"/>
          <w:sz w:val="36"/>
          <w:lang w:val="fr-FR"/>
        </w:rPr>
      </w:pPr>
      <w:r w:rsidRPr="004C06D0">
        <w:rPr>
          <w:rFonts w:ascii="Arial" w:hAnsi="Arial"/>
          <w:sz w:val="36"/>
          <w:lang w:val="fr-FR"/>
        </w:rPr>
        <w:t>04 72 10 54 81</w:t>
      </w:r>
      <w:r w:rsidRPr="004C06D0">
        <w:rPr>
          <w:rFonts w:ascii="Arial" w:hAnsi="Arial"/>
          <w:sz w:val="36"/>
          <w:lang w:val="fr-FR"/>
        </w:rPr>
        <w:br/>
      </w:r>
      <w:hyperlink r:id="rId38">
        <w:r w:rsidRPr="004C06D0">
          <w:rPr>
            <w:rFonts w:ascii="Arial" w:hAnsi="Arial"/>
            <w:color w:val="0000EE"/>
            <w:sz w:val="36"/>
            <w:u w:val="single"/>
            <w:lang w:val="fr-FR"/>
          </w:rPr>
          <w:t>bm-lyon.fr</w:t>
        </w:r>
      </w:hyperlink>
    </w:p>
    <w:p w14:paraId="74D33B32" w14:textId="77777777" w:rsidR="00C84256" w:rsidRPr="004C06D0" w:rsidRDefault="00C84256" w:rsidP="00C84256">
      <w:pPr>
        <w:rPr>
          <w:rFonts w:ascii="Arial" w:hAnsi="Arial"/>
          <w:sz w:val="36"/>
          <w:lang w:val="fr-FR"/>
        </w:rPr>
      </w:pPr>
    </w:p>
    <w:p w14:paraId="6692E9B1" w14:textId="77777777" w:rsidR="00C84256" w:rsidRPr="00AD3A9E" w:rsidRDefault="00C84256" w:rsidP="00C84256">
      <w:pPr>
        <w:rPr>
          <w:rFonts w:ascii="Arial" w:hAnsi="Arial"/>
          <w:b/>
          <w:bCs/>
          <w:sz w:val="40"/>
          <w:szCs w:val="24"/>
          <w:lang w:val="fr-FR"/>
        </w:rPr>
      </w:pPr>
      <w:r w:rsidRPr="00AD3A9E">
        <w:rPr>
          <w:rFonts w:ascii="Arial" w:hAnsi="Arial"/>
          <w:b/>
          <w:bCs/>
          <w:sz w:val="40"/>
          <w:szCs w:val="24"/>
          <w:lang w:val="fr-FR"/>
        </w:rPr>
        <w:t>11. Vaise :</w:t>
      </w:r>
    </w:p>
    <w:p w14:paraId="2D1C274F" w14:textId="77777777" w:rsidR="00C84256" w:rsidRPr="004C06D0" w:rsidRDefault="00C84256" w:rsidP="00C84256">
      <w:pPr>
        <w:rPr>
          <w:rFonts w:ascii="Arial" w:hAnsi="Arial"/>
          <w:sz w:val="36"/>
          <w:lang w:val="fr-FR"/>
        </w:rPr>
      </w:pPr>
      <w:r w:rsidRPr="004C06D0">
        <w:rPr>
          <w:rFonts w:ascii="Arial" w:hAnsi="Arial"/>
          <w:sz w:val="36"/>
          <w:lang w:val="fr-FR"/>
        </w:rPr>
        <w:t>- Goûter au théâtre...</w:t>
      </w:r>
    </w:p>
    <w:p w14:paraId="2C1CCCC7" w14:textId="77777777" w:rsidR="00C84256" w:rsidRPr="004C06D0" w:rsidRDefault="00C84256" w:rsidP="00C84256">
      <w:pPr>
        <w:rPr>
          <w:rFonts w:ascii="Arial" w:hAnsi="Arial"/>
          <w:sz w:val="36"/>
          <w:lang w:val="fr-FR"/>
        </w:rPr>
      </w:pPr>
      <w:r w:rsidRPr="004C06D0">
        <w:rPr>
          <w:rFonts w:ascii="Arial" w:hAnsi="Arial"/>
          <w:sz w:val="36"/>
          <w:lang w:val="fr-FR"/>
        </w:rPr>
        <w:t>C'est la proposition du TNG : régalez-vous en famille les mercredis (hors vacances scolaires) de 15h30 à 17h30 avec de quoi goûter mais aussi des jeux à partager, une cabane et des livres, des coloriages. Du 23 septembre au 16 juin, tarif : 3 €.</w:t>
      </w:r>
    </w:p>
    <w:p w14:paraId="67E8C848" w14:textId="77777777" w:rsidR="00C84256" w:rsidRPr="004C06D0" w:rsidRDefault="00C84256" w:rsidP="00C84256">
      <w:pPr>
        <w:rPr>
          <w:rFonts w:ascii="Arial" w:hAnsi="Arial"/>
          <w:sz w:val="36"/>
          <w:lang w:val="fr-FR"/>
        </w:rPr>
      </w:pPr>
      <w:r w:rsidRPr="004C06D0">
        <w:rPr>
          <w:rFonts w:ascii="Arial" w:hAnsi="Arial"/>
          <w:sz w:val="36"/>
          <w:lang w:val="fr-FR"/>
        </w:rPr>
        <w:t xml:space="preserve">23 rue de Bourgogne (9e) </w:t>
      </w:r>
    </w:p>
    <w:p w14:paraId="685851C3" w14:textId="77777777" w:rsidR="00C84256" w:rsidRPr="004C06D0" w:rsidRDefault="00C84256" w:rsidP="00C84256">
      <w:pPr>
        <w:rPr>
          <w:rFonts w:ascii="Arial" w:hAnsi="Arial"/>
          <w:sz w:val="36"/>
          <w:lang w:val="fr-FR"/>
        </w:rPr>
      </w:pPr>
      <w:hyperlink r:id="rId39">
        <w:r w:rsidRPr="004C06D0">
          <w:rPr>
            <w:rFonts w:ascii="Arial" w:hAnsi="Arial"/>
            <w:color w:val="0000EE"/>
            <w:sz w:val="36"/>
            <w:u w:val="single"/>
            <w:lang w:val="fr-FR"/>
          </w:rPr>
          <w:t>tng-lyon.fr</w:t>
        </w:r>
      </w:hyperlink>
    </w:p>
    <w:p w14:paraId="2D997A31" w14:textId="77777777" w:rsidR="00D8665F" w:rsidRDefault="00D8665F">
      <w:pPr>
        <w:rPr>
          <w:rFonts w:ascii="Arial" w:eastAsiaTheme="majorEastAsia" w:hAnsi="Arial" w:cstheme="majorBidi"/>
          <w:b/>
          <w:bCs/>
          <w:color w:val="365F91" w:themeColor="accent1" w:themeShade="BF"/>
          <w:sz w:val="44"/>
          <w:szCs w:val="36"/>
          <w:lang w:val="fr-FR"/>
        </w:rPr>
      </w:pPr>
      <w:r>
        <w:rPr>
          <w:rFonts w:ascii="Arial" w:hAnsi="Arial"/>
          <w:sz w:val="44"/>
          <w:szCs w:val="36"/>
          <w:lang w:val="fr-FR"/>
        </w:rPr>
        <w:br w:type="page"/>
      </w:r>
    </w:p>
    <w:p w14:paraId="6264B6E9" w14:textId="7B13470B" w:rsidR="00F0676B" w:rsidRPr="00AD3A9E" w:rsidRDefault="00AD3A9E" w:rsidP="00F0676B">
      <w:pPr>
        <w:pStyle w:val="Titre1"/>
        <w:jc w:val="center"/>
        <w:rPr>
          <w:rFonts w:ascii="Arial" w:hAnsi="Arial"/>
          <w:sz w:val="44"/>
          <w:szCs w:val="36"/>
          <w:lang w:val="fr-FR"/>
        </w:rPr>
      </w:pPr>
      <w:bookmarkStart w:id="29" w:name="_Toc239853015"/>
      <w:r w:rsidRPr="00AD3A9E">
        <w:rPr>
          <w:rFonts w:ascii="Arial" w:hAnsi="Arial"/>
          <w:sz w:val="44"/>
          <w:szCs w:val="36"/>
          <w:lang w:val="fr-FR"/>
        </w:rPr>
        <w:lastRenderedPageBreak/>
        <w:t>C'EST DANS VOTRE QUARTIER</w:t>
      </w:r>
      <w:bookmarkEnd w:id="29"/>
    </w:p>
    <w:p w14:paraId="4CC9FA3C" w14:textId="77777777" w:rsidR="00F0676B" w:rsidRPr="004C06D0" w:rsidRDefault="00F0676B" w:rsidP="00F0676B">
      <w:pPr>
        <w:pStyle w:val="Titre1"/>
        <w:jc w:val="center"/>
        <w:rPr>
          <w:rFonts w:ascii="Arial" w:hAnsi="Arial"/>
          <w:sz w:val="36"/>
          <w:lang w:val="fr-FR"/>
        </w:rPr>
      </w:pPr>
      <w:bookmarkStart w:id="30" w:name="_Toc239853016"/>
      <w:r w:rsidRPr="00AD3A9E">
        <w:rPr>
          <w:rFonts w:ascii="Arial" w:hAnsi="Arial"/>
          <w:smallCaps/>
          <w:sz w:val="44"/>
          <w:szCs w:val="36"/>
          <w:lang w:val="fr-FR"/>
        </w:rPr>
        <w:t>Coup d'œil</w:t>
      </w:r>
      <w:r w:rsidRPr="00AD3A9E">
        <w:rPr>
          <w:rFonts w:ascii="Arial" w:hAnsi="Arial"/>
          <w:smallCaps/>
          <w:sz w:val="36"/>
          <w:lang w:val="fr-FR"/>
        </w:rPr>
        <w:br/>
      </w:r>
      <w:r w:rsidRPr="00AD3A9E">
        <w:rPr>
          <w:rFonts w:ascii="Arial" w:hAnsi="Arial"/>
          <w:smallCaps/>
          <w:sz w:val="40"/>
          <w:szCs w:val="32"/>
          <w:lang w:val="fr-FR"/>
        </w:rPr>
        <w:t>La « révélation » de la crypte de l'église Saint-Irénée</w:t>
      </w:r>
      <w:bookmarkEnd w:id="30"/>
    </w:p>
    <w:p w14:paraId="7B91B7B8" w14:textId="77777777" w:rsidR="00F0676B" w:rsidRPr="004C06D0" w:rsidRDefault="00F0676B" w:rsidP="00F0676B">
      <w:pPr>
        <w:rPr>
          <w:rFonts w:ascii="Arial" w:hAnsi="Arial"/>
          <w:sz w:val="36"/>
          <w:lang w:val="fr-FR"/>
        </w:rPr>
      </w:pPr>
    </w:p>
    <w:p w14:paraId="20420B93" w14:textId="68B37243" w:rsidR="00F0676B" w:rsidRPr="004C06D0" w:rsidRDefault="00F0676B" w:rsidP="00F0676B">
      <w:pPr>
        <w:rPr>
          <w:rFonts w:ascii="Arial" w:hAnsi="Arial"/>
          <w:sz w:val="36"/>
          <w:lang w:val="fr-FR"/>
        </w:rPr>
      </w:pPr>
      <w:r w:rsidRPr="004C06D0">
        <w:rPr>
          <w:rFonts w:ascii="Arial" w:hAnsi="Arial"/>
          <w:sz w:val="36"/>
          <w:lang w:val="fr-FR"/>
        </w:rPr>
        <w:t>Perchée sur les hauteurs de Lyon (5</w:t>
      </w:r>
      <w:r w:rsidR="00E164D3" w:rsidRPr="004C06D0">
        <w:rPr>
          <w:rFonts w:ascii="Arial" w:hAnsi="Arial"/>
          <w:sz w:val="36"/>
          <w:lang w:val="fr-FR"/>
        </w:rPr>
        <w:t>e</w:t>
      </w:r>
      <w:r w:rsidRPr="004C06D0">
        <w:rPr>
          <w:rFonts w:ascii="Arial" w:hAnsi="Arial"/>
          <w:sz w:val="36"/>
          <w:lang w:val="fr-FR"/>
        </w:rPr>
        <w:t xml:space="preserve">), l'église Saint-Irénée abrite en son sein une crypte unique dans l'histoire locale, puisqu'il s'agit du plus ancien sanctuaire chrétien lyonnais bâti qui nous soit parvenu. </w:t>
      </w:r>
    </w:p>
    <w:p w14:paraId="20C2D873" w14:textId="77777777" w:rsidR="00F0676B" w:rsidRPr="004C06D0" w:rsidRDefault="00F0676B" w:rsidP="00F0676B">
      <w:pPr>
        <w:rPr>
          <w:rFonts w:ascii="Arial" w:hAnsi="Arial"/>
          <w:sz w:val="36"/>
          <w:lang w:val="fr-FR"/>
        </w:rPr>
      </w:pPr>
      <w:r w:rsidRPr="004C06D0">
        <w:rPr>
          <w:rFonts w:ascii="Arial" w:hAnsi="Arial"/>
          <w:sz w:val="36"/>
          <w:lang w:val="fr-FR"/>
        </w:rPr>
        <w:t>À l'issue d'un minutieux travail collectif*, la crypte est désormais restaurée, révélée et bientôt ouverte au public à l'occasion des Journées européennes du patrimoine (19-20 septembre). L'occasion d'apprécier sa richesse architecturale, où patrimoine et geste contemporain dialoguent avec justesse pour préserver l'émotion du lieu.</w:t>
      </w:r>
    </w:p>
    <w:p w14:paraId="6DF689A5" w14:textId="77777777" w:rsidR="00F0676B" w:rsidRPr="004C06D0" w:rsidRDefault="00F0676B" w:rsidP="00F0676B">
      <w:pPr>
        <w:rPr>
          <w:rFonts w:ascii="Arial" w:hAnsi="Arial"/>
          <w:sz w:val="36"/>
          <w:lang w:val="fr-FR"/>
        </w:rPr>
      </w:pPr>
    </w:p>
    <w:p w14:paraId="260B5EED" w14:textId="77777777" w:rsidR="00F0676B" w:rsidRPr="004C06D0" w:rsidRDefault="00F0676B" w:rsidP="00F0676B">
      <w:pPr>
        <w:rPr>
          <w:rFonts w:ascii="Arial" w:hAnsi="Arial"/>
          <w:sz w:val="36"/>
          <w:lang w:val="fr-FR"/>
        </w:rPr>
      </w:pPr>
      <w:r w:rsidRPr="004C06D0">
        <w:rPr>
          <w:rFonts w:ascii="Arial" w:hAnsi="Arial"/>
          <w:sz w:val="36"/>
          <w:lang w:val="fr-FR"/>
        </w:rPr>
        <w:t>*Travaux pilotés par la Direction de la construction de la Ville de Lyon, avec la Direction de l'archéologie, les architectes du Patrimoine, la DRAC et des entreprises aux savoir-faire d'exception.</w:t>
      </w:r>
    </w:p>
    <w:p w14:paraId="1D4577CD" w14:textId="77777777" w:rsidR="00F0676B" w:rsidRPr="004C06D0" w:rsidRDefault="00F0676B" w:rsidP="00F0676B">
      <w:pPr>
        <w:rPr>
          <w:rFonts w:ascii="Arial" w:hAnsi="Arial"/>
          <w:sz w:val="36"/>
          <w:lang w:val="fr-FR"/>
        </w:rPr>
      </w:pPr>
    </w:p>
    <w:p w14:paraId="0D11B4D0" w14:textId="77777777" w:rsidR="00F0676B" w:rsidRPr="004C06D0" w:rsidRDefault="00F0676B" w:rsidP="00F0676B">
      <w:pPr>
        <w:rPr>
          <w:rFonts w:ascii="Arial" w:hAnsi="Arial"/>
          <w:sz w:val="36"/>
          <w:lang w:val="fr-FR"/>
        </w:rPr>
      </w:pPr>
      <w:r w:rsidRPr="004C06D0">
        <w:rPr>
          <w:rFonts w:ascii="Arial" w:hAnsi="Arial"/>
          <w:sz w:val="36"/>
          <w:lang w:val="fr-FR"/>
        </w:rPr>
        <w:t>Décor somptueux :</w:t>
      </w:r>
      <w:r w:rsidRPr="004C06D0">
        <w:rPr>
          <w:rFonts w:ascii="Arial" w:hAnsi="Arial"/>
          <w:sz w:val="36"/>
          <w:lang w:val="fr-FR"/>
        </w:rPr>
        <w:br/>
        <w:t xml:space="preserve">Les travaux ont permis de redécouvrir et restaurer les décors muraux, dessinés au 19e siècle par l'architecte Tony Desjardins </w:t>
      </w:r>
      <w:r w:rsidRPr="004C06D0">
        <w:rPr>
          <w:rFonts w:ascii="Arial" w:hAnsi="Arial"/>
          <w:sz w:val="36"/>
          <w:lang w:val="fr-FR"/>
        </w:rPr>
        <w:lastRenderedPageBreak/>
        <w:t xml:space="preserve">et le peintre </w:t>
      </w:r>
      <w:proofErr w:type="spellStart"/>
      <w:r w:rsidRPr="004C06D0">
        <w:rPr>
          <w:rFonts w:ascii="Arial" w:hAnsi="Arial"/>
          <w:sz w:val="36"/>
          <w:lang w:val="fr-FR"/>
        </w:rPr>
        <w:t>ornementaliste</w:t>
      </w:r>
      <w:proofErr w:type="spellEnd"/>
      <w:r w:rsidRPr="004C06D0">
        <w:rPr>
          <w:rFonts w:ascii="Arial" w:hAnsi="Arial"/>
          <w:sz w:val="36"/>
          <w:lang w:val="fr-FR"/>
        </w:rPr>
        <w:t xml:space="preserve"> Alexandre Denuelle (premier plan). En arrière-plan, le chœur a été laissé tel qu'il a été retrouvé et tel qu'il avait inspiré Desjardins et </w:t>
      </w:r>
      <w:proofErr w:type="spellStart"/>
      <w:r w:rsidRPr="004C06D0">
        <w:rPr>
          <w:rFonts w:ascii="Arial" w:hAnsi="Arial"/>
          <w:sz w:val="36"/>
          <w:lang w:val="fr-FR"/>
        </w:rPr>
        <w:t>Denuelle</w:t>
      </w:r>
      <w:proofErr w:type="spellEnd"/>
      <w:r w:rsidRPr="004C06D0">
        <w:rPr>
          <w:rFonts w:ascii="Arial" w:hAnsi="Arial"/>
          <w:sz w:val="36"/>
          <w:lang w:val="fr-FR"/>
        </w:rPr>
        <w:t xml:space="preserve"> pour imaginer leur décor. </w:t>
      </w:r>
    </w:p>
    <w:p w14:paraId="7B525205" w14:textId="77777777" w:rsidR="00F0676B" w:rsidRPr="004C06D0" w:rsidRDefault="00F0676B" w:rsidP="00F0676B">
      <w:pPr>
        <w:rPr>
          <w:rFonts w:ascii="Arial" w:hAnsi="Arial"/>
          <w:sz w:val="36"/>
          <w:lang w:val="fr-FR"/>
        </w:rPr>
      </w:pPr>
      <w:r w:rsidRPr="004C06D0">
        <w:rPr>
          <w:rFonts w:ascii="Arial" w:hAnsi="Arial"/>
          <w:sz w:val="36"/>
          <w:lang w:val="fr-FR"/>
        </w:rPr>
        <w:t>La restauration actuelle met ces deux regards en miroir.</w:t>
      </w:r>
    </w:p>
    <w:p w14:paraId="20218E71" w14:textId="77777777" w:rsidR="00F0676B" w:rsidRPr="004C06D0" w:rsidRDefault="00F0676B" w:rsidP="00F0676B">
      <w:pPr>
        <w:rPr>
          <w:rFonts w:ascii="Arial" w:hAnsi="Arial"/>
          <w:sz w:val="36"/>
          <w:lang w:val="fr-FR"/>
        </w:rPr>
      </w:pPr>
    </w:p>
    <w:p w14:paraId="42624C02" w14:textId="77777777" w:rsidR="00F0676B" w:rsidRPr="004C06D0" w:rsidRDefault="00F0676B" w:rsidP="00F0676B">
      <w:pPr>
        <w:rPr>
          <w:rFonts w:ascii="Arial" w:hAnsi="Arial"/>
          <w:sz w:val="36"/>
          <w:lang w:val="fr-FR"/>
        </w:rPr>
      </w:pPr>
      <w:r w:rsidRPr="0012506B">
        <w:rPr>
          <w:rFonts w:ascii="Arial" w:hAnsi="Arial"/>
          <w:b/>
          <w:bCs/>
          <w:sz w:val="36"/>
          <w:lang w:val="fr-FR"/>
        </w:rPr>
        <w:t>Cohérence historique et esthétique :</w:t>
      </w:r>
      <w:r w:rsidRPr="0012506B">
        <w:rPr>
          <w:rFonts w:ascii="Arial" w:hAnsi="Arial"/>
          <w:b/>
          <w:bCs/>
          <w:sz w:val="36"/>
          <w:lang w:val="fr-FR"/>
        </w:rPr>
        <w:br/>
      </w:r>
      <w:r w:rsidRPr="004C06D0">
        <w:rPr>
          <w:rFonts w:ascii="Arial" w:hAnsi="Arial"/>
          <w:sz w:val="36"/>
          <w:lang w:val="fr-FR"/>
        </w:rPr>
        <w:t>Maçonneries et décors peints révélés puis restaurés, réfection des éléments architecturaux, mise en lumière, reprise du sol de l'autel et parti pris architectural contemporain, la crypte dialogue aujourd'hui entre la valorisation de son histoire et sa préservation.</w:t>
      </w:r>
    </w:p>
    <w:p w14:paraId="500AC317" w14:textId="77777777" w:rsidR="00F0676B" w:rsidRPr="004C06D0" w:rsidRDefault="00F0676B" w:rsidP="00F0676B">
      <w:pPr>
        <w:rPr>
          <w:rFonts w:ascii="Arial" w:hAnsi="Arial"/>
          <w:sz w:val="36"/>
          <w:lang w:val="fr-FR"/>
        </w:rPr>
      </w:pPr>
    </w:p>
    <w:p w14:paraId="47EB2571" w14:textId="77777777" w:rsidR="00F0676B" w:rsidRPr="004C06D0" w:rsidRDefault="00F0676B" w:rsidP="00F0676B">
      <w:pPr>
        <w:rPr>
          <w:rFonts w:ascii="Arial" w:hAnsi="Arial"/>
          <w:sz w:val="36"/>
          <w:lang w:val="fr-FR"/>
        </w:rPr>
      </w:pPr>
      <w:r w:rsidRPr="0012506B">
        <w:rPr>
          <w:rFonts w:ascii="Arial" w:hAnsi="Arial"/>
          <w:b/>
          <w:bCs/>
          <w:sz w:val="36"/>
          <w:lang w:val="fr-FR"/>
        </w:rPr>
        <w:t>Découverte archéologique exceptionnelle :</w:t>
      </w:r>
      <w:r w:rsidRPr="0012506B">
        <w:rPr>
          <w:rFonts w:ascii="Arial" w:hAnsi="Arial"/>
          <w:b/>
          <w:bCs/>
          <w:sz w:val="36"/>
          <w:lang w:val="fr-FR"/>
        </w:rPr>
        <w:br/>
      </w:r>
      <w:r w:rsidRPr="004C06D0">
        <w:rPr>
          <w:rFonts w:ascii="Arial" w:hAnsi="Arial"/>
          <w:sz w:val="36"/>
          <w:lang w:val="fr-FR"/>
        </w:rPr>
        <w:t>Au cours du chantier, le chœur de la crypte a pu être observé et étudié, en particulier la voûte composée de pierres de Seyssel, de tufs et de briques, l'un des rares vestiges médiévaux antérieurs à l'an mil encore visibles à Lyon.</w:t>
      </w:r>
    </w:p>
    <w:p w14:paraId="230842F5" w14:textId="77777777" w:rsidR="00F0676B" w:rsidRPr="004C06D0" w:rsidRDefault="00F0676B" w:rsidP="00F0676B">
      <w:pPr>
        <w:rPr>
          <w:rFonts w:ascii="Arial" w:hAnsi="Arial"/>
          <w:sz w:val="36"/>
          <w:lang w:val="fr-FR"/>
        </w:rPr>
      </w:pPr>
    </w:p>
    <w:p w14:paraId="0EFD81DB" w14:textId="77777777" w:rsidR="00F0676B" w:rsidRPr="004C06D0" w:rsidRDefault="00F0676B" w:rsidP="00F0676B">
      <w:pPr>
        <w:rPr>
          <w:rFonts w:ascii="Arial" w:hAnsi="Arial"/>
          <w:sz w:val="36"/>
          <w:lang w:val="fr-FR"/>
        </w:rPr>
      </w:pPr>
      <w:r w:rsidRPr="0012506B">
        <w:rPr>
          <w:rFonts w:ascii="Arial" w:hAnsi="Arial"/>
          <w:b/>
          <w:bCs/>
          <w:sz w:val="36"/>
          <w:lang w:val="fr-FR"/>
        </w:rPr>
        <w:t>L'ange sous l'enduit :</w:t>
      </w:r>
      <w:r w:rsidRPr="0012506B">
        <w:rPr>
          <w:rFonts w:ascii="Arial" w:hAnsi="Arial"/>
          <w:b/>
          <w:bCs/>
          <w:sz w:val="36"/>
          <w:lang w:val="fr-FR"/>
        </w:rPr>
        <w:br/>
      </w:r>
      <w:r w:rsidRPr="004C06D0">
        <w:rPr>
          <w:rFonts w:ascii="Arial" w:hAnsi="Arial"/>
          <w:sz w:val="36"/>
          <w:lang w:val="fr-FR"/>
        </w:rPr>
        <w:t>Dans la chapelle Saint-Polycarpe, sous plusieurs couches d'enduits, des décors médiévaux ont été mis au jour. Ici, on devine un visage, un menton et une aile d'ange.</w:t>
      </w:r>
    </w:p>
    <w:p w14:paraId="2E6B61A9" w14:textId="77777777" w:rsidR="00F0676B" w:rsidRPr="004C06D0" w:rsidRDefault="00F0676B" w:rsidP="00F0676B">
      <w:pPr>
        <w:rPr>
          <w:rFonts w:ascii="Arial" w:hAnsi="Arial"/>
          <w:sz w:val="36"/>
          <w:lang w:val="fr-FR"/>
        </w:rPr>
      </w:pPr>
    </w:p>
    <w:p w14:paraId="688E6596" w14:textId="77777777" w:rsidR="00F0676B" w:rsidRPr="004C06D0" w:rsidRDefault="00F0676B" w:rsidP="00F0676B">
      <w:pPr>
        <w:rPr>
          <w:rFonts w:ascii="Arial" w:hAnsi="Arial"/>
          <w:sz w:val="36"/>
          <w:lang w:val="fr-FR"/>
        </w:rPr>
      </w:pPr>
      <w:r w:rsidRPr="004C06D0">
        <w:rPr>
          <w:rFonts w:ascii="Arial" w:hAnsi="Arial"/>
          <w:sz w:val="36"/>
          <w:lang w:val="fr-FR"/>
        </w:rPr>
        <w:lastRenderedPageBreak/>
        <w:t>Geste contemporain :</w:t>
      </w:r>
      <w:r w:rsidRPr="004C06D0">
        <w:rPr>
          <w:rFonts w:ascii="Arial" w:hAnsi="Arial"/>
          <w:sz w:val="36"/>
          <w:lang w:val="fr-FR"/>
        </w:rPr>
        <w:br/>
        <w:t>Des vitraux modernes, dessinés par l'agence Croisée d'Archi, ont trouvé leur place dans l'abside.</w:t>
      </w:r>
      <w:r w:rsidRPr="004C06D0">
        <w:rPr>
          <w:rFonts w:ascii="Arial" w:hAnsi="Arial"/>
          <w:sz w:val="36"/>
          <w:lang w:val="fr-FR"/>
        </w:rPr>
        <w:br/>
        <w:t>Un nouveau pavement en marbre s'harmonise avec celui, plus ancien, de la nef.</w:t>
      </w:r>
    </w:p>
    <w:p w14:paraId="39DC197D" w14:textId="77777777" w:rsidR="00F0676B" w:rsidRPr="004C06D0" w:rsidRDefault="00F0676B" w:rsidP="00F0676B">
      <w:pPr>
        <w:rPr>
          <w:rFonts w:ascii="Arial" w:hAnsi="Arial"/>
          <w:sz w:val="36"/>
          <w:lang w:val="fr-FR"/>
        </w:rPr>
      </w:pPr>
    </w:p>
    <w:p w14:paraId="4BCA9CC3" w14:textId="77777777" w:rsidR="00F0676B" w:rsidRPr="004C06D0" w:rsidRDefault="00F0676B" w:rsidP="00F0676B">
      <w:pPr>
        <w:rPr>
          <w:rFonts w:ascii="Arial" w:hAnsi="Arial"/>
          <w:sz w:val="36"/>
          <w:lang w:val="fr-FR"/>
        </w:rPr>
      </w:pPr>
      <w:r w:rsidRPr="004C06D0">
        <w:rPr>
          <w:rFonts w:ascii="Arial" w:hAnsi="Arial"/>
          <w:sz w:val="36"/>
          <w:lang w:val="fr-FR"/>
        </w:rPr>
        <w:t>CRYPTE DE L'ÉGLISE SAINT-IRÉNÉE</w:t>
      </w:r>
    </w:p>
    <w:p w14:paraId="36ECC234" w14:textId="77777777" w:rsidR="00F0676B" w:rsidRPr="004C06D0" w:rsidRDefault="00F0676B" w:rsidP="00F0676B">
      <w:pPr>
        <w:rPr>
          <w:rFonts w:ascii="Arial" w:hAnsi="Arial"/>
          <w:sz w:val="36"/>
          <w:lang w:val="fr-FR"/>
        </w:rPr>
      </w:pPr>
      <w:r w:rsidRPr="004C06D0">
        <w:rPr>
          <w:rFonts w:ascii="Arial" w:hAnsi="Arial"/>
          <w:sz w:val="36"/>
          <w:lang w:val="fr-FR"/>
        </w:rPr>
        <w:t>51, rue des Macchabées (5e)</w:t>
      </w:r>
      <w:r w:rsidRPr="004C06D0">
        <w:rPr>
          <w:rFonts w:ascii="Arial" w:hAnsi="Arial"/>
          <w:sz w:val="36"/>
          <w:lang w:val="fr-FR"/>
        </w:rPr>
        <w:br/>
        <w:t>04 78 25 43 26</w:t>
      </w:r>
    </w:p>
    <w:p w14:paraId="33E304CE" w14:textId="77777777" w:rsidR="00F0676B" w:rsidRPr="004C06D0" w:rsidRDefault="00F0676B" w:rsidP="00F0676B">
      <w:pPr>
        <w:pStyle w:val="Listepuces"/>
        <w:spacing w:line="240" w:lineRule="auto"/>
        <w:ind w:left="720"/>
        <w:rPr>
          <w:rFonts w:ascii="Arial" w:hAnsi="Arial"/>
          <w:sz w:val="36"/>
          <w:lang w:val="fr-FR"/>
        </w:rPr>
      </w:pPr>
      <w:r w:rsidRPr="004C06D0">
        <w:rPr>
          <w:rFonts w:ascii="Arial" w:hAnsi="Arial"/>
          <w:sz w:val="36"/>
          <w:lang w:val="fr-FR"/>
        </w:rPr>
        <w:t>19 et 20 septembre, entrée libre de 14h30 à 17h30.</w:t>
      </w:r>
      <w:r w:rsidRPr="004C06D0">
        <w:rPr>
          <w:rFonts w:ascii="Arial" w:hAnsi="Arial"/>
          <w:sz w:val="36"/>
          <w:lang w:val="fr-FR"/>
        </w:rPr>
        <w:br/>
        <w:t>+ Renseignements : 09 77 71 66 34</w:t>
      </w:r>
    </w:p>
    <w:p w14:paraId="273C2A5B" w14:textId="77777777" w:rsidR="00F0676B" w:rsidRPr="004C06D0" w:rsidRDefault="00F0676B" w:rsidP="00F0676B">
      <w:pPr>
        <w:pStyle w:val="Listepuces"/>
        <w:spacing w:line="240" w:lineRule="auto"/>
        <w:ind w:left="720"/>
        <w:rPr>
          <w:rFonts w:ascii="Arial" w:hAnsi="Arial"/>
          <w:sz w:val="36"/>
          <w:lang w:val="fr-FR"/>
        </w:rPr>
      </w:pPr>
      <w:r w:rsidRPr="004C06D0">
        <w:rPr>
          <w:rFonts w:ascii="Arial" w:hAnsi="Arial"/>
          <w:sz w:val="36"/>
          <w:lang w:val="fr-FR"/>
        </w:rPr>
        <w:t>Tous les samedis de l'année (sauf juillet et août) de 14h30 à 17h.</w:t>
      </w:r>
      <w:r w:rsidRPr="004C06D0">
        <w:rPr>
          <w:rFonts w:ascii="Arial" w:hAnsi="Arial"/>
          <w:sz w:val="36"/>
          <w:lang w:val="fr-FR"/>
        </w:rPr>
        <w:br/>
        <w:t>+ contact@lyon-st-irenee.org/</w:t>
      </w:r>
      <w:r w:rsidRPr="004C06D0">
        <w:rPr>
          <w:rFonts w:ascii="Arial" w:hAnsi="Arial"/>
          <w:sz w:val="36"/>
          <w:lang w:val="fr-FR"/>
        </w:rPr>
        <w:br/>
        <w:t>04 78 25 43 26</w:t>
      </w:r>
    </w:p>
    <w:p w14:paraId="70670F31" w14:textId="77777777" w:rsidR="00C84256" w:rsidRPr="004C06D0" w:rsidRDefault="00C84256" w:rsidP="00C84256">
      <w:pPr>
        <w:rPr>
          <w:rFonts w:ascii="Arial" w:hAnsi="Arial"/>
          <w:sz w:val="36"/>
          <w:lang w:val="fr-FR"/>
        </w:rPr>
      </w:pPr>
      <w:r w:rsidRPr="004C06D0">
        <w:rPr>
          <w:rFonts w:ascii="Arial" w:hAnsi="Arial"/>
          <w:sz w:val="36"/>
          <w:lang w:val="fr-FR"/>
        </w:rPr>
        <w:br w:type="page"/>
      </w:r>
    </w:p>
    <w:p w14:paraId="3CBEBA4B" w14:textId="3F477B9B" w:rsidR="00C84256" w:rsidRPr="0012506B" w:rsidRDefault="0012506B" w:rsidP="00C84256">
      <w:pPr>
        <w:pStyle w:val="Titre1"/>
        <w:jc w:val="center"/>
        <w:rPr>
          <w:rFonts w:ascii="Arial" w:hAnsi="Arial"/>
          <w:sz w:val="44"/>
          <w:szCs w:val="36"/>
          <w:lang w:val="fr-FR"/>
        </w:rPr>
      </w:pPr>
      <w:bookmarkStart w:id="31" w:name="_Toc239853017"/>
      <w:r w:rsidRPr="0012506B">
        <w:rPr>
          <w:rFonts w:ascii="Arial" w:hAnsi="Arial"/>
          <w:sz w:val="44"/>
          <w:szCs w:val="36"/>
          <w:lang w:val="fr-FR"/>
        </w:rPr>
        <w:lastRenderedPageBreak/>
        <w:t>ARRONDISSEMENT</w:t>
      </w:r>
      <w:r w:rsidR="00D8665F">
        <w:rPr>
          <w:rFonts w:ascii="Arial" w:hAnsi="Arial"/>
          <w:sz w:val="44"/>
          <w:szCs w:val="36"/>
          <w:lang w:val="fr-FR"/>
        </w:rPr>
        <w:t>S</w:t>
      </w:r>
      <w:r w:rsidRPr="0012506B">
        <w:rPr>
          <w:rFonts w:ascii="Arial" w:hAnsi="Arial"/>
          <w:sz w:val="44"/>
          <w:szCs w:val="36"/>
          <w:lang w:val="fr-FR"/>
        </w:rPr>
        <w:t xml:space="preserve"> </w:t>
      </w:r>
      <w:r w:rsidR="00D8665F">
        <w:rPr>
          <w:rFonts w:ascii="Arial" w:hAnsi="Arial"/>
          <w:sz w:val="44"/>
          <w:szCs w:val="36"/>
          <w:lang w:val="fr-FR"/>
        </w:rPr>
        <w:t>–</w:t>
      </w:r>
      <w:r w:rsidRPr="0012506B">
        <w:rPr>
          <w:rFonts w:ascii="Arial" w:hAnsi="Arial"/>
          <w:sz w:val="44"/>
          <w:szCs w:val="36"/>
          <w:lang w:val="fr-FR"/>
        </w:rPr>
        <w:t xml:space="preserve"> </w:t>
      </w:r>
      <w:r w:rsidR="00D8665F">
        <w:rPr>
          <w:rFonts w:ascii="Arial" w:hAnsi="Arial"/>
          <w:sz w:val="44"/>
          <w:szCs w:val="36"/>
          <w:lang w:val="fr-FR"/>
        </w:rPr>
        <w:t xml:space="preserve">MON </w:t>
      </w:r>
      <w:r w:rsidRPr="0012506B">
        <w:rPr>
          <w:rFonts w:ascii="Arial" w:hAnsi="Arial"/>
          <w:sz w:val="44"/>
          <w:szCs w:val="36"/>
          <w:lang w:val="fr-FR"/>
        </w:rPr>
        <w:t>1</w:t>
      </w:r>
      <w:r w:rsidR="00D8665F" w:rsidRPr="00D8665F">
        <w:rPr>
          <w:rFonts w:ascii="Arial" w:hAnsi="Arial"/>
          <w:sz w:val="44"/>
          <w:szCs w:val="36"/>
          <w:vertAlign w:val="superscript"/>
          <w:lang w:val="fr-FR"/>
        </w:rPr>
        <w:t>er</w:t>
      </w:r>
      <w:bookmarkEnd w:id="31"/>
      <w:r w:rsidR="00D8665F">
        <w:rPr>
          <w:rFonts w:ascii="Arial" w:hAnsi="Arial"/>
          <w:sz w:val="44"/>
          <w:szCs w:val="36"/>
          <w:lang w:val="fr-FR"/>
        </w:rPr>
        <w:t xml:space="preserve"> </w:t>
      </w:r>
    </w:p>
    <w:p w14:paraId="7BFDB3DF" w14:textId="77777777" w:rsidR="00C84256" w:rsidRPr="004C06D0" w:rsidRDefault="00C84256" w:rsidP="00C84256">
      <w:pPr>
        <w:rPr>
          <w:rFonts w:ascii="Arial" w:hAnsi="Arial"/>
          <w:sz w:val="36"/>
          <w:lang w:val="fr-FR"/>
        </w:rPr>
      </w:pPr>
    </w:p>
    <w:p w14:paraId="4EEA700A" w14:textId="77777777" w:rsidR="00C84256" w:rsidRPr="004C06D0" w:rsidRDefault="00C84256" w:rsidP="00C84256">
      <w:pPr>
        <w:rPr>
          <w:rFonts w:ascii="Arial" w:hAnsi="Arial"/>
          <w:sz w:val="36"/>
          <w:lang w:val="fr-FR"/>
        </w:rPr>
      </w:pPr>
      <w:r w:rsidRPr="004C06D0">
        <w:rPr>
          <w:rFonts w:ascii="Arial" w:hAnsi="Arial"/>
          <w:sz w:val="36"/>
          <w:lang w:val="fr-FR"/>
        </w:rPr>
        <w:t>Mairie du 1</w:t>
      </w:r>
      <w:r w:rsidRPr="004C06D0">
        <w:rPr>
          <w:rFonts w:ascii="Arial" w:hAnsi="Arial"/>
          <w:sz w:val="36"/>
          <w:vertAlign w:val="superscript"/>
          <w:lang w:val="fr-FR"/>
        </w:rPr>
        <w:t>er </w:t>
      </w:r>
      <w:r w:rsidRPr="004C06D0">
        <w:rPr>
          <w:rFonts w:ascii="Arial" w:hAnsi="Arial"/>
          <w:sz w:val="36"/>
          <w:lang w:val="fr-FR"/>
        </w:rPr>
        <w:t>:</w:t>
      </w:r>
    </w:p>
    <w:p w14:paraId="12D91D8E" w14:textId="77777777" w:rsidR="00C84256" w:rsidRPr="004C06D0" w:rsidRDefault="00C84256" w:rsidP="00C84256">
      <w:pPr>
        <w:rPr>
          <w:rFonts w:ascii="Arial" w:hAnsi="Arial"/>
          <w:sz w:val="36"/>
          <w:lang w:val="fr-FR"/>
        </w:rPr>
      </w:pPr>
      <w:r w:rsidRPr="004C06D0">
        <w:rPr>
          <w:rFonts w:ascii="Arial" w:hAnsi="Arial"/>
          <w:sz w:val="36"/>
          <w:lang w:val="fr-FR"/>
        </w:rPr>
        <w:t>2 place Sathonay</w:t>
      </w:r>
      <w:r w:rsidRPr="004C06D0">
        <w:rPr>
          <w:rFonts w:ascii="Arial" w:hAnsi="Arial"/>
          <w:sz w:val="36"/>
          <w:lang w:val="fr-FR"/>
        </w:rPr>
        <w:br/>
        <w:t>69001 Lyon</w:t>
      </w:r>
      <w:r w:rsidRPr="004C06D0">
        <w:rPr>
          <w:rFonts w:ascii="Arial" w:hAnsi="Arial"/>
          <w:sz w:val="36"/>
          <w:lang w:val="fr-FR"/>
        </w:rPr>
        <w:br/>
        <w:t>04 72 98 54 04</w:t>
      </w:r>
      <w:r w:rsidRPr="004C06D0">
        <w:rPr>
          <w:rFonts w:ascii="Arial" w:hAnsi="Arial"/>
          <w:sz w:val="36"/>
          <w:lang w:val="fr-FR"/>
        </w:rPr>
        <w:br/>
      </w:r>
      <w:hyperlink r:id="rId40">
        <w:r w:rsidRPr="004C06D0">
          <w:rPr>
            <w:rFonts w:ascii="Arial" w:hAnsi="Arial"/>
            <w:color w:val="0000EE"/>
            <w:sz w:val="36"/>
            <w:u w:val="single"/>
            <w:lang w:val="fr-FR"/>
          </w:rPr>
          <w:t>mairie1.lyon.fr</w:t>
        </w:r>
      </w:hyperlink>
      <w:r w:rsidRPr="004C06D0">
        <w:rPr>
          <w:rFonts w:ascii="Arial" w:hAnsi="Arial"/>
          <w:sz w:val="36"/>
          <w:lang w:val="fr-FR"/>
        </w:rPr>
        <w:br/>
      </w:r>
      <w:hyperlink r:id="rId41">
        <w:r w:rsidRPr="004C06D0">
          <w:rPr>
            <w:rFonts w:ascii="Arial" w:hAnsi="Arial"/>
            <w:color w:val="0000EE"/>
            <w:sz w:val="36"/>
            <w:u w:val="single"/>
            <w:lang w:val="fr-FR"/>
          </w:rPr>
          <w:t>facebook.com/</w:t>
        </w:r>
      </w:hyperlink>
      <w:hyperlink r:id="rId42">
        <w:r w:rsidRPr="004C06D0">
          <w:rPr>
            <w:rFonts w:ascii="Arial" w:hAnsi="Arial"/>
            <w:color w:val="0000EE"/>
            <w:sz w:val="36"/>
            <w:u w:val="single"/>
            <w:lang w:val="fr-FR"/>
          </w:rPr>
          <w:t>Mairie1Lyon</w:t>
        </w:r>
      </w:hyperlink>
      <w:r w:rsidRPr="004C06D0">
        <w:rPr>
          <w:rFonts w:ascii="Arial" w:hAnsi="Arial"/>
          <w:sz w:val="36"/>
          <w:lang w:val="fr-FR"/>
        </w:rPr>
        <w:br/>
      </w:r>
      <w:hyperlink r:id="rId43">
        <w:r w:rsidRPr="004C06D0">
          <w:rPr>
            <w:rFonts w:ascii="Arial" w:hAnsi="Arial"/>
            <w:color w:val="0000EE"/>
            <w:sz w:val="36"/>
            <w:u w:val="single"/>
            <w:lang w:val="fr-FR"/>
          </w:rPr>
          <w:t>instagram.com/</w:t>
        </w:r>
      </w:hyperlink>
      <w:hyperlink r:id="rId44">
        <w:r w:rsidRPr="004C06D0">
          <w:rPr>
            <w:rFonts w:ascii="Arial" w:hAnsi="Arial"/>
            <w:color w:val="0000EE"/>
            <w:sz w:val="36"/>
            <w:u w:val="single"/>
            <w:lang w:val="fr-FR"/>
          </w:rPr>
          <w:t>Mairie1Lyon</w:t>
        </w:r>
      </w:hyperlink>
    </w:p>
    <w:p w14:paraId="2E4F95F9" w14:textId="77777777" w:rsidR="00C84256" w:rsidRPr="004C06D0" w:rsidRDefault="00C84256" w:rsidP="00C84256">
      <w:pPr>
        <w:rPr>
          <w:rFonts w:ascii="Arial" w:hAnsi="Arial"/>
          <w:sz w:val="36"/>
          <w:lang w:val="fr-FR"/>
        </w:rPr>
      </w:pPr>
    </w:p>
    <w:p w14:paraId="3E392C93" w14:textId="77777777" w:rsidR="00C84256" w:rsidRPr="00173A37" w:rsidRDefault="00C84256" w:rsidP="00C84256">
      <w:pPr>
        <w:rPr>
          <w:rFonts w:ascii="Arial" w:hAnsi="Arial"/>
          <w:b/>
          <w:bCs/>
          <w:sz w:val="36"/>
          <w:lang w:val="fr-FR"/>
        </w:rPr>
      </w:pPr>
      <w:r w:rsidRPr="00173A37">
        <w:rPr>
          <w:rFonts w:ascii="Arial" w:hAnsi="Arial"/>
          <w:b/>
          <w:bCs/>
          <w:sz w:val="36"/>
          <w:lang w:val="fr-FR"/>
        </w:rPr>
        <w:t>La Semaine Climat revient :</w:t>
      </w:r>
    </w:p>
    <w:p w14:paraId="326FE94E" w14:textId="77777777" w:rsidR="00C84256" w:rsidRPr="004C06D0" w:rsidRDefault="00C84256" w:rsidP="00C84256">
      <w:pPr>
        <w:rPr>
          <w:rFonts w:ascii="Arial" w:hAnsi="Arial"/>
          <w:sz w:val="36"/>
          <w:lang w:val="fr-FR"/>
        </w:rPr>
      </w:pPr>
      <w:r w:rsidRPr="004C06D0">
        <w:rPr>
          <w:rFonts w:ascii="Arial" w:hAnsi="Arial"/>
          <w:sz w:val="36"/>
          <w:lang w:val="fr-FR"/>
        </w:rPr>
        <w:t>Du 4 au 8 novembre, la Semaine Climat propose un focus sur le défi du siècle : les ressources. À travers une table ronde le 8 novembre, des ateliers, expositions, projections et une simulation des Nations unies le 7 novembre consacrée aux enjeux de l'extractivisme, cette édition invite à interroger notre rapport aux ressources qui façonnent notre quotidien, de l'eau aux matières premières.</w:t>
      </w:r>
      <w:r w:rsidRPr="004C06D0">
        <w:rPr>
          <w:rFonts w:ascii="Arial" w:hAnsi="Arial"/>
          <w:sz w:val="36"/>
          <w:lang w:val="fr-FR"/>
        </w:rPr>
        <w:br/>
        <w:t>Elle questionne aussi les tensions qu'elles suscitent à l'échelle internationale, ainsi que les enjeux écologiques de leur préservation.</w:t>
      </w:r>
    </w:p>
    <w:p w14:paraId="0A563061" w14:textId="77777777" w:rsidR="00C84256" w:rsidRPr="004C06D0" w:rsidRDefault="00C84256" w:rsidP="00C84256">
      <w:pPr>
        <w:rPr>
          <w:rFonts w:ascii="Arial" w:hAnsi="Arial"/>
          <w:sz w:val="36"/>
          <w:lang w:val="fr-FR"/>
        </w:rPr>
      </w:pPr>
      <w:hyperlink r:id="rId45">
        <w:r w:rsidRPr="004C06D0">
          <w:rPr>
            <w:rFonts w:ascii="Arial" w:hAnsi="Arial"/>
            <w:color w:val="0000EE"/>
            <w:sz w:val="36"/>
            <w:u w:val="single"/>
            <w:lang w:val="fr-FR"/>
          </w:rPr>
          <w:t>mairie1.lyon.fr</w:t>
        </w:r>
      </w:hyperlink>
    </w:p>
    <w:p w14:paraId="278AA0F4" w14:textId="77777777" w:rsidR="00C84256" w:rsidRPr="004C06D0" w:rsidRDefault="00C84256" w:rsidP="00C84256">
      <w:pPr>
        <w:rPr>
          <w:rFonts w:ascii="Arial" w:hAnsi="Arial"/>
          <w:sz w:val="36"/>
          <w:lang w:val="fr-FR"/>
        </w:rPr>
      </w:pPr>
    </w:p>
    <w:p w14:paraId="0C4D6E76" w14:textId="77777777" w:rsidR="00C84256" w:rsidRPr="00173A37" w:rsidRDefault="00C84256" w:rsidP="00C84256">
      <w:pPr>
        <w:rPr>
          <w:rFonts w:ascii="Arial" w:hAnsi="Arial"/>
          <w:b/>
          <w:bCs/>
          <w:sz w:val="36"/>
          <w:lang w:val="fr-FR"/>
        </w:rPr>
      </w:pPr>
      <w:r w:rsidRPr="00173A37">
        <w:rPr>
          <w:rFonts w:ascii="Arial" w:hAnsi="Arial"/>
          <w:b/>
          <w:bCs/>
          <w:sz w:val="36"/>
          <w:lang w:val="fr-FR"/>
        </w:rPr>
        <w:t>Une rentrée ouverte sur le monde :</w:t>
      </w:r>
    </w:p>
    <w:p w14:paraId="119352BA" w14:textId="77777777" w:rsidR="00C84256" w:rsidRPr="004C06D0" w:rsidRDefault="00C84256" w:rsidP="00C84256">
      <w:pPr>
        <w:rPr>
          <w:rFonts w:ascii="Arial" w:hAnsi="Arial"/>
          <w:sz w:val="36"/>
          <w:lang w:val="fr-FR"/>
        </w:rPr>
      </w:pPr>
      <w:r w:rsidRPr="004C06D0">
        <w:rPr>
          <w:rFonts w:ascii="Arial" w:hAnsi="Arial"/>
          <w:sz w:val="36"/>
          <w:lang w:val="fr-FR"/>
        </w:rPr>
        <w:lastRenderedPageBreak/>
        <w:t>L'été qui s'achève aura été marqué par des épisodes de très fortes chaleurs, qui rappel- lent combien le changement climatique transforme déjà notre quotidien et exige que nous adaptions durablement notre manière de vivre la ville, de l'aménager, de végétaliser les espaces publics, de protéger les logements, de prendre soin des plus vulnérables.</w:t>
      </w:r>
      <w:r w:rsidRPr="004C06D0">
        <w:rPr>
          <w:rFonts w:ascii="Arial" w:hAnsi="Arial"/>
          <w:sz w:val="36"/>
          <w:lang w:val="fr-FR"/>
        </w:rPr>
        <w:br/>
        <w:t>La rentrée est aussi celle des savoirs, de la création et du débat. Dans le 1er, une programmation dense permettra de découvrir des fouilles archéologiques de la période romaine à l'occasion des Journées du patrimoine ; de comprendre les enjeux des ressources lors de la Semaine Climat ; d'échanger sur les sujets de mémoire, de solidarités internationales à l'occasion d'expositions et de conférences.</w:t>
      </w:r>
      <w:r w:rsidRPr="004C06D0">
        <w:rPr>
          <w:rFonts w:ascii="Arial" w:hAnsi="Arial"/>
          <w:sz w:val="36"/>
          <w:lang w:val="fr-FR"/>
        </w:rPr>
        <w:br/>
        <w:t>Ces rendez-vous sont autant de moment d'ouverture, de rencontre et de débat citoyen.</w:t>
      </w:r>
      <w:r w:rsidRPr="004C06D0">
        <w:rPr>
          <w:rFonts w:ascii="Arial" w:hAnsi="Arial"/>
          <w:sz w:val="36"/>
          <w:lang w:val="fr-FR"/>
        </w:rPr>
        <w:br/>
        <w:t>Au plaisir de vous y retrouver !</w:t>
      </w:r>
    </w:p>
    <w:p w14:paraId="5BD96357" w14:textId="77777777" w:rsidR="00C84256" w:rsidRPr="004C06D0" w:rsidRDefault="00C84256" w:rsidP="00C84256">
      <w:pPr>
        <w:rPr>
          <w:rFonts w:ascii="Arial" w:hAnsi="Arial"/>
          <w:sz w:val="36"/>
          <w:lang w:val="fr-FR"/>
        </w:rPr>
      </w:pPr>
    </w:p>
    <w:p w14:paraId="3DC4DC2B" w14:textId="77777777" w:rsidR="00C84256" w:rsidRPr="004C06D0" w:rsidRDefault="00C84256" w:rsidP="00C84256">
      <w:pPr>
        <w:rPr>
          <w:rFonts w:ascii="Arial" w:hAnsi="Arial"/>
          <w:sz w:val="36"/>
          <w:lang w:val="fr-FR"/>
        </w:rPr>
      </w:pPr>
      <w:r w:rsidRPr="004C06D0">
        <w:rPr>
          <w:rFonts w:ascii="Arial" w:hAnsi="Arial"/>
          <w:sz w:val="36"/>
          <w:lang w:val="fr-FR"/>
        </w:rPr>
        <w:t>Yasmine Bouagga</w:t>
      </w:r>
      <w:r w:rsidRPr="004C06D0">
        <w:rPr>
          <w:rFonts w:ascii="Arial" w:hAnsi="Arial"/>
          <w:sz w:val="36"/>
          <w:lang w:val="fr-FR"/>
        </w:rPr>
        <w:br/>
        <w:t>Maire du 1er arrondissement</w:t>
      </w:r>
    </w:p>
    <w:p w14:paraId="443F361D" w14:textId="77777777" w:rsidR="00C84256" w:rsidRPr="004C06D0" w:rsidRDefault="00C84256" w:rsidP="00C84256">
      <w:pPr>
        <w:rPr>
          <w:rFonts w:ascii="Arial" w:hAnsi="Arial"/>
          <w:sz w:val="36"/>
          <w:lang w:val="fr-FR"/>
        </w:rPr>
      </w:pPr>
    </w:p>
    <w:p w14:paraId="480BBDDE" w14:textId="77777777" w:rsidR="00C84256" w:rsidRPr="004C06D0" w:rsidRDefault="00C84256" w:rsidP="00C84256">
      <w:pPr>
        <w:rPr>
          <w:rFonts w:ascii="Arial" w:hAnsi="Arial"/>
          <w:sz w:val="36"/>
          <w:lang w:val="fr-FR"/>
        </w:rPr>
      </w:pPr>
    </w:p>
    <w:p w14:paraId="057FC47F" w14:textId="77777777" w:rsidR="00C84256" w:rsidRPr="004C06D0" w:rsidRDefault="00C84256" w:rsidP="00C84256">
      <w:pPr>
        <w:rPr>
          <w:rFonts w:ascii="Arial" w:hAnsi="Arial"/>
          <w:sz w:val="36"/>
          <w:lang w:val="fr-FR"/>
        </w:rPr>
      </w:pPr>
      <w:r w:rsidRPr="00173A37">
        <w:rPr>
          <w:rFonts w:ascii="Arial" w:hAnsi="Arial"/>
          <w:b/>
          <w:bCs/>
          <w:sz w:val="36"/>
          <w:lang w:val="fr-FR"/>
        </w:rPr>
        <w:t xml:space="preserve">Plongez au cœur des fouilles archéologiques du site </w:t>
      </w:r>
      <w:r w:rsidRPr="004C06D0">
        <w:rPr>
          <w:rFonts w:ascii="Arial" w:hAnsi="Arial"/>
          <w:sz w:val="36"/>
          <w:lang w:val="fr-FR"/>
        </w:rPr>
        <w:t>Neyret :</w:t>
      </w:r>
    </w:p>
    <w:p w14:paraId="11A1DD42" w14:textId="77777777" w:rsidR="00C84256" w:rsidRPr="004C06D0" w:rsidRDefault="00C84256" w:rsidP="00C84256">
      <w:pPr>
        <w:rPr>
          <w:rFonts w:ascii="Arial" w:hAnsi="Arial"/>
          <w:sz w:val="36"/>
          <w:lang w:val="fr-FR"/>
        </w:rPr>
      </w:pPr>
      <w:r w:rsidRPr="004C06D0">
        <w:rPr>
          <w:rFonts w:ascii="Arial" w:hAnsi="Arial"/>
          <w:sz w:val="36"/>
          <w:lang w:val="fr-FR"/>
        </w:rPr>
        <w:t>À l'occasion des travaux du site Neyret (ex-École des Beaux-Arts), d'importantes fouilles archéo- logiques ont mis au jour des vestiges exceptionnels de l'époque romaine.</w:t>
      </w:r>
      <w:r w:rsidRPr="004C06D0">
        <w:rPr>
          <w:rFonts w:ascii="Arial" w:hAnsi="Arial"/>
          <w:sz w:val="36"/>
          <w:lang w:val="fr-FR"/>
        </w:rPr>
        <w:br/>
      </w:r>
      <w:r w:rsidRPr="004C06D0">
        <w:rPr>
          <w:rFonts w:ascii="Arial" w:hAnsi="Arial"/>
          <w:sz w:val="36"/>
          <w:lang w:val="fr-FR"/>
        </w:rPr>
        <w:lastRenderedPageBreak/>
        <w:t>Les archéologues de la Ville ont notamment découvert des traces de l'entrée principale de l'amphithéâtre des Trois Gaules, d'anciennes terrasses aménagées par les Gallo-Romains ainsi que des indices précieux permettant de mieux comprendre l'histoire des Pentes de la Croix-Rousse à l'époque antique.</w:t>
      </w:r>
      <w:r w:rsidRPr="004C06D0">
        <w:rPr>
          <w:rFonts w:ascii="Arial" w:hAnsi="Arial"/>
          <w:sz w:val="36"/>
          <w:lang w:val="fr-FR"/>
        </w:rPr>
        <w:br/>
        <w:t>Pour partager ces découvertes avec le public, des visites guidées gratuites sont proposées les 22 et 29 septembre, ainsi que dans le cadre des Journées européennes du patrimoine, les 19 et 20 septembre. Une occasion unique de découvrir les coulisses d'un chantier archéologique.</w:t>
      </w:r>
    </w:p>
    <w:p w14:paraId="09B1EB65" w14:textId="77777777" w:rsidR="00C84256" w:rsidRPr="004C06D0" w:rsidRDefault="00C84256" w:rsidP="00C84256">
      <w:pPr>
        <w:rPr>
          <w:rFonts w:ascii="Arial" w:hAnsi="Arial"/>
          <w:sz w:val="36"/>
          <w:lang w:val="fr-FR"/>
        </w:rPr>
      </w:pPr>
    </w:p>
    <w:p w14:paraId="09A040EF" w14:textId="77777777" w:rsidR="00C84256" w:rsidRPr="004C06D0" w:rsidRDefault="00C84256" w:rsidP="00C84256">
      <w:pPr>
        <w:rPr>
          <w:rFonts w:ascii="Arial" w:hAnsi="Arial"/>
          <w:sz w:val="36"/>
          <w:lang w:val="fr-FR"/>
        </w:rPr>
      </w:pPr>
    </w:p>
    <w:p w14:paraId="63E7CFFD" w14:textId="34BE023F" w:rsidR="00C84256" w:rsidRPr="00173A37" w:rsidRDefault="00173A37" w:rsidP="00173A37">
      <w:pPr>
        <w:rPr>
          <w:b/>
          <w:bCs/>
          <w:lang w:val="fr-FR"/>
        </w:rPr>
      </w:pPr>
      <w:r w:rsidRPr="00173A37">
        <w:rPr>
          <w:b/>
          <w:bCs/>
          <w:lang w:val="fr-FR"/>
        </w:rPr>
        <w:t>AGENDA :</w:t>
      </w:r>
    </w:p>
    <w:p w14:paraId="4F22FB78" w14:textId="77777777" w:rsidR="00C84256" w:rsidRPr="004C06D0" w:rsidRDefault="00C84256" w:rsidP="00C84256">
      <w:pPr>
        <w:pStyle w:val="Listepuces"/>
        <w:rPr>
          <w:rFonts w:ascii="Arial" w:hAnsi="Arial"/>
          <w:sz w:val="36"/>
          <w:lang w:val="fr-FR"/>
        </w:rPr>
      </w:pPr>
      <w:r w:rsidRPr="004C06D0">
        <w:rPr>
          <w:rFonts w:ascii="Arial" w:hAnsi="Arial"/>
          <w:sz w:val="36"/>
          <w:lang w:val="fr-FR"/>
        </w:rPr>
        <w:t>Le 15 septembre à 18h :</w:t>
      </w:r>
    </w:p>
    <w:p w14:paraId="0C160D47" w14:textId="77777777" w:rsidR="00C84256" w:rsidRPr="004C06D0" w:rsidRDefault="00C84256" w:rsidP="00C84256">
      <w:pPr>
        <w:rPr>
          <w:rFonts w:ascii="Arial" w:hAnsi="Arial"/>
          <w:sz w:val="36"/>
          <w:lang w:val="fr-FR"/>
        </w:rPr>
      </w:pPr>
      <w:r w:rsidRPr="004C06D0">
        <w:rPr>
          <w:rFonts w:ascii="Arial" w:hAnsi="Arial"/>
          <w:sz w:val="36"/>
          <w:lang w:val="fr-FR"/>
        </w:rPr>
        <w:t>Inauguration de la cour nature de la crèche les Petits Thou.</w:t>
      </w:r>
    </w:p>
    <w:p w14:paraId="450818BC" w14:textId="77777777" w:rsidR="00C84256" w:rsidRPr="004C06D0" w:rsidRDefault="00C84256" w:rsidP="00C84256">
      <w:pPr>
        <w:rPr>
          <w:rFonts w:ascii="Arial" w:hAnsi="Arial"/>
          <w:sz w:val="36"/>
          <w:lang w:val="fr-FR"/>
        </w:rPr>
      </w:pPr>
    </w:p>
    <w:p w14:paraId="62A9CA1F" w14:textId="77777777" w:rsidR="00C84256" w:rsidRPr="004C06D0" w:rsidRDefault="00C84256" w:rsidP="00C84256">
      <w:pPr>
        <w:pStyle w:val="Listepuces"/>
        <w:rPr>
          <w:rFonts w:ascii="Arial" w:hAnsi="Arial"/>
          <w:sz w:val="36"/>
          <w:lang w:val="fr-FR"/>
        </w:rPr>
      </w:pPr>
      <w:r w:rsidRPr="004C06D0">
        <w:rPr>
          <w:rFonts w:ascii="Arial" w:hAnsi="Arial"/>
          <w:sz w:val="36"/>
          <w:lang w:val="fr-FR"/>
        </w:rPr>
        <w:t>Le 22 septembre à 18h30 :</w:t>
      </w:r>
    </w:p>
    <w:p w14:paraId="26BC01B2" w14:textId="77777777" w:rsidR="00C84256" w:rsidRPr="004C06D0" w:rsidRDefault="00C84256" w:rsidP="00C84256">
      <w:pPr>
        <w:rPr>
          <w:rFonts w:ascii="Arial" w:hAnsi="Arial"/>
          <w:sz w:val="36"/>
          <w:lang w:val="fr-FR"/>
        </w:rPr>
      </w:pPr>
      <w:r w:rsidRPr="004C06D0">
        <w:rPr>
          <w:rFonts w:ascii="Arial" w:hAnsi="Arial"/>
          <w:sz w:val="36"/>
          <w:lang w:val="fr-FR"/>
        </w:rPr>
        <w:t>Conférence sur l'extrême droite en Amérique latine, salle du Conseil, à la mairie.</w:t>
      </w:r>
    </w:p>
    <w:p w14:paraId="1599DBDD" w14:textId="77777777" w:rsidR="00C84256" w:rsidRPr="004C06D0" w:rsidRDefault="00C84256" w:rsidP="00C84256">
      <w:pPr>
        <w:rPr>
          <w:rFonts w:ascii="Arial" w:hAnsi="Arial"/>
          <w:sz w:val="36"/>
          <w:lang w:val="fr-FR"/>
        </w:rPr>
      </w:pPr>
    </w:p>
    <w:p w14:paraId="4A946ABA" w14:textId="77777777" w:rsidR="00C84256" w:rsidRPr="004C06D0" w:rsidRDefault="00C84256" w:rsidP="00C84256">
      <w:pPr>
        <w:pStyle w:val="Listepuces"/>
        <w:rPr>
          <w:rFonts w:ascii="Arial" w:hAnsi="Arial"/>
          <w:sz w:val="36"/>
          <w:lang w:val="fr-FR"/>
        </w:rPr>
      </w:pPr>
      <w:r w:rsidRPr="004C06D0">
        <w:rPr>
          <w:rFonts w:ascii="Arial" w:hAnsi="Arial"/>
          <w:sz w:val="36"/>
          <w:lang w:val="fr-FR"/>
        </w:rPr>
        <w:t>Le 7 octobre de 10h à 14h :</w:t>
      </w:r>
    </w:p>
    <w:p w14:paraId="3ACF3950" w14:textId="77777777" w:rsidR="00C84256" w:rsidRPr="004C06D0" w:rsidRDefault="00C84256" w:rsidP="00C84256">
      <w:pPr>
        <w:rPr>
          <w:rFonts w:ascii="Arial" w:hAnsi="Arial"/>
          <w:sz w:val="36"/>
          <w:lang w:val="fr-FR"/>
        </w:rPr>
      </w:pPr>
      <w:r w:rsidRPr="004C06D0">
        <w:rPr>
          <w:rFonts w:ascii="Arial" w:hAnsi="Arial"/>
          <w:sz w:val="36"/>
          <w:lang w:val="fr-FR"/>
        </w:rPr>
        <w:t>Semaine Bleue : atelier cuisine et dégustation autour de l'équilibre alimentaire, à l'ancien collège Truffaut.</w:t>
      </w:r>
    </w:p>
    <w:p w14:paraId="3AD68070" w14:textId="77777777" w:rsidR="00C84256" w:rsidRPr="004C06D0" w:rsidRDefault="00C84256" w:rsidP="00C84256">
      <w:pPr>
        <w:rPr>
          <w:rFonts w:ascii="Arial" w:hAnsi="Arial"/>
          <w:sz w:val="36"/>
          <w:lang w:val="fr-FR"/>
        </w:rPr>
      </w:pPr>
    </w:p>
    <w:p w14:paraId="520A2260" w14:textId="77777777" w:rsidR="00C84256" w:rsidRPr="004C06D0" w:rsidRDefault="00C84256" w:rsidP="00C84256">
      <w:pPr>
        <w:pStyle w:val="Listepuces"/>
        <w:rPr>
          <w:rFonts w:ascii="Arial" w:hAnsi="Arial"/>
          <w:sz w:val="36"/>
          <w:lang w:val="fr-FR"/>
        </w:rPr>
      </w:pPr>
      <w:r w:rsidRPr="004C06D0">
        <w:rPr>
          <w:rFonts w:ascii="Arial" w:hAnsi="Arial"/>
          <w:sz w:val="36"/>
          <w:lang w:val="fr-FR"/>
        </w:rPr>
        <w:t>Le 16 octobre à 18h30 :</w:t>
      </w:r>
    </w:p>
    <w:p w14:paraId="69D5A6F9" w14:textId="77777777" w:rsidR="00C84256" w:rsidRPr="004C06D0" w:rsidRDefault="00C84256" w:rsidP="00C84256">
      <w:pPr>
        <w:rPr>
          <w:rFonts w:ascii="Arial" w:hAnsi="Arial"/>
          <w:sz w:val="36"/>
          <w:lang w:val="fr-FR"/>
        </w:rPr>
      </w:pPr>
      <w:r w:rsidRPr="004C06D0">
        <w:rPr>
          <w:rFonts w:ascii="Arial" w:hAnsi="Arial"/>
          <w:sz w:val="36"/>
          <w:lang w:val="fr-FR"/>
        </w:rPr>
        <w:t>Conférence avec l'historien algérien Hosni Kitouni, salle du Conseil, à la mairie.</w:t>
      </w:r>
    </w:p>
    <w:p w14:paraId="44738017" w14:textId="77777777" w:rsidR="00C84256" w:rsidRPr="004C06D0" w:rsidRDefault="00C84256" w:rsidP="00C84256">
      <w:pPr>
        <w:rPr>
          <w:rFonts w:ascii="Arial" w:hAnsi="Arial"/>
          <w:sz w:val="36"/>
          <w:lang w:val="fr-FR"/>
        </w:rPr>
      </w:pPr>
    </w:p>
    <w:p w14:paraId="1E05BFD5" w14:textId="77777777" w:rsidR="00C84256" w:rsidRPr="004C06D0" w:rsidRDefault="00C84256" w:rsidP="00C84256">
      <w:pPr>
        <w:pStyle w:val="Listepuces"/>
        <w:rPr>
          <w:rFonts w:ascii="Arial" w:hAnsi="Arial"/>
          <w:sz w:val="36"/>
          <w:lang w:val="fr-FR"/>
        </w:rPr>
      </w:pPr>
      <w:r w:rsidRPr="004C06D0">
        <w:rPr>
          <w:rFonts w:ascii="Arial" w:hAnsi="Arial"/>
          <w:sz w:val="36"/>
          <w:lang w:val="fr-FR"/>
        </w:rPr>
        <w:t>Le 4 novembre à 18h30 :</w:t>
      </w:r>
    </w:p>
    <w:p w14:paraId="5D9D212C" w14:textId="77777777" w:rsidR="00C84256" w:rsidRPr="004C06D0" w:rsidRDefault="00C84256" w:rsidP="00C84256">
      <w:pPr>
        <w:rPr>
          <w:rFonts w:ascii="Arial" w:hAnsi="Arial"/>
          <w:sz w:val="36"/>
          <w:lang w:val="fr-FR"/>
        </w:rPr>
      </w:pPr>
      <w:r w:rsidRPr="004C06D0">
        <w:rPr>
          <w:rFonts w:ascii="Arial" w:hAnsi="Arial"/>
          <w:sz w:val="36"/>
          <w:lang w:val="fr-FR"/>
        </w:rPr>
        <w:t>Conseil d'arrondissement, salle du Conseil, à la mairie.</w:t>
      </w:r>
    </w:p>
    <w:p w14:paraId="700E8A2B" w14:textId="10C1C258" w:rsidR="001F0A3E" w:rsidRDefault="001F0A3E">
      <w:pPr>
        <w:rPr>
          <w:rFonts w:ascii="Arial" w:hAnsi="Arial"/>
          <w:sz w:val="36"/>
          <w:lang w:val="fr-FR"/>
        </w:rPr>
      </w:pPr>
      <w:r>
        <w:rPr>
          <w:rFonts w:ascii="Arial" w:hAnsi="Arial"/>
          <w:sz w:val="36"/>
          <w:lang w:val="fr-FR"/>
        </w:rPr>
        <w:br w:type="page"/>
      </w:r>
    </w:p>
    <w:p w14:paraId="74496ED4" w14:textId="77777777" w:rsidR="00C84256" w:rsidRPr="004C06D0" w:rsidRDefault="00C84256" w:rsidP="00C84256">
      <w:pPr>
        <w:rPr>
          <w:rFonts w:ascii="Arial" w:hAnsi="Arial"/>
          <w:sz w:val="36"/>
          <w:lang w:val="fr-FR"/>
        </w:rPr>
      </w:pPr>
    </w:p>
    <w:p w14:paraId="3CC477AD" w14:textId="2A2B82A2" w:rsidR="00C84256" w:rsidRPr="00173A37" w:rsidRDefault="00173A37" w:rsidP="00C84256">
      <w:pPr>
        <w:pStyle w:val="Titre1"/>
        <w:jc w:val="center"/>
        <w:rPr>
          <w:rFonts w:ascii="Arial" w:hAnsi="Arial"/>
          <w:sz w:val="44"/>
          <w:szCs w:val="36"/>
          <w:lang w:val="fr-FR"/>
        </w:rPr>
      </w:pPr>
      <w:bookmarkStart w:id="32" w:name="_Toc239853018"/>
      <w:r w:rsidRPr="00173A37">
        <w:rPr>
          <w:rFonts w:ascii="Arial" w:hAnsi="Arial"/>
          <w:sz w:val="44"/>
          <w:szCs w:val="36"/>
          <w:lang w:val="fr-FR"/>
        </w:rPr>
        <w:t>MMON 2</w:t>
      </w:r>
      <w:r>
        <w:rPr>
          <w:rFonts w:ascii="Arial" w:hAnsi="Arial"/>
          <w:sz w:val="44"/>
          <w:szCs w:val="36"/>
          <w:lang w:val="fr-FR"/>
        </w:rPr>
        <w:t>e</w:t>
      </w:r>
      <w:r w:rsidRPr="00173A37">
        <w:rPr>
          <w:rFonts w:ascii="Arial" w:hAnsi="Arial"/>
          <w:sz w:val="44"/>
          <w:szCs w:val="36"/>
          <w:lang w:val="fr-FR"/>
        </w:rPr>
        <w:t xml:space="preserve"> ARRONDISSEMENT</w:t>
      </w:r>
      <w:bookmarkEnd w:id="32"/>
    </w:p>
    <w:p w14:paraId="58300968" w14:textId="77777777" w:rsidR="00C84256" w:rsidRPr="004C06D0" w:rsidRDefault="00C84256" w:rsidP="00C84256">
      <w:pPr>
        <w:rPr>
          <w:rFonts w:ascii="Arial" w:hAnsi="Arial"/>
          <w:sz w:val="36"/>
          <w:lang w:val="fr-FR"/>
        </w:rPr>
      </w:pPr>
    </w:p>
    <w:p w14:paraId="45E5B84B" w14:textId="77777777" w:rsidR="00C84256" w:rsidRPr="004C06D0" w:rsidRDefault="00C84256" w:rsidP="00C84256">
      <w:pPr>
        <w:rPr>
          <w:rFonts w:ascii="Arial" w:hAnsi="Arial"/>
          <w:sz w:val="36"/>
          <w:lang w:val="fr-FR"/>
        </w:rPr>
      </w:pPr>
      <w:r w:rsidRPr="004C06D0">
        <w:rPr>
          <w:rFonts w:ascii="Arial" w:hAnsi="Arial"/>
          <w:sz w:val="36"/>
          <w:lang w:val="fr-FR"/>
        </w:rPr>
        <w:t>Mairie du 2</w:t>
      </w:r>
      <w:r w:rsidRPr="004C06D0">
        <w:rPr>
          <w:rFonts w:ascii="Arial" w:hAnsi="Arial"/>
          <w:sz w:val="36"/>
          <w:vertAlign w:val="superscript"/>
          <w:lang w:val="fr-FR"/>
        </w:rPr>
        <w:t>e </w:t>
      </w:r>
      <w:r w:rsidRPr="004C06D0">
        <w:rPr>
          <w:rFonts w:ascii="Arial" w:hAnsi="Arial"/>
          <w:sz w:val="36"/>
          <w:lang w:val="fr-FR"/>
        </w:rPr>
        <w:t>:</w:t>
      </w:r>
    </w:p>
    <w:p w14:paraId="18DBE319" w14:textId="77777777" w:rsidR="00C84256" w:rsidRPr="004C06D0" w:rsidRDefault="00C84256" w:rsidP="00C84256">
      <w:pPr>
        <w:rPr>
          <w:rFonts w:ascii="Arial" w:hAnsi="Arial"/>
          <w:sz w:val="36"/>
          <w:lang w:val="fr-FR"/>
        </w:rPr>
      </w:pPr>
      <w:r w:rsidRPr="004C06D0">
        <w:rPr>
          <w:rFonts w:ascii="Arial" w:hAnsi="Arial"/>
          <w:sz w:val="36"/>
          <w:lang w:val="fr-FR"/>
        </w:rPr>
        <w:t>2, rue d'Enghien</w:t>
      </w:r>
      <w:r w:rsidRPr="004C06D0">
        <w:rPr>
          <w:rFonts w:ascii="Arial" w:hAnsi="Arial"/>
          <w:sz w:val="36"/>
          <w:lang w:val="fr-FR"/>
        </w:rPr>
        <w:br/>
        <w:t>69002 Lyon</w:t>
      </w:r>
      <w:r w:rsidRPr="004C06D0">
        <w:rPr>
          <w:rFonts w:ascii="Arial" w:hAnsi="Arial"/>
          <w:sz w:val="36"/>
          <w:lang w:val="fr-FR"/>
        </w:rPr>
        <w:br/>
        <w:t>04 78 92 73 00</w:t>
      </w:r>
      <w:r w:rsidRPr="004C06D0">
        <w:rPr>
          <w:rFonts w:ascii="Arial" w:hAnsi="Arial"/>
          <w:sz w:val="36"/>
          <w:lang w:val="fr-FR"/>
        </w:rPr>
        <w:br/>
      </w:r>
      <w:hyperlink r:id="rId46">
        <w:r w:rsidRPr="004C06D0">
          <w:rPr>
            <w:rFonts w:ascii="Arial" w:hAnsi="Arial"/>
            <w:color w:val="0000EE"/>
            <w:sz w:val="36"/>
            <w:u w:val="single"/>
            <w:lang w:val="fr-FR"/>
          </w:rPr>
          <w:t>mairie2@mairie-</w:t>
        </w:r>
      </w:hyperlink>
      <w:hyperlink r:id="rId47">
        <w:r w:rsidRPr="004C06D0">
          <w:rPr>
            <w:rFonts w:ascii="Arial" w:hAnsi="Arial"/>
            <w:color w:val="0000EE"/>
            <w:sz w:val="36"/>
            <w:u w:val="single"/>
            <w:lang w:val="fr-FR"/>
          </w:rPr>
          <w:t>lyon.fr</w:t>
        </w:r>
      </w:hyperlink>
      <w:r w:rsidRPr="004C06D0">
        <w:rPr>
          <w:rFonts w:ascii="Arial" w:hAnsi="Arial"/>
          <w:sz w:val="36"/>
          <w:lang w:val="fr-FR"/>
        </w:rPr>
        <w:br/>
      </w:r>
      <w:hyperlink r:id="rId48">
        <w:r w:rsidRPr="004C06D0">
          <w:rPr>
            <w:rFonts w:ascii="Arial" w:hAnsi="Arial"/>
            <w:color w:val="0000EE"/>
            <w:sz w:val="36"/>
            <w:u w:val="single"/>
            <w:lang w:val="fr-FR"/>
          </w:rPr>
          <w:t>mairie2.lyon.fr</w:t>
        </w:r>
      </w:hyperlink>
      <w:r w:rsidRPr="004C06D0">
        <w:rPr>
          <w:rFonts w:ascii="Arial" w:hAnsi="Arial"/>
          <w:sz w:val="36"/>
          <w:lang w:val="fr-FR"/>
        </w:rPr>
        <w:t>Facebook et X :</w:t>
      </w:r>
      <w:r w:rsidRPr="004C06D0">
        <w:rPr>
          <w:rFonts w:ascii="Arial" w:hAnsi="Arial"/>
          <w:sz w:val="36"/>
          <w:lang w:val="fr-FR"/>
        </w:rPr>
        <w:br/>
        <w:t>Mairie2Lyon</w:t>
      </w:r>
    </w:p>
    <w:p w14:paraId="46A4055B" w14:textId="77777777" w:rsidR="00C84256" w:rsidRPr="004C06D0" w:rsidRDefault="00C84256" w:rsidP="00C84256">
      <w:pPr>
        <w:rPr>
          <w:rFonts w:ascii="Arial" w:hAnsi="Arial"/>
          <w:sz w:val="36"/>
          <w:lang w:val="fr-FR"/>
        </w:rPr>
      </w:pPr>
    </w:p>
    <w:p w14:paraId="1D6E54A5" w14:textId="77777777" w:rsidR="00C84256" w:rsidRPr="004C06D0" w:rsidRDefault="00C84256" w:rsidP="00C84256">
      <w:pPr>
        <w:rPr>
          <w:rFonts w:ascii="Arial" w:hAnsi="Arial"/>
          <w:sz w:val="36"/>
          <w:lang w:val="fr-FR"/>
        </w:rPr>
      </w:pPr>
      <w:r w:rsidRPr="00173A37">
        <w:rPr>
          <w:rFonts w:ascii="Arial" w:hAnsi="Arial"/>
          <w:b/>
          <w:bCs/>
          <w:sz w:val="36"/>
          <w:lang w:val="fr-FR"/>
        </w:rPr>
        <w:t xml:space="preserve">Charles Popineau, photographe lyonnais de la Belle </w:t>
      </w:r>
      <w:r w:rsidRPr="004C06D0">
        <w:rPr>
          <w:rFonts w:ascii="Arial" w:hAnsi="Arial"/>
          <w:sz w:val="36"/>
          <w:lang w:val="fr-FR"/>
        </w:rPr>
        <w:t>Époque :</w:t>
      </w:r>
    </w:p>
    <w:p w14:paraId="2CB1F697" w14:textId="77777777" w:rsidR="00C84256" w:rsidRPr="004C06D0" w:rsidRDefault="00C84256" w:rsidP="00C84256">
      <w:pPr>
        <w:rPr>
          <w:rFonts w:ascii="Arial" w:hAnsi="Arial"/>
          <w:sz w:val="36"/>
          <w:lang w:val="fr-FR"/>
        </w:rPr>
      </w:pPr>
      <w:r w:rsidRPr="004C06D0">
        <w:rPr>
          <w:rFonts w:ascii="Arial" w:hAnsi="Arial"/>
          <w:sz w:val="36"/>
          <w:lang w:val="fr-FR"/>
        </w:rPr>
        <w:t>Jusqu'au 29 octobre, plongez dans le Lyon d'autrefois !</w:t>
      </w:r>
      <w:r w:rsidRPr="004C06D0">
        <w:rPr>
          <w:rFonts w:ascii="Arial" w:hAnsi="Arial"/>
          <w:sz w:val="36"/>
          <w:lang w:val="fr-FR"/>
        </w:rPr>
        <w:br/>
        <w:t xml:space="preserve">À l'occasion des Journées européennes du patrimoine, la Mairie du 2e arrondissement vous invite à un voyage dans le temps. Grâce à son appareil photo suisse Suter, Charles Popineau a capturé, entre 1885 et 1927, des instants de la vie lyonnaise. </w:t>
      </w:r>
    </w:p>
    <w:p w14:paraId="424DBE9F" w14:textId="77777777" w:rsidR="00C84256" w:rsidRPr="004C06D0" w:rsidRDefault="00C84256" w:rsidP="00C84256">
      <w:pPr>
        <w:rPr>
          <w:rFonts w:ascii="Arial" w:hAnsi="Arial"/>
          <w:sz w:val="36"/>
          <w:lang w:val="fr-FR"/>
        </w:rPr>
      </w:pPr>
      <w:r w:rsidRPr="004C06D0">
        <w:rPr>
          <w:rFonts w:ascii="Arial" w:hAnsi="Arial"/>
          <w:sz w:val="36"/>
          <w:lang w:val="fr-FR"/>
        </w:rPr>
        <w:t xml:space="preserve">Découvrez une trentaine de clichés exceptionnels, des images qui racontent l'âme de Lyon à travers les époques : rues animées, visages, et paysages aujourd'hui disparus. </w:t>
      </w:r>
    </w:p>
    <w:p w14:paraId="3B96A358" w14:textId="77777777" w:rsidR="00C84256" w:rsidRPr="004C06D0" w:rsidRDefault="00C84256" w:rsidP="00C84256">
      <w:pPr>
        <w:rPr>
          <w:rFonts w:ascii="Arial" w:hAnsi="Arial"/>
          <w:sz w:val="36"/>
          <w:lang w:val="fr-FR"/>
        </w:rPr>
      </w:pPr>
      <w:r w:rsidRPr="004C06D0">
        <w:rPr>
          <w:rFonts w:ascii="Arial" w:hAnsi="Arial"/>
          <w:sz w:val="36"/>
          <w:lang w:val="fr-FR"/>
        </w:rPr>
        <w:lastRenderedPageBreak/>
        <w:t>Une exposition à ne pas manquer pour revivre l'histoire de la ville comme si vous y étiez !</w:t>
      </w:r>
      <w:r w:rsidRPr="004C06D0">
        <w:rPr>
          <w:rFonts w:ascii="Arial" w:hAnsi="Arial"/>
          <w:sz w:val="36"/>
          <w:lang w:val="fr-FR"/>
        </w:rPr>
        <w:br/>
        <w:t>Entrée libre, à la mairie, salle Camille Georges.</w:t>
      </w:r>
    </w:p>
    <w:p w14:paraId="1D0528AF" w14:textId="77777777" w:rsidR="00C84256" w:rsidRPr="004C06D0" w:rsidRDefault="00C84256" w:rsidP="00C84256">
      <w:pPr>
        <w:rPr>
          <w:rFonts w:ascii="Arial" w:hAnsi="Arial"/>
          <w:sz w:val="36"/>
          <w:lang w:val="fr-FR"/>
        </w:rPr>
      </w:pPr>
    </w:p>
    <w:p w14:paraId="69F68083" w14:textId="77777777" w:rsidR="00C84256" w:rsidRPr="00173A37" w:rsidRDefault="00C84256" w:rsidP="00C84256">
      <w:pPr>
        <w:rPr>
          <w:rFonts w:ascii="Arial" w:hAnsi="Arial"/>
          <w:b/>
          <w:bCs/>
          <w:sz w:val="36"/>
          <w:lang w:val="fr-FR"/>
        </w:rPr>
      </w:pPr>
      <w:r w:rsidRPr="00173A37">
        <w:rPr>
          <w:rFonts w:ascii="Arial" w:hAnsi="Arial"/>
          <w:b/>
          <w:bCs/>
          <w:sz w:val="36"/>
          <w:lang w:val="fr-FR"/>
        </w:rPr>
        <w:t>Venez visiter la mairie du 2 !</w:t>
      </w:r>
    </w:p>
    <w:p w14:paraId="30AD119C" w14:textId="77777777" w:rsidR="00C84256" w:rsidRPr="004C06D0" w:rsidRDefault="00C84256" w:rsidP="00C84256">
      <w:pPr>
        <w:rPr>
          <w:rFonts w:ascii="Arial" w:hAnsi="Arial"/>
          <w:sz w:val="36"/>
          <w:lang w:val="fr-FR"/>
        </w:rPr>
      </w:pPr>
      <w:r w:rsidRPr="004C06D0">
        <w:rPr>
          <w:rFonts w:ascii="Arial" w:hAnsi="Arial"/>
          <w:sz w:val="36"/>
          <w:lang w:val="fr-FR"/>
        </w:rPr>
        <w:t xml:space="preserve">Le 19 septembre de 9h30 à 12h à l'occasion des Journées européennes du patrimoine, le Maire du 2e, Pierre Oliver, et les élus vous font visiter la mairie. Ce joyau d'architecture, construit en 1875 par Clair Tisseur pour la Compagnie des Fonderies de Bessèges et Terrenoire, a été repensé par Abraham Hirsch entre 1890 et 1893. Il abrite la Mairie du 2e arrondissement depuis 1891, symbolisant l'alliance entre héritage industriel et modernité administrative. Réservation sur </w:t>
      </w:r>
      <w:r w:rsidRPr="004C06D0">
        <w:rPr>
          <w:rFonts w:ascii="Arial" w:hAnsi="Arial"/>
          <w:sz w:val="36"/>
          <w:lang w:val="fr-FR"/>
        </w:rPr>
        <w:br/>
      </w:r>
      <w:hyperlink r:id="rId49">
        <w:r w:rsidRPr="004C06D0">
          <w:rPr>
            <w:rFonts w:ascii="Arial" w:hAnsi="Arial"/>
            <w:color w:val="0000EE"/>
            <w:sz w:val="36"/>
            <w:u w:val="single"/>
            <w:lang w:val="fr-FR"/>
          </w:rPr>
          <w:t>mairie2.lyon.fr</w:t>
        </w:r>
      </w:hyperlink>
      <w:r w:rsidRPr="004C06D0">
        <w:rPr>
          <w:rFonts w:ascii="Arial" w:hAnsi="Arial"/>
          <w:sz w:val="36"/>
          <w:lang w:val="fr-FR"/>
        </w:rPr>
        <w:t xml:space="preserve"> ou 04 78 92 73 27.</w:t>
      </w:r>
    </w:p>
    <w:p w14:paraId="7A895659" w14:textId="77777777" w:rsidR="00C84256" w:rsidRPr="004C06D0" w:rsidRDefault="00C84256" w:rsidP="00C84256">
      <w:pPr>
        <w:rPr>
          <w:rFonts w:ascii="Arial" w:hAnsi="Arial"/>
          <w:sz w:val="36"/>
          <w:lang w:val="fr-FR"/>
        </w:rPr>
      </w:pPr>
    </w:p>
    <w:p w14:paraId="01C29BE2" w14:textId="77777777" w:rsidR="00C84256" w:rsidRPr="00173A37" w:rsidRDefault="00C84256" w:rsidP="00C84256">
      <w:pPr>
        <w:rPr>
          <w:rFonts w:ascii="Arial" w:hAnsi="Arial"/>
          <w:b/>
          <w:bCs/>
          <w:sz w:val="36"/>
          <w:lang w:val="fr-FR"/>
        </w:rPr>
      </w:pPr>
      <w:r w:rsidRPr="00173A37">
        <w:rPr>
          <w:rFonts w:ascii="Arial" w:hAnsi="Arial"/>
          <w:b/>
          <w:bCs/>
          <w:sz w:val="36"/>
          <w:lang w:val="fr-FR"/>
        </w:rPr>
        <w:t>Une rentrée patrimoniale</w:t>
      </w:r>
    </w:p>
    <w:p w14:paraId="21E2D0D8" w14:textId="77777777" w:rsidR="00C84256" w:rsidRPr="004C06D0" w:rsidRDefault="00C84256" w:rsidP="00C84256">
      <w:pPr>
        <w:rPr>
          <w:rFonts w:ascii="Arial" w:hAnsi="Arial"/>
          <w:sz w:val="36"/>
          <w:lang w:val="fr-FR"/>
        </w:rPr>
      </w:pPr>
      <w:r w:rsidRPr="004C06D0">
        <w:rPr>
          <w:rFonts w:ascii="Arial" w:hAnsi="Arial"/>
          <w:sz w:val="36"/>
          <w:lang w:val="fr-FR"/>
        </w:rPr>
        <w:t xml:space="preserve">La fin de l'été approche, les petits Lyonnais ont repris le chemin de l'école et j'espère que chacun a pu rentrer sereinement. </w:t>
      </w:r>
    </w:p>
    <w:p w14:paraId="1572BA9A" w14:textId="77777777" w:rsidR="00C84256" w:rsidRPr="004C06D0" w:rsidRDefault="00C84256" w:rsidP="00C84256">
      <w:pPr>
        <w:rPr>
          <w:rFonts w:ascii="Arial" w:hAnsi="Arial"/>
          <w:sz w:val="36"/>
          <w:lang w:val="fr-FR"/>
        </w:rPr>
      </w:pPr>
      <w:r w:rsidRPr="004C06D0">
        <w:rPr>
          <w:rFonts w:ascii="Arial" w:hAnsi="Arial"/>
          <w:sz w:val="36"/>
          <w:lang w:val="fr-FR"/>
        </w:rPr>
        <w:t xml:space="preserve">Cette année encore, les 19 et 20 septembre auront lieu les traditionnelles Journées du patrimoine, permettant aux Lyonnais de redécouvrir la ville et son patrimoine habituellement fermé au public. Deux thèmes sont à l'honneur : "Patrimoine de la photographie" et "Patrimoine en péril : raviver, résister, ré imaginer". </w:t>
      </w:r>
    </w:p>
    <w:p w14:paraId="6D6D5F0A" w14:textId="77777777" w:rsidR="00C84256" w:rsidRPr="004C06D0" w:rsidRDefault="00C84256" w:rsidP="00C84256">
      <w:pPr>
        <w:rPr>
          <w:rFonts w:ascii="Arial" w:hAnsi="Arial"/>
          <w:sz w:val="36"/>
          <w:lang w:val="fr-FR"/>
        </w:rPr>
      </w:pPr>
      <w:r w:rsidRPr="004C06D0">
        <w:rPr>
          <w:rFonts w:ascii="Arial" w:hAnsi="Arial"/>
          <w:sz w:val="36"/>
          <w:lang w:val="fr-FR"/>
        </w:rPr>
        <w:lastRenderedPageBreak/>
        <w:t>Le 2e arrondissement peut compter sur de nombreux édifices parmi les plus beaux témoins du patrimoine historique de notre ville : des vestiges de la Renaissance aux sites emblématiques du XIXe siècle ou encore la modernité du quartier Confluence. Je vous invite à profiter de ces journées ou de la rentrée pour contempler les lieux classés qui font la richesse, le rayonnement et la fierté de Lyon et de notre arrondissement.</w:t>
      </w:r>
      <w:r w:rsidRPr="004C06D0">
        <w:rPr>
          <w:rFonts w:ascii="Arial" w:hAnsi="Arial"/>
          <w:sz w:val="36"/>
          <w:lang w:val="fr-FR"/>
        </w:rPr>
        <w:br/>
        <w:t>Le 19 septembre, je vous donne rendez-vous à la mairie (sur inscription) pour vous conter son histoire. Très bonne rentrée à tous !</w:t>
      </w:r>
    </w:p>
    <w:p w14:paraId="17E3EC36" w14:textId="77777777" w:rsidR="00C84256" w:rsidRPr="004C06D0" w:rsidRDefault="00C84256" w:rsidP="00C84256">
      <w:pPr>
        <w:rPr>
          <w:rFonts w:ascii="Arial" w:hAnsi="Arial"/>
          <w:sz w:val="36"/>
          <w:lang w:val="fr-FR"/>
        </w:rPr>
      </w:pPr>
    </w:p>
    <w:p w14:paraId="1DE9848C" w14:textId="77777777" w:rsidR="00C84256" w:rsidRPr="004C06D0" w:rsidRDefault="00C84256" w:rsidP="00C84256">
      <w:pPr>
        <w:rPr>
          <w:rFonts w:ascii="Arial" w:hAnsi="Arial"/>
          <w:sz w:val="36"/>
          <w:lang w:val="fr-FR"/>
        </w:rPr>
      </w:pPr>
      <w:r w:rsidRPr="004C06D0">
        <w:rPr>
          <w:rFonts w:ascii="Arial" w:hAnsi="Arial"/>
          <w:sz w:val="36"/>
          <w:lang w:val="fr-FR"/>
        </w:rPr>
        <w:t>Pierre Oliver</w:t>
      </w:r>
      <w:r w:rsidRPr="004C06D0">
        <w:rPr>
          <w:rFonts w:ascii="Arial" w:hAnsi="Arial"/>
          <w:sz w:val="36"/>
          <w:lang w:val="fr-FR"/>
        </w:rPr>
        <w:br/>
        <w:t>Maire du 2e arrondissement</w:t>
      </w:r>
    </w:p>
    <w:p w14:paraId="228EB9CA" w14:textId="77777777" w:rsidR="00C84256" w:rsidRPr="004C06D0" w:rsidRDefault="00C84256" w:rsidP="00C84256">
      <w:pPr>
        <w:rPr>
          <w:rFonts w:ascii="Arial" w:hAnsi="Arial"/>
          <w:sz w:val="36"/>
          <w:lang w:val="fr-FR"/>
        </w:rPr>
      </w:pPr>
    </w:p>
    <w:p w14:paraId="587A466F" w14:textId="77777777" w:rsidR="00C84256" w:rsidRPr="004C06D0" w:rsidRDefault="00C84256" w:rsidP="00C84256">
      <w:pPr>
        <w:rPr>
          <w:rFonts w:ascii="Arial" w:hAnsi="Arial"/>
          <w:sz w:val="36"/>
          <w:lang w:val="fr-FR"/>
        </w:rPr>
      </w:pPr>
    </w:p>
    <w:p w14:paraId="65ECF82C" w14:textId="25BDFC2B" w:rsidR="00C84256" w:rsidRPr="00A210C2" w:rsidRDefault="00A210C2" w:rsidP="00C84256">
      <w:pPr>
        <w:rPr>
          <w:rFonts w:ascii="Arial" w:hAnsi="Arial"/>
          <w:b/>
          <w:bCs/>
          <w:sz w:val="36"/>
          <w:lang w:val="fr-FR"/>
        </w:rPr>
      </w:pPr>
      <w:r w:rsidRPr="00A210C2">
        <w:rPr>
          <w:rFonts w:ascii="Arial" w:hAnsi="Arial"/>
          <w:b/>
          <w:bCs/>
          <w:sz w:val="36"/>
          <w:lang w:val="fr-FR"/>
        </w:rPr>
        <w:t>AGENDA :</w:t>
      </w:r>
    </w:p>
    <w:p w14:paraId="4EF9A6BF" w14:textId="77777777" w:rsidR="00C84256" w:rsidRPr="004C06D0" w:rsidRDefault="00C84256" w:rsidP="00C84256">
      <w:pPr>
        <w:pStyle w:val="Listepuces"/>
        <w:rPr>
          <w:rFonts w:ascii="Arial" w:hAnsi="Arial"/>
          <w:sz w:val="36"/>
          <w:lang w:val="fr-FR"/>
        </w:rPr>
      </w:pPr>
      <w:r w:rsidRPr="004C06D0">
        <w:rPr>
          <w:rFonts w:ascii="Arial" w:hAnsi="Arial"/>
          <w:sz w:val="36"/>
          <w:lang w:val="fr-FR"/>
        </w:rPr>
        <w:t>Les 21 septembre à 19h et 5 novembre à 10h30 :</w:t>
      </w:r>
    </w:p>
    <w:p w14:paraId="5A7EC367" w14:textId="77777777" w:rsidR="00C84256" w:rsidRPr="004C06D0" w:rsidRDefault="00C84256" w:rsidP="00C84256">
      <w:pPr>
        <w:rPr>
          <w:rFonts w:ascii="Arial" w:hAnsi="Arial"/>
          <w:sz w:val="36"/>
          <w:lang w:val="fr-FR"/>
        </w:rPr>
      </w:pPr>
      <w:r w:rsidRPr="004C06D0">
        <w:rPr>
          <w:rFonts w:ascii="Arial" w:hAnsi="Arial"/>
          <w:sz w:val="36"/>
          <w:lang w:val="fr-FR"/>
        </w:rPr>
        <w:t>Bienvenue les bébés du 2</w:t>
      </w:r>
      <w:r w:rsidRPr="004C06D0">
        <w:rPr>
          <w:rFonts w:ascii="Arial" w:hAnsi="Arial"/>
          <w:sz w:val="36"/>
          <w:vertAlign w:val="superscript"/>
          <w:lang w:val="fr-FR"/>
        </w:rPr>
        <w:t>e</w:t>
      </w:r>
      <w:r w:rsidRPr="004C06D0">
        <w:rPr>
          <w:rFonts w:ascii="Arial" w:hAnsi="Arial"/>
          <w:sz w:val="36"/>
          <w:lang w:val="fr-FR"/>
        </w:rPr>
        <w:t xml:space="preserve"> ! </w:t>
      </w:r>
    </w:p>
    <w:p w14:paraId="4C1B3456" w14:textId="77777777" w:rsidR="00C84256" w:rsidRPr="004C06D0" w:rsidRDefault="00C84256" w:rsidP="00C84256">
      <w:pPr>
        <w:rPr>
          <w:rFonts w:ascii="Arial" w:hAnsi="Arial"/>
          <w:sz w:val="36"/>
          <w:lang w:val="fr-FR"/>
        </w:rPr>
      </w:pPr>
      <w:r w:rsidRPr="004C06D0">
        <w:rPr>
          <w:rFonts w:ascii="Arial" w:hAnsi="Arial"/>
          <w:sz w:val="36"/>
          <w:lang w:val="fr-FR"/>
        </w:rPr>
        <w:t>Réunion d'information pour tout savoir sur les modes d'accueil liés à la petite enfance. À la mairie et en visioconférence, informations et inscription au 04 26 84 19 47.</w:t>
      </w:r>
    </w:p>
    <w:p w14:paraId="4AB3B2FD" w14:textId="77777777" w:rsidR="00C84256" w:rsidRPr="004C06D0" w:rsidRDefault="00C84256" w:rsidP="00C84256">
      <w:pPr>
        <w:rPr>
          <w:rFonts w:ascii="Arial" w:hAnsi="Arial"/>
          <w:sz w:val="36"/>
          <w:lang w:val="fr-FR"/>
        </w:rPr>
      </w:pPr>
    </w:p>
    <w:p w14:paraId="6AE67564" w14:textId="77777777" w:rsidR="00C84256" w:rsidRPr="004C06D0" w:rsidRDefault="00C84256" w:rsidP="00C84256">
      <w:pPr>
        <w:pStyle w:val="Listepuces"/>
        <w:rPr>
          <w:rFonts w:ascii="Arial" w:hAnsi="Arial"/>
          <w:sz w:val="36"/>
          <w:lang w:val="fr-FR"/>
        </w:rPr>
      </w:pPr>
      <w:r w:rsidRPr="004C06D0">
        <w:rPr>
          <w:rFonts w:ascii="Arial" w:hAnsi="Arial"/>
          <w:sz w:val="36"/>
          <w:lang w:val="fr-FR"/>
        </w:rPr>
        <w:t>Le 30 septembre à 18h :</w:t>
      </w:r>
    </w:p>
    <w:p w14:paraId="2632633C" w14:textId="77777777" w:rsidR="00C84256" w:rsidRPr="004C06D0" w:rsidRDefault="00C84256" w:rsidP="00C84256">
      <w:pPr>
        <w:rPr>
          <w:rFonts w:ascii="Arial" w:hAnsi="Arial"/>
          <w:sz w:val="36"/>
          <w:lang w:val="fr-FR"/>
        </w:rPr>
      </w:pPr>
      <w:r w:rsidRPr="004C06D0">
        <w:rPr>
          <w:rFonts w:ascii="Arial" w:hAnsi="Arial"/>
          <w:sz w:val="36"/>
          <w:lang w:val="fr-FR"/>
        </w:rPr>
        <w:lastRenderedPageBreak/>
        <w:t>Conférence "La réserve opérationnelle de la police nationale", à la mairie, salle Camille Georges.</w:t>
      </w:r>
    </w:p>
    <w:p w14:paraId="7615A978" w14:textId="77777777" w:rsidR="00C84256" w:rsidRPr="004C06D0" w:rsidRDefault="00C84256" w:rsidP="00C84256">
      <w:pPr>
        <w:rPr>
          <w:rFonts w:ascii="Arial" w:hAnsi="Arial"/>
          <w:sz w:val="36"/>
          <w:lang w:val="fr-FR"/>
        </w:rPr>
      </w:pPr>
      <w:hyperlink r:id="rId50">
        <w:r w:rsidRPr="004C06D0">
          <w:rPr>
            <w:rFonts w:ascii="Arial" w:hAnsi="Arial"/>
            <w:color w:val="0000EE"/>
            <w:sz w:val="36"/>
            <w:u w:val="single"/>
            <w:lang w:val="fr-FR"/>
          </w:rPr>
          <w:t>Inscription sur mairie2.lyon.fr</w:t>
        </w:r>
      </w:hyperlink>
      <w:r w:rsidRPr="004C06D0">
        <w:rPr>
          <w:rFonts w:ascii="Arial" w:hAnsi="Arial"/>
          <w:sz w:val="36"/>
          <w:lang w:val="fr-FR"/>
        </w:rPr>
        <w:t>ou au 04 78 92 73 27.</w:t>
      </w:r>
    </w:p>
    <w:p w14:paraId="38135508" w14:textId="77777777" w:rsidR="00C84256" w:rsidRPr="004C06D0" w:rsidRDefault="00C84256" w:rsidP="00C84256">
      <w:pPr>
        <w:rPr>
          <w:rFonts w:ascii="Arial" w:hAnsi="Arial"/>
          <w:sz w:val="36"/>
          <w:lang w:val="fr-FR"/>
        </w:rPr>
      </w:pPr>
    </w:p>
    <w:p w14:paraId="58B1F83C" w14:textId="77777777" w:rsidR="00C84256" w:rsidRPr="004C06D0" w:rsidRDefault="00C84256" w:rsidP="00C84256">
      <w:pPr>
        <w:pStyle w:val="Listepuces"/>
        <w:rPr>
          <w:rFonts w:ascii="Arial" w:hAnsi="Arial"/>
          <w:sz w:val="36"/>
          <w:lang w:val="fr-FR"/>
        </w:rPr>
      </w:pPr>
      <w:r w:rsidRPr="004C06D0">
        <w:rPr>
          <w:rFonts w:ascii="Arial" w:hAnsi="Arial"/>
          <w:sz w:val="36"/>
          <w:lang w:val="fr-FR"/>
        </w:rPr>
        <w:t>Du 6 au 11 octobre :</w:t>
      </w:r>
    </w:p>
    <w:p w14:paraId="3E8CF7F4" w14:textId="77777777" w:rsidR="00C84256" w:rsidRPr="004C06D0" w:rsidRDefault="00C84256" w:rsidP="00C84256">
      <w:pPr>
        <w:rPr>
          <w:rFonts w:ascii="Arial" w:hAnsi="Arial"/>
          <w:sz w:val="36"/>
          <w:lang w:val="fr-FR"/>
        </w:rPr>
      </w:pPr>
      <w:r w:rsidRPr="004C06D0">
        <w:rPr>
          <w:rFonts w:ascii="Arial" w:hAnsi="Arial"/>
          <w:sz w:val="36"/>
          <w:lang w:val="fr-FR"/>
        </w:rPr>
        <w:t>La Semaine bleue, une semaine d'activités gratuites dédiée à nos aînés de plus de 65 ans.</w:t>
      </w:r>
    </w:p>
    <w:p w14:paraId="41112388" w14:textId="77777777" w:rsidR="00C84256" w:rsidRPr="004C06D0" w:rsidRDefault="00C84256" w:rsidP="00C84256">
      <w:pPr>
        <w:rPr>
          <w:rFonts w:ascii="Arial" w:hAnsi="Arial"/>
          <w:sz w:val="36"/>
          <w:lang w:val="fr-FR"/>
        </w:rPr>
      </w:pPr>
      <w:r w:rsidRPr="004C06D0">
        <w:rPr>
          <w:rFonts w:ascii="Arial" w:hAnsi="Arial"/>
          <w:sz w:val="36"/>
          <w:lang w:val="fr-FR"/>
        </w:rPr>
        <w:t xml:space="preserve">Programmation et inscription sur  </w:t>
      </w:r>
      <w:hyperlink r:id="rId51">
        <w:r w:rsidRPr="004C06D0">
          <w:rPr>
            <w:rFonts w:ascii="Arial" w:hAnsi="Arial"/>
            <w:color w:val="0000EE"/>
            <w:sz w:val="36"/>
            <w:u w:val="single"/>
            <w:lang w:val="fr-FR"/>
          </w:rPr>
          <w:t>mairie2.lyon.fr</w:t>
        </w:r>
      </w:hyperlink>
      <w:r w:rsidRPr="004C06D0">
        <w:rPr>
          <w:rFonts w:ascii="Arial" w:hAnsi="Arial"/>
          <w:sz w:val="36"/>
          <w:lang w:val="fr-FR"/>
        </w:rPr>
        <w:t xml:space="preserve"> ou au 04 78 92 73 27.</w:t>
      </w:r>
    </w:p>
    <w:p w14:paraId="498CF4B8" w14:textId="77777777" w:rsidR="00C84256" w:rsidRPr="004C06D0" w:rsidRDefault="00C84256" w:rsidP="00C84256">
      <w:pPr>
        <w:rPr>
          <w:rFonts w:ascii="Arial" w:hAnsi="Arial"/>
          <w:sz w:val="36"/>
          <w:lang w:val="fr-FR"/>
        </w:rPr>
      </w:pPr>
    </w:p>
    <w:p w14:paraId="3F95084B" w14:textId="77777777" w:rsidR="00C84256" w:rsidRPr="004C06D0" w:rsidRDefault="00C84256" w:rsidP="00C84256">
      <w:pPr>
        <w:pStyle w:val="Listepuces"/>
        <w:rPr>
          <w:rFonts w:ascii="Arial" w:hAnsi="Arial"/>
          <w:sz w:val="36"/>
          <w:lang w:val="fr-FR"/>
        </w:rPr>
      </w:pPr>
      <w:r w:rsidRPr="004C06D0">
        <w:rPr>
          <w:rFonts w:ascii="Arial" w:hAnsi="Arial"/>
          <w:sz w:val="36"/>
          <w:lang w:val="fr-FR"/>
        </w:rPr>
        <w:t>Les 5, 6 et 16 octobre à 18h :</w:t>
      </w:r>
    </w:p>
    <w:p w14:paraId="536BE9BB" w14:textId="77777777" w:rsidR="00C84256" w:rsidRPr="004C06D0" w:rsidRDefault="00C84256" w:rsidP="00C84256">
      <w:pPr>
        <w:rPr>
          <w:rFonts w:ascii="Arial" w:hAnsi="Arial"/>
          <w:sz w:val="36"/>
          <w:lang w:val="fr-FR"/>
        </w:rPr>
      </w:pPr>
      <w:r w:rsidRPr="004C06D0">
        <w:rPr>
          <w:rFonts w:ascii="Arial" w:hAnsi="Arial"/>
          <w:sz w:val="36"/>
          <w:lang w:val="fr-FR"/>
        </w:rPr>
        <w:t xml:space="preserve">Dans le cadre du festival Explore ta santé, conférences "Les enfants et les écrans", "Le baby blues" et "Le don de plasma". Inscriptions sur </w:t>
      </w:r>
    </w:p>
    <w:p w14:paraId="6DF28585" w14:textId="77777777" w:rsidR="00C84256" w:rsidRPr="004C06D0" w:rsidRDefault="00C84256" w:rsidP="00C84256">
      <w:pPr>
        <w:rPr>
          <w:rFonts w:ascii="Arial" w:hAnsi="Arial"/>
          <w:sz w:val="36"/>
          <w:lang w:val="fr-FR"/>
        </w:rPr>
      </w:pPr>
      <w:hyperlink r:id="rId52">
        <w:r w:rsidRPr="004C06D0">
          <w:rPr>
            <w:rFonts w:ascii="Arial" w:hAnsi="Arial"/>
            <w:color w:val="0000EE"/>
            <w:sz w:val="36"/>
            <w:u w:val="single"/>
            <w:lang w:val="fr-FR"/>
          </w:rPr>
          <w:t>mairie2.lyon.fr</w:t>
        </w:r>
      </w:hyperlink>
      <w:r w:rsidRPr="004C06D0">
        <w:rPr>
          <w:rFonts w:ascii="Arial" w:hAnsi="Arial"/>
          <w:sz w:val="36"/>
          <w:lang w:val="fr-FR"/>
        </w:rPr>
        <w:t xml:space="preserve"> ou au 04 78 92 73 27.</w:t>
      </w:r>
      <w:r w:rsidRPr="004C06D0">
        <w:rPr>
          <w:rFonts w:ascii="Arial" w:hAnsi="Arial"/>
          <w:sz w:val="36"/>
          <w:lang w:val="fr-FR"/>
        </w:rPr>
        <w:br/>
        <w:t>À la mairie, salle Camille Georges.</w:t>
      </w:r>
      <w:r w:rsidRPr="004C06D0">
        <w:rPr>
          <w:rFonts w:ascii="Arial" w:hAnsi="Arial"/>
          <w:sz w:val="36"/>
          <w:lang w:val="fr-FR"/>
        </w:rPr>
        <w:br/>
        <w:t>Exposition Cancers : la face cachée des virus, sur les grilles de la mairie jusqu'au 9 octobre.</w:t>
      </w:r>
    </w:p>
    <w:p w14:paraId="0BF93050" w14:textId="402DA916" w:rsidR="001F0A3E" w:rsidRDefault="001F0A3E">
      <w:pPr>
        <w:rPr>
          <w:rFonts w:ascii="Arial" w:hAnsi="Arial"/>
          <w:sz w:val="36"/>
          <w:lang w:val="fr-FR"/>
        </w:rPr>
      </w:pPr>
      <w:r>
        <w:rPr>
          <w:rFonts w:ascii="Arial" w:hAnsi="Arial"/>
          <w:sz w:val="36"/>
          <w:lang w:val="fr-FR"/>
        </w:rPr>
        <w:br w:type="page"/>
      </w:r>
    </w:p>
    <w:p w14:paraId="44C6C830" w14:textId="72C358FD" w:rsidR="00C84256" w:rsidRPr="00A210C2" w:rsidRDefault="00A210C2" w:rsidP="00C84256">
      <w:pPr>
        <w:pStyle w:val="Titre1"/>
        <w:jc w:val="center"/>
        <w:rPr>
          <w:rFonts w:ascii="Arial" w:hAnsi="Arial"/>
          <w:sz w:val="44"/>
          <w:szCs w:val="36"/>
          <w:lang w:val="fr-FR"/>
        </w:rPr>
      </w:pPr>
      <w:bookmarkStart w:id="33" w:name="_Toc239853019"/>
      <w:r w:rsidRPr="00A210C2">
        <w:rPr>
          <w:rFonts w:ascii="Arial" w:hAnsi="Arial"/>
          <w:sz w:val="44"/>
          <w:szCs w:val="36"/>
          <w:lang w:val="fr-FR"/>
        </w:rPr>
        <w:lastRenderedPageBreak/>
        <w:t>MON 3</w:t>
      </w:r>
      <w:r>
        <w:rPr>
          <w:rFonts w:ascii="Arial" w:hAnsi="Arial"/>
          <w:sz w:val="44"/>
          <w:szCs w:val="36"/>
          <w:lang w:val="fr-FR"/>
        </w:rPr>
        <w:t>e</w:t>
      </w:r>
      <w:r w:rsidRPr="00A210C2">
        <w:rPr>
          <w:rFonts w:ascii="Arial" w:hAnsi="Arial"/>
          <w:sz w:val="44"/>
          <w:szCs w:val="36"/>
          <w:lang w:val="fr-FR"/>
        </w:rPr>
        <w:t xml:space="preserve"> ARRONDISSEMENT</w:t>
      </w:r>
      <w:bookmarkEnd w:id="33"/>
    </w:p>
    <w:p w14:paraId="18FAA51E" w14:textId="77777777" w:rsidR="00C84256" w:rsidRPr="004C06D0" w:rsidRDefault="00C84256" w:rsidP="00C84256">
      <w:pPr>
        <w:rPr>
          <w:rFonts w:ascii="Arial" w:hAnsi="Arial"/>
          <w:sz w:val="36"/>
          <w:lang w:val="fr-FR"/>
        </w:rPr>
      </w:pPr>
    </w:p>
    <w:p w14:paraId="629D34E8" w14:textId="77777777" w:rsidR="00C84256" w:rsidRPr="004C06D0" w:rsidRDefault="00C84256" w:rsidP="00C84256">
      <w:pPr>
        <w:rPr>
          <w:rFonts w:ascii="Arial" w:hAnsi="Arial"/>
          <w:sz w:val="36"/>
          <w:lang w:val="fr-FR"/>
        </w:rPr>
      </w:pPr>
      <w:r w:rsidRPr="004C06D0">
        <w:rPr>
          <w:rFonts w:ascii="Arial" w:hAnsi="Arial"/>
          <w:sz w:val="36"/>
          <w:lang w:val="fr-FR"/>
        </w:rPr>
        <w:t>Mairie du 3</w:t>
      </w:r>
      <w:r w:rsidRPr="004C06D0">
        <w:rPr>
          <w:rFonts w:ascii="Arial" w:hAnsi="Arial"/>
          <w:sz w:val="36"/>
          <w:vertAlign w:val="superscript"/>
          <w:lang w:val="fr-FR"/>
        </w:rPr>
        <w:t>e </w:t>
      </w:r>
      <w:r w:rsidRPr="004C06D0">
        <w:rPr>
          <w:rFonts w:ascii="Arial" w:hAnsi="Arial"/>
          <w:sz w:val="36"/>
          <w:lang w:val="fr-FR"/>
        </w:rPr>
        <w:t>:</w:t>
      </w:r>
    </w:p>
    <w:p w14:paraId="44038D49" w14:textId="77777777" w:rsidR="00C84256" w:rsidRPr="004C06D0" w:rsidRDefault="00C84256" w:rsidP="00C84256">
      <w:pPr>
        <w:rPr>
          <w:rFonts w:ascii="Arial" w:hAnsi="Arial"/>
          <w:sz w:val="36"/>
          <w:lang w:val="fr-FR"/>
        </w:rPr>
      </w:pPr>
      <w:r w:rsidRPr="004C06D0">
        <w:rPr>
          <w:rFonts w:ascii="Arial" w:hAnsi="Arial"/>
          <w:sz w:val="36"/>
          <w:lang w:val="fr-FR"/>
        </w:rPr>
        <w:t>18, rue François-Garcin</w:t>
      </w:r>
      <w:r w:rsidRPr="004C06D0">
        <w:rPr>
          <w:rFonts w:ascii="Arial" w:hAnsi="Arial"/>
          <w:sz w:val="36"/>
          <w:lang w:val="fr-FR"/>
        </w:rPr>
        <w:br/>
        <w:t>69003 Lyon</w:t>
      </w:r>
      <w:r w:rsidRPr="004C06D0">
        <w:rPr>
          <w:rFonts w:ascii="Arial" w:hAnsi="Arial"/>
          <w:sz w:val="36"/>
          <w:lang w:val="fr-FR"/>
        </w:rPr>
        <w:br/>
        <w:t>04 78 95 83 50</w:t>
      </w:r>
      <w:r w:rsidRPr="004C06D0">
        <w:rPr>
          <w:rFonts w:ascii="Arial" w:hAnsi="Arial"/>
          <w:sz w:val="36"/>
          <w:lang w:val="fr-FR"/>
        </w:rPr>
        <w:br/>
      </w:r>
      <w:hyperlink r:id="rId53">
        <w:r w:rsidRPr="004C06D0">
          <w:rPr>
            <w:rFonts w:ascii="Arial" w:hAnsi="Arial"/>
            <w:color w:val="0000EE"/>
            <w:sz w:val="36"/>
            <w:u w:val="single"/>
            <w:lang w:val="fr-FR"/>
          </w:rPr>
          <w:t>mairie3@mairie-</w:t>
        </w:r>
      </w:hyperlink>
      <w:hyperlink r:id="rId54">
        <w:r w:rsidRPr="004C06D0">
          <w:rPr>
            <w:rFonts w:ascii="Arial" w:hAnsi="Arial"/>
            <w:color w:val="0000EE"/>
            <w:sz w:val="36"/>
            <w:u w:val="single"/>
            <w:lang w:val="fr-FR"/>
          </w:rPr>
          <w:t>lyon.fr</w:t>
        </w:r>
      </w:hyperlink>
      <w:r w:rsidRPr="004C06D0">
        <w:rPr>
          <w:rFonts w:ascii="Arial" w:hAnsi="Arial"/>
          <w:sz w:val="36"/>
          <w:lang w:val="fr-FR"/>
        </w:rPr>
        <w:br/>
      </w:r>
      <w:hyperlink r:id="rId55">
        <w:r w:rsidRPr="004C06D0">
          <w:rPr>
            <w:rFonts w:ascii="Arial" w:hAnsi="Arial"/>
            <w:color w:val="0000EE"/>
            <w:sz w:val="36"/>
            <w:u w:val="single"/>
            <w:lang w:val="fr-FR"/>
          </w:rPr>
          <w:t>mairie3.lyon.fr</w:t>
        </w:r>
      </w:hyperlink>
      <w:r w:rsidRPr="004C06D0">
        <w:rPr>
          <w:rFonts w:ascii="Arial" w:hAnsi="Arial"/>
          <w:sz w:val="36"/>
          <w:lang w:val="fr-FR"/>
        </w:rPr>
        <w:t>Réseaux sociaux :</w:t>
      </w:r>
      <w:r w:rsidRPr="004C06D0">
        <w:rPr>
          <w:rFonts w:ascii="Arial" w:hAnsi="Arial"/>
          <w:sz w:val="36"/>
          <w:lang w:val="fr-FR"/>
        </w:rPr>
        <w:br/>
        <w:t>@Mairie3Lyon</w:t>
      </w:r>
    </w:p>
    <w:p w14:paraId="574FFDAA" w14:textId="77777777" w:rsidR="00C84256" w:rsidRPr="004C06D0" w:rsidRDefault="00C84256" w:rsidP="00C84256">
      <w:pPr>
        <w:rPr>
          <w:rFonts w:ascii="Arial" w:hAnsi="Arial"/>
          <w:sz w:val="36"/>
          <w:lang w:val="fr-FR"/>
        </w:rPr>
      </w:pPr>
    </w:p>
    <w:p w14:paraId="1B12C44A" w14:textId="77777777" w:rsidR="00C84256" w:rsidRPr="003A481A" w:rsidRDefault="00C84256" w:rsidP="00C84256">
      <w:pPr>
        <w:rPr>
          <w:rFonts w:ascii="Arial" w:hAnsi="Arial"/>
          <w:b/>
          <w:bCs/>
          <w:sz w:val="36"/>
          <w:lang w:val="fr-FR"/>
        </w:rPr>
      </w:pPr>
      <w:r w:rsidRPr="003A481A">
        <w:rPr>
          <w:rFonts w:ascii="Arial" w:hAnsi="Arial"/>
          <w:b/>
          <w:bCs/>
          <w:sz w:val="36"/>
          <w:lang w:val="fr-FR"/>
        </w:rPr>
        <w:t>Adapter pour protéger</w:t>
      </w:r>
    </w:p>
    <w:p w14:paraId="3A01107E" w14:textId="77777777" w:rsidR="00C84256" w:rsidRPr="004C06D0" w:rsidRDefault="00C84256" w:rsidP="00C84256">
      <w:pPr>
        <w:rPr>
          <w:rFonts w:ascii="Arial" w:hAnsi="Arial"/>
          <w:sz w:val="36"/>
          <w:lang w:val="fr-FR"/>
        </w:rPr>
      </w:pPr>
      <w:r w:rsidRPr="004C06D0">
        <w:rPr>
          <w:rFonts w:ascii="Arial" w:hAnsi="Arial"/>
          <w:sz w:val="36"/>
          <w:lang w:val="fr-FR"/>
        </w:rPr>
        <w:t>Les vagues de chaleur qui se sont succédé cet été nous le rappellent : adapter notre ville au changement climatique est une nécessité. C'est aussi une responsabilité : protéger toutes celles et ceux qui vivent dans notre arrondissement, en particulier les plus fragiles.</w:t>
      </w:r>
      <w:r w:rsidRPr="004C06D0">
        <w:rPr>
          <w:rFonts w:ascii="Arial" w:hAnsi="Arial"/>
          <w:sz w:val="36"/>
          <w:lang w:val="fr-FR"/>
        </w:rPr>
        <w:br/>
        <w:t>Nous avons engagé ce travail lors du précédent mandat et nous allons le poursuivre.</w:t>
      </w:r>
      <w:r w:rsidRPr="004C06D0">
        <w:rPr>
          <w:rFonts w:ascii="Arial" w:hAnsi="Arial"/>
          <w:sz w:val="36"/>
          <w:lang w:val="fr-FR"/>
        </w:rPr>
        <w:br/>
        <w:t xml:space="preserve">Désormais, chaque projet doit préparer le 3e arrondissement aux étés de demain : logements neufs ou rénovés, équipements publics, cours d'école, rues et places doivent être pensés pour mieux résister aux fortes chaleurs et offrir davantage d'ombre et de nature. </w:t>
      </w:r>
    </w:p>
    <w:p w14:paraId="55E281CC" w14:textId="77777777" w:rsidR="00C84256" w:rsidRPr="004C06D0" w:rsidRDefault="00C84256" w:rsidP="00C84256">
      <w:pPr>
        <w:rPr>
          <w:rFonts w:ascii="Arial" w:hAnsi="Arial"/>
          <w:sz w:val="36"/>
          <w:lang w:val="fr-FR"/>
        </w:rPr>
      </w:pPr>
      <w:r w:rsidRPr="004C06D0">
        <w:rPr>
          <w:rFonts w:ascii="Arial" w:hAnsi="Arial"/>
          <w:sz w:val="36"/>
          <w:lang w:val="fr-FR"/>
        </w:rPr>
        <w:t>Adapter la ville, c'est penser la manière dont nous habitons, construisons et aménageons notre arrondissement.</w:t>
      </w:r>
      <w:r w:rsidRPr="004C06D0">
        <w:rPr>
          <w:rFonts w:ascii="Arial" w:hAnsi="Arial"/>
          <w:sz w:val="36"/>
          <w:lang w:val="fr-FR"/>
        </w:rPr>
        <w:br/>
      </w:r>
      <w:r w:rsidRPr="004C06D0">
        <w:rPr>
          <w:rFonts w:ascii="Arial" w:hAnsi="Arial"/>
          <w:sz w:val="36"/>
          <w:lang w:val="fr-FR"/>
        </w:rPr>
        <w:lastRenderedPageBreak/>
        <w:t>Pour continuer à bien vivre dans le 3e demain, nous devons agir dès aujourd'hui.</w:t>
      </w:r>
    </w:p>
    <w:p w14:paraId="6D9A48A5" w14:textId="77777777" w:rsidR="00C84256" w:rsidRPr="004C06D0" w:rsidRDefault="00C84256" w:rsidP="00C84256">
      <w:pPr>
        <w:rPr>
          <w:rFonts w:ascii="Arial" w:hAnsi="Arial"/>
          <w:sz w:val="36"/>
          <w:lang w:val="fr-FR"/>
        </w:rPr>
      </w:pPr>
    </w:p>
    <w:p w14:paraId="52E1E477" w14:textId="77777777" w:rsidR="00C84256" w:rsidRPr="004C06D0" w:rsidRDefault="00C84256" w:rsidP="00C84256">
      <w:pPr>
        <w:rPr>
          <w:rFonts w:ascii="Arial" w:hAnsi="Arial"/>
          <w:sz w:val="36"/>
          <w:lang w:val="fr-FR"/>
        </w:rPr>
      </w:pPr>
      <w:r w:rsidRPr="004C06D0">
        <w:rPr>
          <w:rFonts w:ascii="Arial" w:hAnsi="Arial"/>
          <w:sz w:val="36"/>
          <w:lang w:val="fr-FR"/>
        </w:rPr>
        <w:t>Marion Sessiecq</w:t>
      </w:r>
      <w:r w:rsidRPr="004C06D0">
        <w:rPr>
          <w:rFonts w:ascii="Arial" w:hAnsi="Arial"/>
          <w:sz w:val="36"/>
          <w:lang w:val="fr-FR"/>
        </w:rPr>
        <w:br/>
        <w:t>Maire du 3e arrondissement</w:t>
      </w:r>
    </w:p>
    <w:p w14:paraId="3F069341" w14:textId="77777777" w:rsidR="00C84256" w:rsidRPr="004C06D0" w:rsidRDefault="00C84256" w:rsidP="00C84256">
      <w:pPr>
        <w:rPr>
          <w:rFonts w:ascii="Arial" w:hAnsi="Arial"/>
          <w:sz w:val="36"/>
          <w:lang w:val="fr-FR"/>
        </w:rPr>
      </w:pPr>
    </w:p>
    <w:p w14:paraId="7A4BFF46" w14:textId="77777777" w:rsidR="00C84256" w:rsidRDefault="00C84256" w:rsidP="00C84256">
      <w:pPr>
        <w:rPr>
          <w:rFonts w:ascii="Arial" w:hAnsi="Arial"/>
          <w:sz w:val="36"/>
          <w:lang w:val="fr-FR"/>
        </w:rPr>
      </w:pPr>
    </w:p>
    <w:p w14:paraId="089292F0" w14:textId="77777777" w:rsidR="003A481A" w:rsidRPr="003A481A" w:rsidRDefault="003A481A" w:rsidP="003A481A">
      <w:pPr>
        <w:rPr>
          <w:rFonts w:ascii="Arial" w:hAnsi="Arial"/>
          <w:b/>
          <w:bCs/>
          <w:sz w:val="36"/>
          <w:lang w:val="fr-FR"/>
        </w:rPr>
      </w:pPr>
      <w:r w:rsidRPr="003A481A">
        <w:rPr>
          <w:rFonts w:ascii="Arial" w:hAnsi="Arial"/>
          <w:b/>
          <w:bCs/>
          <w:sz w:val="36"/>
          <w:lang w:val="fr-FR"/>
        </w:rPr>
        <w:t>Jules Verne se prépare aux étés de demain :</w:t>
      </w:r>
    </w:p>
    <w:p w14:paraId="7A1BBD5A" w14:textId="77777777" w:rsidR="003A481A" w:rsidRPr="004C06D0" w:rsidRDefault="003A481A" w:rsidP="003A481A">
      <w:pPr>
        <w:rPr>
          <w:rFonts w:ascii="Arial" w:hAnsi="Arial"/>
          <w:sz w:val="36"/>
          <w:lang w:val="fr-FR"/>
        </w:rPr>
      </w:pPr>
      <w:r w:rsidRPr="004C06D0">
        <w:rPr>
          <w:rFonts w:ascii="Arial" w:hAnsi="Arial"/>
          <w:sz w:val="36"/>
          <w:lang w:val="fr-FR"/>
        </w:rPr>
        <w:t>Les travaux ont battu leur plein cet été à l'école Jules Verne.</w:t>
      </w:r>
      <w:r w:rsidRPr="004C06D0">
        <w:rPr>
          <w:rFonts w:ascii="Arial" w:hAnsi="Arial"/>
          <w:sz w:val="36"/>
          <w:lang w:val="fr-FR"/>
        </w:rPr>
        <w:br/>
        <w:t>Dans le bâtiment élémentaire, la rénovation thermique vise à améliorer le confort des élèves et des équipes : isolation des façades, nouvelles fenêtres et protections solaires, ventilation et brasseurs d'air dans les classes.</w:t>
      </w:r>
      <w:r w:rsidRPr="004C06D0">
        <w:rPr>
          <w:rFonts w:ascii="Arial" w:hAnsi="Arial"/>
          <w:sz w:val="36"/>
          <w:lang w:val="fr-FR"/>
        </w:rPr>
        <w:br/>
        <w:t>La transformation se poursuit aussi dehors avec la création d'une cour nature, pour un budget de 494 000 euros. Imaginé en concertation avec les enfants et l'ensemble des acteurs éducatifs dès l'automne 2024, le projet a également fait l'objet d'un travail spécifique sur l'inclusion, mené avec l'association La Souris Verte.</w:t>
      </w:r>
      <w:r w:rsidRPr="004C06D0">
        <w:rPr>
          <w:rFonts w:ascii="Arial" w:hAnsi="Arial"/>
          <w:sz w:val="36"/>
          <w:lang w:val="fr-FR"/>
        </w:rPr>
        <w:br/>
        <w:t>Sur 2060 m², la future cour fera davantage de place à la végétation et aux sols perméables.</w:t>
      </w:r>
    </w:p>
    <w:p w14:paraId="153C206E" w14:textId="77777777" w:rsidR="003A481A" w:rsidRPr="004C06D0" w:rsidRDefault="003A481A" w:rsidP="003A481A">
      <w:pPr>
        <w:rPr>
          <w:rFonts w:ascii="Arial" w:hAnsi="Arial"/>
          <w:sz w:val="36"/>
          <w:lang w:val="fr-FR"/>
        </w:rPr>
      </w:pPr>
      <w:r w:rsidRPr="004C06D0">
        <w:rPr>
          <w:rFonts w:ascii="Arial" w:hAnsi="Arial"/>
          <w:sz w:val="36"/>
          <w:lang w:val="fr-FR"/>
        </w:rPr>
        <w:t>Une école plus fraîche, plus verte et pensée par et pour toutes et tous.</w:t>
      </w:r>
    </w:p>
    <w:p w14:paraId="3EB4E3D1" w14:textId="77777777" w:rsidR="003A481A" w:rsidRPr="004C06D0" w:rsidRDefault="003A481A" w:rsidP="003A481A">
      <w:pPr>
        <w:rPr>
          <w:rFonts w:ascii="Arial" w:hAnsi="Arial"/>
          <w:sz w:val="36"/>
          <w:lang w:val="fr-FR"/>
        </w:rPr>
      </w:pPr>
    </w:p>
    <w:p w14:paraId="508D1864" w14:textId="77777777" w:rsidR="00C84256" w:rsidRPr="003A481A" w:rsidRDefault="00C84256" w:rsidP="00C84256">
      <w:pPr>
        <w:rPr>
          <w:rFonts w:ascii="Arial" w:hAnsi="Arial"/>
          <w:b/>
          <w:bCs/>
          <w:sz w:val="36"/>
          <w:lang w:val="fr-FR"/>
        </w:rPr>
      </w:pPr>
      <w:r w:rsidRPr="003A481A">
        <w:rPr>
          <w:rFonts w:ascii="Arial" w:hAnsi="Arial"/>
          <w:b/>
          <w:bCs/>
          <w:sz w:val="36"/>
          <w:lang w:val="fr-FR"/>
        </w:rPr>
        <w:lastRenderedPageBreak/>
        <w:t>Rejoignez votre conseil de quartier :</w:t>
      </w:r>
    </w:p>
    <w:p w14:paraId="4FED86D3" w14:textId="77777777" w:rsidR="00C84256" w:rsidRPr="004C06D0" w:rsidRDefault="00C84256" w:rsidP="00C84256">
      <w:pPr>
        <w:rPr>
          <w:rFonts w:ascii="Arial" w:hAnsi="Arial"/>
          <w:sz w:val="36"/>
          <w:lang w:val="fr-FR"/>
        </w:rPr>
      </w:pPr>
      <w:r w:rsidRPr="004C06D0">
        <w:rPr>
          <w:rFonts w:ascii="Arial" w:hAnsi="Arial"/>
          <w:sz w:val="36"/>
          <w:lang w:val="fr-FR"/>
        </w:rPr>
        <w:t xml:space="preserve">Cet automne, les cinq Conseils de quartier du 3e renouvellent leurs membres : </w:t>
      </w:r>
    </w:p>
    <w:p w14:paraId="665A25F7" w14:textId="77777777" w:rsidR="00C84256" w:rsidRPr="004C06D0" w:rsidRDefault="00C84256" w:rsidP="00C84256">
      <w:pPr>
        <w:rPr>
          <w:rFonts w:ascii="Arial" w:hAnsi="Arial"/>
          <w:sz w:val="36"/>
          <w:lang w:val="fr-FR"/>
        </w:rPr>
      </w:pPr>
      <w:r w:rsidRPr="004C06D0">
        <w:rPr>
          <w:rFonts w:ascii="Arial" w:hAnsi="Arial"/>
          <w:sz w:val="36"/>
          <w:lang w:val="fr-FR"/>
        </w:rPr>
        <w:t xml:space="preserve">Mutualité-Préfecture-Moncey ; Voltaire-Part-Dieu ; Sans-Souci-Dauphiné ; Villette-Paul-Bert et </w:t>
      </w:r>
      <w:proofErr w:type="spellStart"/>
      <w:r w:rsidRPr="004C06D0">
        <w:rPr>
          <w:rFonts w:ascii="Arial" w:hAnsi="Arial"/>
          <w:sz w:val="36"/>
          <w:lang w:val="fr-FR"/>
        </w:rPr>
        <w:t>Montchat</w:t>
      </w:r>
      <w:proofErr w:type="spellEnd"/>
      <w:r w:rsidRPr="004C06D0">
        <w:rPr>
          <w:rFonts w:ascii="Arial" w:hAnsi="Arial"/>
          <w:sz w:val="36"/>
          <w:lang w:val="fr-FR"/>
        </w:rPr>
        <w:t>.</w:t>
      </w:r>
      <w:r w:rsidRPr="004C06D0">
        <w:rPr>
          <w:rFonts w:ascii="Arial" w:hAnsi="Arial"/>
          <w:sz w:val="36"/>
          <w:lang w:val="fr-FR"/>
        </w:rPr>
        <w:br/>
        <w:t xml:space="preserve">Ces instances permettent de s'informer, d'échanger et de proposer des projets pour son quartier. </w:t>
      </w:r>
    </w:p>
    <w:p w14:paraId="2B6F625A" w14:textId="77777777" w:rsidR="00C84256" w:rsidRPr="004C06D0" w:rsidRDefault="00C84256" w:rsidP="00C84256">
      <w:pPr>
        <w:rPr>
          <w:rFonts w:ascii="Arial" w:hAnsi="Arial"/>
          <w:sz w:val="36"/>
          <w:lang w:val="fr-FR"/>
        </w:rPr>
      </w:pPr>
      <w:r w:rsidRPr="004C06D0">
        <w:rPr>
          <w:rFonts w:ascii="Arial" w:hAnsi="Arial"/>
          <w:sz w:val="36"/>
          <w:lang w:val="fr-FR"/>
        </w:rPr>
        <w:t>Vous avez plus de 16 ans et vous habitez, travaillez, étudiez ou avez une activité associative dans le quartier ?</w:t>
      </w:r>
      <w:r w:rsidRPr="004C06D0">
        <w:rPr>
          <w:rFonts w:ascii="Arial" w:hAnsi="Arial"/>
          <w:sz w:val="36"/>
          <w:lang w:val="fr-FR"/>
        </w:rPr>
        <w:br/>
        <w:t>Vous pouvez participer !</w:t>
      </w:r>
    </w:p>
    <w:p w14:paraId="6B1CE691" w14:textId="77777777" w:rsidR="00C84256" w:rsidRPr="004C06D0" w:rsidRDefault="00C84256" w:rsidP="00C84256">
      <w:pPr>
        <w:rPr>
          <w:rFonts w:ascii="Arial" w:hAnsi="Arial"/>
          <w:sz w:val="36"/>
          <w:lang w:val="fr-FR"/>
        </w:rPr>
      </w:pPr>
      <w:hyperlink r:id="rId56">
        <w:r w:rsidRPr="004C06D0">
          <w:rPr>
            <w:rFonts w:ascii="Arial" w:hAnsi="Arial"/>
            <w:color w:val="0000EE"/>
            <w:sz w:val="36"/>
            <w:u w:val="single"/>
            <w:lang w:val="fr-FR"/>
          </w:rPr>
          <w:t>Plus d'informations sur mairie3.lyon.fr rubrique démocratie locale.</w:t>
        </w:r>
      </w:hyperlink>
    </w:p>
    <w:p w14:paraId="4EC63AA4" w14:textId="77777777" w:rsidR="00C84256" w:rsidRPr="004C06D0" w:rsidRDefault="00C84256" w:rsidP="00C84256">
      <w:pPr>
        <w:rPr>
          <w:rFonts w:ascii="Arial" w:hAnsi="Arial"/>
          <w:sz w:val="36"/>
          <w:lang w:val="fr-FR"/>
        </w:rPr>
      </w:pPr>
    </w:p>
    <w:p w14:paraId="25C48A0F" w14:textId="77777777" w:rsidR="00C84256" w:rsidRPr="004C06D0" w:rsidRDefault="00C84256" w:rsidP="00C84256">
      <w:pPr>
        <w:rPr>
          <w:rFonts w:ascii="Arial" w:hAnsi="Arial"/>
          <w:sz w:val="36"/>
          <w:lang w:val="fr-FR"/>
        </w:rPr>
      </w:pPr>
    </w:p>
    <w:p w14:paraId="7FF12B2D" w14:textId="2E519E13" w:rsidR="00C84256" w:rsidRPr="004C06D0" w:rsidRDefault="003A481A" w:rsidP="00C84256">
      <w:pPr>
        <w:rPr>
          <w:rFonts w:ascii="Arial" w:hAnsi="Arial"/>
          <w:sz w:val="36"/>
          <w:lang w:val="fr-FR"/>
        </w:rPr>
      </w:pPr>
      <w:r w:rsidRPr="004C06D0">
        <w:rPr>
          <w:rFonts w:ascii="Arial" w:hAnsi="Arial"/>
          <w:sz w:val="36"/>
          <w:lang w:val="fr-FR"/>
        </w:rPr>
        <w:t>AGENDA :</w:t>
      </w:r>
    </w:p>
    <w:p w14:paraId="6212535C" w14:textId="77777777" w:rsidR="00C84256" w:rsidRPr="004C06D0" w:rsidRDefault="00C84256" w:rsidP="00C84256">
      <w:pPr>
        <w:pStyle w:val="Listepuces"/>
        <w:rPr>
          <w:rFonts w:ascii="Arial" w:hAnsi="Arial"/>
          <w:sz w:val="36"/>
          <w:lang w:val="fr-FR"/>
        </w:rPr>
      </w:pPr>
      <w:r w:rsidRPr="004C06D0">
        <w:rPr>
          <w:rFonts w:ascii="Arial" w:hAnsi="Arial"/>
          <w:sz w:val="36"/>
          <w:lang w:val="fr-FR"/>
        </w:rPr>
        <w:t>Le 19 septembre à 10h30 :</w:t>
      </w:r>
    </w:p>
    <w:p w14:paraId="7414CD8E" w14:textId="77777777" w:rsidR="00C84256" w:rsidRPr="004C06D0" w:rsidRDefault="00C84256" w:rsidP="00C84256">
      <w:pPr>
        <w:rPr>
          <w:rFonts w:ascii="Arial" w:hAnsi="Arial"/>
          <w:sz w:val="36"/>
          <w:lang w:val="fr-FR"/>
        </w:rPr>
      </w:pPr>
      <w:r w:rsidRPr="004C06D0">
        <w:rPr>
          <w:rFonts w:ascii="Arial" w:hAnsi="Arial"/>
          <w:sz w:val="36"/>
          <w:lang w:val="fr-FR"/>
        </w:rPr>
        <w:t xml:space="preserve">Balade matrimoniale. </w:t>
      </w:r>
    </w:p>
    <w:p w14:paraId="5D1EB852" w14:textId="77777777" w:rsidR="00C84256" w:rsidRPr="004C06D0" w:rsidRDefault="00C84256" w:rsidP="00C84256">
      <w:pPr>
        <w:rPr>
          <w:rFonts w:ascii="Arial" w:hAnsi="Arial"/>
          <w:sz w:val="36"/>
          <w:lang w:val="fr-FR"/>
        </w:rPr>
      </w:pPr>
      <w:proofErr w:type="spellStart"/>
      <w:r w:rsidRPr="004C06D0">
        <w:rPr>
          <w:rFonts w:ascii="Arial" w:hAnsi="Arial"/>
          <w:sz w:val="36"/>
          <w:lang w:val="fr-FR"/>
        </w:rPr>
        <w:t>Filactions</w:t>
      </w:r>
      <w:proofErr w:type="spellEnd"/>
      <w:r w:rsidRPr="004C06D0">
        <w:rPr>
          <w:rFonts w:ascii="Arial" w:hAnsi="Arial"/>
          <w:sz w:val="36"/>
          <w:lang w:val="fr-FR"/>
        </w:rPr>
        <w:t xml:space="preserve"> propose une balade matrimoniale dans le quartier Moncey.</w:t>
      </w:r>
      <w:r w:rsidRPr="004C06D0">
        <w:rPr>
          <w:rFonts w:ascii="Arial" w:hAnsi="Arial"/>
          <w:sz w:val="36"/>
          <w:lang w:val="fr-FR"/>
        </w:rPr>
        <w:br/>
        <w:t>Rendez-vous au 31 rue Moncey.</w:t>
      </w:r>
    </w:p>
    <w:p w14:paraId="7E9205D1" w14:textId="77777777" w:rsidR="00C84256" w:rsidRPr="004C06D0" w:rsidRDefault="00C84256" w:rsidP="00C84256">
      <w:pPr>
        <w:rPr>
          <w:rFonts w:ascii="Arial" w:hAnsi="Arial"/>
          <w:sz w:val="36"/>
          <w:lang w:val="fr-FR"/>
        </w:rPr>
      </w:pPr>
    </w:p>
    <w:p w14:paraId="42F60F92" w14:textId="77777777" w:rsidR="00C84256" w:rsidRPr="004C06D0" w:rsidRDefault="00C84256" w:rsidP="00C84256">
      <w:pPr>
        <w:pStyle w:val="Listepuces"/>
        <w:rPr>
          <w:rFonts w:ascii="Arial" w:hAnsi="Arial"/>
          <w:sz w:val="36"/>
          <w:lang w:val="fr-FR"/>
        </w:rPr>
      </w:pPr>
      <w:r w:rsidRPr="004C06D0">
        <w:rPr>
          <w:rFonts w:ascii="Arial" w:hAnsi="Arial"/>
          <w:sz w:val="36"/>
          <w:lang w:val="fr-FR"/>
        </w:rPr>
        <w:t>Le 26 septembre à partir de 17h :</w:t>
      </w:r>
    </w:p>
    <w:p w14:paraId="74C03C90" w14:textId="77777777" w:rsidR="00C84256" w:rsidRPr="004C06D0" w:rsidRDefault="00C84256" w:rsidP="00C84256">
      <w:pPr>
        <w:rPr>
          <w:rFonts w:ascii="Arial" w:hAnsi="Arial"/>
          <w:sz w:val="36"/>
          <w:lang w:val="fr-FR"/>
        </w:rPr>
      </w:pPr>
      <w:r w:rsidRPr="004C06D0">
        <w:rPr>
          <w:rFonts w:ascii="Arial" w:hAnsi="Arial"/>
          <w:sz w:val="36"/>
          <w:lang w:val="fr-FR"/>
        </w:rPr>
        <w:t xml:space="preserve">Villette en plein air. </w:t>
      </w:r>
    </w:p>
    <w:p w14:paraId="0DE04911" w14:textId="77777777" w:rsidR="00C84256" w:rsidRPr="004C06D0" w:rsidRDefault="00C84256" w:rsidP="00C84256">
      <w:pPr>
        <w:rPr>
          <w:rFonts w:ascii="Arial" w:hAnsi="Arial"/>
          <w:sz w:val="36"/>
          <w:lang w:val="fr-FR"/>
        </w:rPr>
      </w:pPr>
      <w:r w:rsidRPr="004C06D0">
        <w:rPr>
          <w:rFonts w:ascii="Arial" w:hAnsi="Arial"/>
          <w:sz w:val="36"/>
          <w:lang w:val="fr-FR"/>
        </w:rPr>
        <w:lastRenderedPageBreak/>
        <w:t>Le Conseil de quartier Villette-Paul Bert vous donne rendez-vous esplanade Mandela pour une soirée gratuite et conviviale : fanfare, pique-nique, animations, buvette et projection en plein air du film Invictus.</w:t>
      </w:r>
    </w:p>
    <w:p w14:paraId="705FC240" w14:textId="77777777" w:rsidR="00C84256" w:rsidRPr="004C06D0" w:rsidRDefault="00C84256" w:rsidP="00C84256">
      <w:pPr>
        <w:rPr>
          <w:rFonts w:ascii="Arial" w:hAnsi="Arial"/>
          <w:sz w:val="36"/>
          <w:lang w:val="fr-FR"/>
        </w:rPr>
      </w:pPr>
    </w:p>
    <w:p w14:paraId="24AC107B" w14:textId="77777777" w:rsidR="00C84256" w:rsidRPr="004C06D0" w:rsidRDefault="00C84256" w:rsidP="00C84256">
      <w:pPr>
        <w:pStyle w:val="Listepuces"/>
        <w:rPr>
          <w:rFonts w:ascii="Arial" w:hAnsi="Arial"/>
          <w:sz w:val="36"/>
          <w:lang w:val="fr-FR"/>
        </w:rPr>
      </w:pPr>
      <w:r w:rsidRPr="004C06D0">
        <w:rPr>
          <w:rFonts w:ascii="Arial" w:hAnsi="Arial"/>
          <w:sz w:val="36"/>
          <w:lang w:val="fr-FR"/>
        </w:rPr>
        <w:t>Le 14 octobre à 19h :</w:t>
      </w:r>
    </w:p>
    <w:p w14:paraId="780102A4" w14:textId="77777777" w:rsidR="00C84256" w:rsidRPr="004C06D0" w:rsidRDefault="00C84256" w:rsidP="00C84256">
      <w:pPr>
        <w:rPr>
          <w:rFonts w:ascii="Arial" w:hAnsi="Arial"/>
          <w:sz w:val="36"/>
          <w:lang w:val="fr-FR"/>
        </w:rPr>
      </w:pPr>
      <w:r w:rsidRPr="004C06D0">
        <w:rPr>
          <w:rFonts w:ascii="Arial" w:hAnsi="Arial"/>
          <w:sz w:val="36"/>
          <w:lang w:val="fr-FR"/>
        </w:rPr>
        <w:t>Bienvenue dans le 3e ! Nouvellement installés dans l'arrondissement ?</w:t>
      </w:r>
      <w:r w:rsidRPr="004C06D0">
        <w:rPr>
          <w:rFonts w:ascii="Arial" w:hAnsi="Arial"/>
          <w:sz w:val="36"/>
          <w:lang w:val="fr-FR"/>
        </w:rPr>
        <w:br/>
        <w:t>La Mairie du 3e vous invite à une soirée d'accueil et de découverte de votre arrondissement. À la mairie.</w:t>
      </w:r>
    </w:p>
    <w:p w14:paraId="59CF441D" w14:textId="77777777" w:rsidR="00C84256" w:rsidRPr="004C06D0" w:rsidRDefault="00C84256" w:rsidP="00C84256">
      <w:pPr>
        <w:rPr>
          <w:rFonts w:ascii="Arial" w:hAnsi="Arial"/>
          <w:sz w:val="36"/>
          <w:lang w:val="fr-FR"/>
        </w:rPr>
      </w:pPr>
    </w:p>
    <w:p w14:paraId="7F74F428" w14:textId="77777777" w:rsidR="00C84256" w:rsidRPr="004C06D0" w:rsidRDefault="00C84256" w:rsidP="00C84256">
      <w:pPr>
        <w:pStyle w:val="Listepuces"/>
        <w:rPr>
          <w:rFonts w:ascii="Arial" w:hAnsi="Arial"/>
          <w:sz w:val="36"/>
          <w:lang w:val="fr-FR"/>
        </w:rPr>
      </w:pPr>
      <w:r w:rsidRPr="004C06D0">
        <w:rPr>
          <w:rFonts w:ascii="Arial" w:hAnsi="Arial"/>
          <w:sz w:val="36"/>
          <w:lang w:val="fr-FR"/>
        </w:rPr>
        <w:t>Le 18 octobre de 10h à 17h :</w:t>
      </w:r>
    </w:p>
    <w:p w14:paraId="44C7AAC0" w14:textId="77777777" w:rsidR="00C84256" w:rsidRPr="004C06D0" w:rsidRDefault="00C84256" w:rsidP="00C84256">
      <w:pPr>
        <w:rPr>
          <w:rFonts w:ascii="Arial" w:hAnsi="Arial"/>
          <w:sz w:val="36"/>
          <w:lang w:val="fr-FR"/>
        </w:rPr>
      </w:pPr>
      <w:r w:rsidRPr="004C06D0">
        <w:rPr>
          <w:rFonts w:ascii="Arial" w:hAnsi="Arial"/>
          <w:sz w:val="36"/>
          <w:lang w:val="fr-FR"/>
        </w:rPr>
        <w:t xml:space="preserve">Fête des animaux. </w:t>
      </w:r>
    </w:p>
    <w:p w14:paraId="3AEE6A48" w14:textId="77777777" w:rsidR="00C84256" w:rsidRPr="004C06D0" w:rsidRDefault="00C84256" w:rsidP="00C84256">
      <w:pPr>
        <w:rPr>
          <w:rFonts w:ascii="Arial" w:hAnsi="Arial"/>
          <w:sz w:val="36"/>
          <w:lang w:val="fr-FR"/>
        </w:rPr>
      </w:pPr>
      <w:r w:rsidRPr="004C06D0">
        <w:rPr>
          <w:rFonts w:ascii="Arial" w:hAnsi="Arial"/>
          <w:sz w:val="36"/>
          <w:lang w:val="fr-FR"/>
        </w:rPr>
        <w:t>Rendez-vous place Ambroise-Courtois pour cette nouvelle édition coorganisée par les 3e et 8e arrondissements.</w:t>
      </w:r>
    </w:p>
    <w:p w14:paraId="67702086" w14:textId="303BE73E" w:rsidR="00D73DCA" w:rsidRDefault="00D73DCA">
      <w:pPr>
        <w:rPr>
          <w:rFonts w:ascii="Arial" w:hAnsi="Arial"/>
          <w:sz w:val="36"/>
          <w:lang w:val="fr-FR"/>
        </w:rPr>
      </w:pPr>
      <w:r>
        <w:rPr>
          <w:rFonts w:ascii="Arial" w:hAnsi="Arial"/>
          <w:sz w:val="36"/>
          <w:lang w:val="fr-FR"/>
        </w:rPr>
        <w:br w:type="page"/>
      </w:r>
    </w:p>
    <w:p w14:paraId="75AF82F1" w14:textId="6739DCA5" w:rsidR="00C84256" w:rsidRPr="003A481A" w:rsidRDefault="003A481A" w:rsidP="00C84256">
      <w:pPr>
        <w:pStyle w:val="Titre1"/>
        <w:jc w:val="center"/>
        <w:rPr>
          <w:rFonts w:ascii="Arial" w:hAnsi="Arial"/>
          <w:sz w:val="44"/>
          <w:szCs w:val="36"/>
          <w:lang w:val="fr-FR"/>
        </w:rPr>
      </w:pPr>
      <w:bookmarkStart w:id="34" w:name="_Toc239853020"/>
      <w:r w:rsidRPr="003A481A">
        <w:rPr>
          <w:rFonts w:ascii="Arial" w:hAnsi="Arial"/>
          <w:sz w:val="44"/>
          <w:szCs w:val="36"/>
          <w:lang w:val="fr-FR"/>
        </w:rPr>
        <w:lastRenderedPageBreak/>
        <w:t>MON 4</w:t>
      </w:r>
      <w:r>
        <w:rPr>
          <w:rFonts w:ascii="Arial" w:hAnsi="Arial"/>
          <w:sz w:val="44"/>
          <w:szCs w:val="36"/>
          <w:lang w:val="fr-FR"/>
        </w:rPr>
        <w:t>e</w:t>
      </w:r>
      <w:r w:rsidRPr="003A481A">
        <w:rPr>
          <w:rFonts w:ascii="Arial" w:hAnsi="Arial"/>
          <w:sz w:val="44"/>
          <w:szCs w:val="36"/>
          <w:lang w:val="fr-FR"/>
        </w:rPr>
        <w:t xml:space="preserve"> ARRONDISSEMENT</w:t>
      </w:r>
      <w:bookmarkEnd w:id="34"/>
    </w:p>
    <w:p w14:paraId="693F51E8" w14:textId="77777777" w:rsidR="00C84256" w:rsidRPr="004C06D0" w:rsidRDefault="00C84256" w:rsidP="00C84256">
      <w:pPr>
        <w:rPr>
          <w:rFonts w:ascii="Arial" w:hAnsi="Arial"/>
          <w:sz w:val="36"/>
          <w:lang w:val="fr-FR"/>
        </w:rPr>
      </w:pPr>
    </w:p>
    <w:p w14:paraId="60E78CCE" w14:textId="77777777" w:rsidR="00C84256" w:rsidRPr="004C06D0" w:rsidRDefault="00C84256" w:rsidP="00C84256">
      <w:pPr>
        <w:rPr>
          <w:rFonts w:ascii="Arial" w:hAnsi="Arial"/>
          <w:sz w:val="36"/>
          <w:lang w:val="fr-FR"/>
        </w:rPr>
      </w:pPr>
      <w:r w:rsidRPr="004C06D0">
        <w:rPr>
          <w:rFonts w:ascii="Arial" w:hAnsi="Arial"/>
          <w:sz w:val="36"/>
          <w:lang w:val="fr-FR"/>
        </w:rPr>
        <w:t>Mairie du 4</w:t>
      </w:r>
      <w:r w:rsidRPr="004C06D0">
        <w:rPr>
          <w:rFonts w:ascii="Arial" w:hAnsi="Arial"/>
          <w:sz w:val="36"/>
          <w:vertAlign w:val="superscript"/>
          <w:lang w:val="fr-FR"/>
        </w:rPr>
        <w:t>e </w:t>
      </w:r>
      <w:r w:rsidRPr="004C06D0">
        <w:rPr>
          <w:rFonts w:ascii="Arial" w:hAnsi="Arial"/>
          <w:sz w:val="36"/>
          <w:lang w:val="fr-FR"/>
        </w:rPr>
        <w:t>:</w:t>
      </w:r>
    </w:p>
    <w:p w14:paraId="2E11B472" w14:textId="77777777" w:rsidR="00C84256" w:rsidRPr="004C06D0" w:rsidRDefault="00C84256" w:rsidP="00C84256">
      <w:pPr>
        <w:rPr>
          <w:rFonts w:ascii="Arial" w:hAnsi="Arial"/>
          <w:sz w:val="36"/>
          <w:lang w:val="fr-FR"/>
        </w:rPr>
      </w:pPr>
      <w:r w:rsidRPr="004C06D0">
        <w:rPr>
          <w:rFonts w:ascii="Arial" w:hAnsi="Arial"/>
          <w:sz w:val="36"/>
          <w:lang w:val="fr-FR"/>
        </w:rPr>
        <w:t>133 boulevard de la Croix-Rousse</w:t>
      </w:r>
      <w:r w:rsidRPr="004C06D0">
        <w:rPr>
          <w:rFonts w:ascii="Arial" w:hAnsi="Arial"/>
          <w:sz w:val="36"/>
          <w:lang w:val="fr-FR"/>
        </w:rPr>
        <w:br/>
        <w:t>69004 Lyon</w:t>
      </w:r>
      <w:r w:rsidRPr="004C06D0">
        <w:rPr>
          <w:rFonts w:ascii="Arial" w:hAnsi="Arial"/>
          <w:sz w:val="36"/>
          <w:lang w:val="fr-FR"/>
        </w:rPr>
        <w:br/>
        <w:t>04 72 98 23 50</w:t>
      </w:r>
      <w:r w:rsidRPr="004C06D0">
        <w:rPr>
          <w:rFonts w:ascii="Arial" w:hAnsi="Arial"/>
          <w:sz w:val="36"/>
          <w:lang w:val="fr-FR"/>
        </w:rPr>
        <w:br/>
      </w:r>
      <w:hyperlink r:id="rId57">
        <w:r w:rsidRPr="004C06D0">
          <w:rPr>
            <w:rFonts w:ascii="Arial" w:hAnsi="Arial"/>
            <w:color w:val="0000EE"/>
            <w:sz w:val="36"/>
            <w:u w:val="single"/>
            <w:lang w:val="fr-FR"/>
          </w:rPr>
          <w:t>mairie4.lyon.fr</w:t>
        </w:r>
      </w:hyperlink>
      <w:r w:rsidRPr="004C06D0">
        <w:rPr>
          <w:rFonts w:ascii="Arial" w:hAnsi="Arial"/>
          <w:sz w:val="36"/>
          <w:lang w:val="fr-FR"/>
        </w:rPr>
        <w:br/>
      </w:r>
      <w:hyperlink r:id="rId58">
        <w:r w:rsidRPr="004C06D0">
          <w:rPr>
            <w:rFonts w:ascii="Arial" w:hAnsi="Arial"/>
            <w:color w:val="0000EE"/>
            <w:sz w:val="36"/>
            <w:u w:val="single"/>
            <w:lang w:val="fr-FR"/>
          </w:rPr>
          <w:t>mairie4@</w:t>
        </w:r>
      </w:hyperlink>
      <w:hyperlink r:id="rId59">
        <w:r w:rsidRPr="004C06D0">
          <w:rPr>
            <w:rFonts w:ascii="Arial" w:hAnsi="Arial"/>
            <w:color w:val="0000EE"/>
            <w:sz w:val="36"/>
            <w:u w:val="single"/>
            <w:lang w:val="fr-FR"/>
          </w:rPr>
          <w:t>mairie-lyon.fr</w:t>
        </w:r>
      </w:hyperlink>
      <w:r w:rsidRPr="004C06D0">
        <w:rPr>
          <w:rFonts w:ascii="Arial" w:hAnsi="Arial"/>
          <w:sz w:val="36"/>
          <w:lang w:val="fr-FR"/>
        </w:rPr>
        <w:t>Instagram :</w:t>
      </w:r>
      <w:r w:rsidRPr="004C06D0">
        <w:rPr>
          <w:rFonts w:ascii="Arial" w:hAnsi="Arial"/>
          <w:sz w:val="36"/>
          <w:lang w:val="fr-FR"/>
        </w:rPr>
        <w:br/>
        <w:t>@mairielyon4</w:t>
      </w:r>
      <w:r w:rsidRPr="004C06D0">
        <w:rPr>
          <w:rFonts w:ascii="Arial" w:hAnsi="Arial"/>
          <w:sz w:val="36"/>
          <w:lang w:val="fr-FR"/>
        </w:rPr>
        <w:br/>
        <w:t>FB : @Mairie4lyon</w:t>
      </w:r>
    </w:p>
    <w:p w14:paraId="78444BAF" w14:textId="77777777" w:rsidR="00C84256" w:rsidRDefault="00C84256" w:rsidP="00C84256">
      <w:pPr>
        <w:rPr>
          <w:rFonts w:ascii="Arial" w:hAnsi="Arial"/>
          <w:sz w:val="36"/>
          <w:lang w:val="fr-FR"/>
        </w:rPr>
      </w:pPr>
    </w:p>
    <w:p w14:paraId="6B46E136" w14:textId="77777777" w:rsidR="003A481A" w:rsidRPr="003A481A" w:rsidRDefault="003A481A" w:rsidP="003A481A">
      <w:pPr>
        <w:rPr>
          <w:rFonts w:ascii="Arial" w:hAnsi="Arial"/>
          <w:b/>
          <w:bCs/>
          <w:sz w:val="36"/>
          <w:lang w:val="fr-FR"/>
        </w:rPr>
      </w:pPr>
      <w:r w:rsidRPr="003A481A">
        <w:rPr>
          <w:rFonts w:ascii="Arial" w:hAnsi="Arial"/>
          <w:b/>
          <w:bCs/>
          <w:sz w:val="36"/>
          <w:lang w:val="fr-FR"/>
        </w:rPr>
        <w:t>Sauver un club :</w:t>
      </w:r>
    </w:p>
    <w:p w14:paraId="193ACEFA" w14:textId="77777777" w:rsidR="003A481A" w:rsidRPr="004C06D0" w:rsidRDefault="003A481A" w:rsidP="003A481A">
      <w:pPr>
        <w:rPr>
          <w:rFonts w:ascii="Arial" w:hAnsi="Arial"/>
          <w:sz w:val="36"/>
          <w:lang w:val="fr-FR"/>
        </w:rPr>
      </w:pPr>
      <w:r w:rsidRPr="004C06D0">
        <w:rPr>
          <w:rFonts w:ascii="Arial" w:hAnsi="Arial"/>
          <w:sz w:val="36"/>
          <w:lang w:val="fr-FR"/>
        </w:rPr>
        <w:t xml:space="preserve">Nous soutenons les clubs sportifs au quotidien par la mise à disposition d'équipements et le versement de subventions. Mais nous sommes aussi là en cas d'urgence, comme le montre notre mobilisation pour sortir le Football Club Lyon Croix-Rousse d'une situation complexe, victime collatérale de l'incendie des Chartreux. </w:t>
      </w:r>
    </w:p>
    <w:p w14:paraId="00231821" w14:textId="77777777" w:rsidR="003A481A" w:rsidRPr="004C06D0" w:rsidRDefault="003A481A" w:rsidP="003A481A">
      <w:pPr>
        <w:rPr>
          <w:rFonts w:ascii="Arial" w:hAnsi="Arial"/>
          <w:sz w:val="36"/>
          <w:lang w:val="fr-FR"/>
        </w:rPr>
      </w:pPr>
      <w:r w:rsidRPr="004C06D0">
        <w:rPr>
          <w:rFonts w:ascii="Arial" w:hAnsi="Arial"/>
          <w:sz w:val="36"/>
          <w:lang w:val="fr-FR"/>
        </w:rPr>
        <w:t>Depuis la fusion en 2024 des deux clubs historiques de la Croix-Rousse, le FCLCR est engagé dans une nouvelle dynamique associative et sportive, avec une équipe dirigeante ambitieuse. Privé d'un terrain, le club aurait dû licencier, et subir une perte massive d'adhérents.</w:t>
      </w:r>
      <w:r w:rsidRPr="004C06D0">
        <w:rPr>
          <w:rFonts w:ascii="Arial" w:hAnsi="Arial"/>
          <w:sz w:val="36"/>
          <w:lang w:val="fr-FR"/>
        </w:rPr>
        <w:br/>
        <w:t xml:space="preserve">Son avenir aurait été compromis. Et de nombreux jeunes laissés sur la touche... </w:t>
      </w:r>
    </w:p>
    <w:p w14:paraId="5D614C27" w14:textId="77777777" w:rsidR="003A481A" w:rsidRPr="004C06D0" w:rsidRDefault="003A481A" w:rsidP="003A481A">
      <w:pPr>
        <w:rPr>
          <w:rFonts w:ascii="Arial" w:hAnsi="Arial"/>
          <w:sz w:val="36"/>
          <w:lang w:val="fr-FR"/>
        </w:rPr>
      </w:pPr>
      <w:r w:rsidRPr="004C06D0">
        <w:rPr>
          <w:rFonts w:ascii="Arial" w:hAnsi="Arial"/>
          <w:sz w:val="36"/>
          <w:lang w:val="fr-FR"/>
        </w:rPr>
        <w:lastRenderedPageBreak/>
        <w:t xml:space="preserve">Je remercie le maire de Lyon, l'adjointe aux Sports Mme Nublat-Faure, la direction des Sports, ainsi que la Ville de Caluire, qui ont trouvé une solution de repli, permettant au club de maintenir ses activités. </w:t>
      </w:r>
    </w:p>
    <w:p w14:paraId="78B36DC6" w14:textId="77777777" w:rsidR="003A481A" w:rsidRPr="004C06D0" w:rsidRDefault="003A481A" w:rsidP="003A481A">
      <w:pPr>
        <w:rPr>
          <w:rFonts w:ascii="Arial" w:hAnsi="Arial"/>
          <w:sz w:val="36"/>
          <w:lang w:val="fr-FR"/>
        </w:rPr>
      </w:pPr>
      <w:r w:rsidRPr="004C06D0">
        <w:rPr>
          <w:rFonts w:ascii="Arial" w:hAnsi="Arial"/>
          <w:sz w:val="36"/>
          <w:lang w:val="fr-FR"/>
        </w:rPr>
        <w:t>Nous souhaitons une belle réussite sportive aux adhérents pour cette nouvelle saison et un retour rapide sur le terrain pour les clubs impactés par cette suppression.</w:t>
      </w:r>
    </w:p>
    <w:p w14:paraId="16874BF4" w14:textId="77777777" w:rsidR="003A481A" w:rsidRPr="004C06D0" w:rsidRDefault="003A481A" w:rsidP="003A481A">
      <w:pPr>
        <w:rPr>
          <w:rFonts w:ascii="Arial" w:hAnsi="Arial"/>
          <w:sz w:val="36"/>
          <w:lang w:val="fr-FR"/>
        </w:rPr>
      </w:pPr>
    </w:p>
    <w:p w14:paraId="5F798F67" w14:textId="77777777" w:rsidR="003A481A" w:rsidRPr="004C06D0" w:rsidRDefault="003A481A" w:rsidP="003A481A">
      <w:pPr>
        <w:rPr>
          <w:rFonts w:ascii="Arial" w:hAnsi="Arial"/>
          <w:sz w:val="36"/>
          <w:lang w:val="fr-FR"/>
        </w:rPr>
      </w:pPr>
      <w:r w:rsidRPr="004C06D0">
        <w:rPr>
          <w:rFonts w:ascii="Arial" w:hAnsi="Arial"/>
          <w:sz w:val="36"/>
          <w:lang w:val="fr-FR"/>
        </w:rPr>
        <w:t>Rémi Zinck</w:t>
      </w:r>
      <w:r w:rsidRPr="004C06D0">
        <w:rPr>
          <w:rFonts w:ascii="Arial" w:hAnsi="Arial"/>
          <w:sz w:val="36"/>
          <w:lang w:val="fr-FR"/>
        </w:rPr>
        <w:br/>
        <w:t>Maire du 4e arrondissement</w:t>
      </w:r>
    </w:p>
    <w:p w14:paraId="10919DB0" w14:textId="77777777" w:rsidR="003A481A" w:rsidRDefault="003A481A" w:rsidP="00C84256">
      <w:pPr>
        <w:rPr>
          <w:rFonts w:ascii="Arial" w:hAnsi="Arial"/>
          <w:sz w:val="36"/>
          <w:lang w:val="fr-FR"/>
        </w:rPr>
      </w:pPr>
    </w:p>
    <w:p w14:paraId="10877B80" w14:textId="77777777" w:rsidR="003A481A" w:rsidRPr="004C06D0" w:rsidRDefault="003A481A" w:rsidP="00C84256">
      <w:pPr>
        <w:rPr>
          <w:rFonts w:ascii="Arial" w:hAnsi="Arial"/>
          <w:sz w:val="36"/>
          <w:lang w:val="fr-FR"/>
        </w:rPr>
      </w:pPr>
    </w:p>
    <w:p w14:paraId="6F186358" w14:textId="77777777" w:rsidR="00C84256" w:rsidRPr="003A481A" w:rsidRDefault="00C84256" w:rsidP="00C84256">
      <w:pPr>
        <w:rPr>
          <w:rFonts w:ascii="Arial" w:hAnsi="Arial"/>
          <w:b/>
          <w:bCs/>
          <w:sz w:val="36"/>
          <w:lang w:val="fr-FR"/>
        </w:rPr>
      </w:pPr>
      <w:r w:rsidRPr="003A481A">
        <w:rPr>
          <w:rFonts w:ascii="Arial" w:hAnsi="Arial"/>
          <w:b/>
          <w:bCs/>
          <w:sz w:val="36"/>
          <w:lang w:val="fr-FR"/>
        </w:rPr>
        <w:t>Dialoguer avec le maire et les élus :</w:t>
      </w:r>
    </w:p>
    <w:p w14:paraId="15A82108" w14:textId="77777777" w:rsidR="00C84256" w:rsidRPr="004C06D0" w:rsidRDefault="00C84256" w:rsidP="00C84256">
      <w:pPr>
        <w:pStyle w:val="Listepuces"/>
        <w:rPr>
          <w:rFonts w:ascii="Arial" w:hAnsi="Arial"/>
          <w:sz w:val="36"/>
          <w:lang w:val="fr-FR"/>
        </w:rPr>
      </w:pPr>
      <w:r w:rsidRPr="004C06D0">
        <w:rPr>
          <w:rFonts w:ascii="Arial" w:hAnsi="Arial"/>
          <w:sz w:val="36"/>
          <w:lang w:val="fr-FR"/>
        </w:rPr>
        <w:t>Le "4 par 4" est une permanence du maire et des élus du 4e dans l'espace public. Lancé en mai 2021, il se tenait les 4es samedis du mois devant la mairie du 4e. D'un mandat à l'autre, il continue avec une nouvelle formule itinérante, pour renforcer son rôle de lien de proximité.</w:t>
      </w:r>
      <w:r w:rsidRPr="004C06D0">
        <w:rPr>
          <w:rFonts w:ascii="Arial" w:hAnsi="Arial"/>
          <w:sz w:val="36"/>
          <w:lang w:val="fr-FR"/>
        </w:rPr>
        <w:br/>
        <w:t>Informations, échanges, écoute, les élus de la majorité du 4e restent mobilisés pour un dialogue direct avec les habitants.</w:t>
      </w:r>
      <w:r w:rsidRPr="004C06D0">
        <w:rPr>
          <w:rFonts w:ascii="Arial" w:hAnsi="Arial"/>
          <w:sz w:val="36"/>
          <w:lang w:val="fr-FR"/>
        </w:rPr>
        <w:br/>
        <w:t>Les prochains rendez-vous près de chez vous:</w:t>
      </w:r>
      <w:r w:rsidRPr="004C06D0">
        <w:rPr>
          <w:rFonts w:ascii="Arial" w:hAnsi="Arial"/>
          <w:sz w:val="36"/>
          <w:lang w:val="fr-FR"/>
        </w:rPr>
        <w:br/>
        <w:t>En 2026: le 23 septembre de 10h à 12h, place Flammarion; le 24 octobre de 10h à 12h, rue du Mail; le 26 novembre de 16h à 18h, école des Entrepôts.</w:t>
      </w:r>
      <w:r w:rsidRPr="004C06D0">
        <w:rPr>
          <w:rFonts w:ascii="Arial" w:hAnsi="Arial"/>
          <w:sz w:val="36"/>
          <w:lang w:val="fr-FR"/>
        </w:rPr>
        <w:br/>
        <w:t xml:space="preserve">En 2027: le 21 janvier de 16h à 18h, école Commandant </w:t>
      </w:r>
      <w:r w:rsidRPr="004C06D0">
        <w:rPr>
          <w:rFonts w:ascii="Arial" w:hAnsi="Arial"/>
          <w:sz w:val="36"/>
          <w:lang w:val="fr-FR"/>
        </w:rPr>
        <w:lastRenderedPageBreak/>
        <w:t>Arnaud; le 27 février de 10h à 12h, devant la Mairie du 4e; le 23 mars de 16h à 18h, square Bouvier; le 24 avril de 15h à 17h, parc de la Cerisaie; le 21 mai de 17h à 19h, place des Tapis; le 26 juin de 10h à 12h, devant la mairie du 4e.</w:t>
      </w:r>
    </w:p>
    <w:p w14:paraId="6E07DF55" w14:textId="77777777" w:rsidR="00C84256" w:rsidRPr="004C06D0" w:rsidRDefault="00C84256" w:rsidP="00C84256">
      <w:pPr>
        <w:rPr>
          <w:rFonts w:ascii="Arial" w:hAnsi="Arial"/>
          <w:sz w:val="36"/>
          <w:lang w:val="fr-FR"/>
        </w:rPr>
      </w:pPr>
    </w:p>
    <w:p w14:paraId="3F0FBF42" w14:textId="77777777" w:rsidR="00C84256" w:rsidRPr="004C06D0" w:rsidRDefault="00C84256" w:rsidP="00C84256">
      <w:pPr>
        <w:rPr>
          <w:rFonts w:ascii="Arial" w:hAnsi="Arial"/>
          <w:sz w:val="36"/>
          <w:lang w:val="fr-FR"/>
        </w:rPr>
      </w:pPr>
      <w:r w:rsidRPr="003A481A">
        <w:rPr>
          <w:rFonts w:ascii="Arial" w:hAnsi="Arial"/>
          <w:b/>
          <w:bCs/>
          <w:sz w:val="36"/>
          <w:lang w:val="fr-FR"/>
        </w:rPr>
        <w:t xml:space="preserve">Une rénovation express pour reloger le FC Lyon </w:t>
      </w:r>
      <w:r w:rsidRPr="004C06D0">
        <w:rPr>
          <w:rFonts w:ascii="Arial" w:hAnsi="Arial"/>
          <w:sz w:val="36"/>
          <w:lang w:val="fr-FR"/>
        </w:rPr>
        <w:t>Croix-Rousse :</w:t>
      </w:r>
    </w:p>
    <w:p w14:paraId="5A2918B9" w14:textId="77777777" w:rsidR="00C84256" w:rsidRPr="004C06D0" w:rsidRDefault="00C84256" w:rsidP="00C84256">
      <w:pPr>
        <w:rPr>
          <w:rFonts w:ascii="Arial" w:hAnsi="Arial"/>
          <w:sz w:val="36"/>
          <w:lang w:val="fr-FR"/>
        </w:rPr>
      </w:pPr>
      <w:r w:rsidRPr="004C06D0">
        <w:rPr>
          <w:rFonts w:ascii="Arial" w:hAnsi="Arial"/>
          <w:sz w:val="36"/>
          <w:lang w:val="fr-FR"/>
        </w:rPr>
        <w:t xml:space="preserve">Après l'incendie du 1er avril dernier qui a ravagé une partie de son site scolaire dans le 1er, l'Institution des Chartreux a installé un internat provisoire sur son terrain de sport du 4e, rue </w:t>
      </w:r>
      <w:proofErr w:type="spellStart"/>
      <w:r w:rsidRPr="004C06D0">
        <w:rPr>
          <w:rFonts w:ascii="Arial" w:hAnsi="Arial"/>
          <w:sz w:val="36"/>
          <w:lang w:val="fr-FR"/>
        </w:rPr>
        <w:t>Gorjus</w:t>
      </w:r>
      <w:proofErr w:type="spellEnd"/>
      <w:r w:rsidRPr="004C06D0">
        <w:rPr>
          <w:rFonts w:ascii="Arial" w:hAnsi="Arial"/>
          <w:sz w:val="36"/>
          <w:lang w:val="fr-FR"/>
        </w:rPr>
        <w:t>. Cela a rendu le stade indisponible pour les activités du Football Club Lyon Croix-Rousse.</w:t>
      </w:r>
      <w:r w:rsidRPr="004C06D0">
        <w:rPr>
          <w:rFonts w:ascii="Arial" w:hAnsi="Arial"/>
          <w:sz w:val="36"/>
          <w:lang w:val="fr-FR"/>
        </w:rPr>
        <w:br/>
        <w:t>Face à cette urgence, la Ville de Lyon s'est mobilisée sans attendre pour trouver une solution durable avant la rentrée de septembre 2026.</w:t>
      </w:r>
      <w:r w:rsidRPr="004C06D0">
        <w:rPr>
          <w:rFonts w:ascii="Arial" w:hAnsi="Arial"/>
          <w:sz w:val="36"/>
          <w:lang w:val="fr-FR"/>
        </w:rPr>
        <w:br/>
        <w:t>En quelques semaines, elle a travaillé avec les acteurs du football local et la Ville de Caluire pour lancer la rénovation complète du terrain Pierre Bourdan. Ce projet représente un investissement de plusieurs centaines de milliers d'euros partagé entre les deux communes.</w:t>
      </w:r>
      <w:r w:rsidRPr="004C06D0">
        <w:rPr>
          <w:rFonts w:ascii="Arial" w:hAnsi="Arial"/>
          <w:sz w:val="36"/>
          <w:lang w:val="fr-FR"/>
        </w:rPr>
        <w:br/>
        <w:t>Nouveau gazon synthétique, équipements modernisés, drainage amélioré et pare-ballons flambant neufs : le terrain renaît pour offrir aux joueuses et joueurs des conditions optimales, dans le cadre d'une convention d'occupation de quatre ans. Une bouffée d'air pour les quelque 800 adhérents du club, pilier de la vie sportive du 4e arrondissement.</w:t>
      </w:r>
    </w:p>
    <w:p w14:paraId="08C4EF8A" w14:textId="77777777" w:rsidR="00C84256" w:rsidRPr="004C06D0" w:rsidRDefault="00C84256" w:rsidP="00C84256">
      <w:pPr>
        <w:rPr>
          <w:rFonts w:ascii="Arial" w:hAnsi="Arial"/>
          <w:sz w:val="36"/>
          <w:lang w:val="fr-FR"/>
        </w:rPr>
      </w:pPr>
    </w:p>
    <w:p w14:paraId="062643D3" w14:textId="77777777" w:rsidR="00C84256" w:rsidRPr="004C06D0" w:rsidRDefault="00C84256" w:rsidP="00C84256">
      <w:pPr>
        <w:rPr>
          <w:rFonts w:ascii="Arial" w:hAnsi="Arial"/>
          <w:sz w:val="36"/>
          <w:lang w:val="fr-FR"/>
        </w:rPr>
      </w:pPr>
    </w:p>
    <w:p w14:paraId="05049C18" w14:textId="0FAB3947" w:rsidR="00C84256" w:rsidRPr="004C06D0" w:rsidRDefault="003A481A" w:rsidP="00C84256">
      <w:pPr>
        <w:rPr>
          <w:rFonts w:ascii="Arial" w:hAnsi="Arial"/>
          <w:sz w:val="36"/>
          <w:lang w:val="fr-FR"/>
        </w:rPr>
      </w:pPr>
      <w:r w:rsidRPr="004C06D0">
        <w:rPr>
          <w:rFonts w:ascii="Arial" w:hAnsi="Arial"/>
          <w:sz w:val="36"/>
          <w:lang w:val="fr-FR"/>
        </w:rPr>
        <w:t>AGENDA :</w:t>
      </w:r>
    </w:p>
    <w:p w14:paraId="1CE4FF2A" w14:textId="77777777" w:rsidR="00C84256" w:rsidRPr="004C06D0" w:rsidRDefault="00C84256" w:rsidP="00C84256">
      <w:pPr>
        <w:pStyle w:val="Listepuces"/>
        <w:rPr>
          <w:rFonts w:ascii="Arial" w:hAnsi="Arial"/>
          <w:sz w:val="36"/>
          <w:lang w:val="fr-FR"/>
        </w:rPr>
      </w:pPr>
      <w:r w:rsidRPr="004C06D0">
        <w:rPr>
          <w:rFonts w:ascii="Arial" w:hAnsi="Arial"/>
          <w:sz w:val="36"/>
          <w:lang w:val="fr-FR"/>
        </w:rPr>
        <w:t>Le 26 septembre de 13h30 à 17h :</w:t>
      </w:r>
    </w:p>
    <w:p w14:paraId="181DBBD0" w14:textId="77777777" w:rsidR="00C84256" w:rsidRPr="004C06D0" w:rsidRDefault="00C84256" w:rsidP="00C84256">
      <w:pPr>
        <w:rPr>
          <w:rFonts w:ascii="Arial" w:hAnsi="Arial"/>
          <w:sz w:val="36"/>
          <w:lang w:val="fr-FR"/>
        </w:rPr>
      </w:pPr>
      <w:r w:rsidRPr="004C06D0">
        <w:rPr>
          <w:rFonts w:ascii="Arial" w:hAnsi="Arial"/>
          <w:sz w:val="36"/>
          <w:lang w:val="fr-FR"/>
        </w:rPr>
        <w:t>Voyons ensemble - Cécipétanque.</w:t>
      </w:r>
      <w:r w:rsidRPr="004C06D0">
        <w:rPr>
          <w:rFonts w:ascii="Arial" w:hAnsi="Arial"/>
          <w:sz w:val="36"/>
          <w:lang w:val="fr-FR"/>
        </w:rPr>
        <w:br/>
        <w:t xml:space="preserve">Initiation à la pétanque adaptée aux déficients visuels. Événement organisé par les Conseils de quartier Ouest et Centre avec également des stands de sensibilisation aux handicaps visuels (association UNADEV ; </w:t>
      </w:r>
      <w:proofErr w:type="spellStart"/>
      <w:r w:rsidRPr="004C06D0">
        <w:rPr>
          <w:rFonts w:ascii="Arial" w:hAnsi="Arial"/>
          <w:sz w:val="36"/>
          <w:lang w:val="fr-FR"/>
        </w:rPr>
        <w:t>Ludiversité</w:t>
      </w:r>
      <w:proofErr w:type="spellEnd"/>
      <w:r w:rsidRPr="004C06D0">
        <w:rPr>
          <w:rFonts w:ascii="Arial" w:hAnsi="Arial"/>
          <w:sz w:val="36"/>
          <w:lang w:val="fr-FR"/>
        </w:rPr>
        <w:t xml:space="preserve">...). Place </w:t>
      </w:r>
      <w:proofErr w:type="spellStart"/>
      <w:r w:rsidRPr="004C06D0">
        <w:rPr>
          <w:rFonts w:ascii="Arial" w:hAnsi="Arial"/>
          <w:sz w:val="36"/>
          <w:lang w:val="fr-FR"/>
        </w:rPr>
        <w:t>Tabareau</w:t>
      </w:r>
      <w:proofErr w:type="spellEnd"/>
      <w:r w:rsidRPr="004C06D0">
        <w:rPr>
          <w:rFonts w:ascii="Arial" w:hAnsi="Arial"/>
          <w:sz w:val="36"/>
          <w:lang w:val="fr-FR"/>
        </w:rPr>
        <w:t>.</w:t>
      </w:r>
    </w:p>
    <w:p w14:paraId="47BACDF7" w14:textId="77777777" w:rsidR="00C84256" w:rsidRPr="004C06D0" w:rsidRDefault="00C84256" w:rsidP="00C84256">
      <w:pPr>
        <w:rPr>
          <w:rFonts w:ascii="Arial" w:hAnsi="Arial"/>
          <w:sz w:val="36"/>
          <w:lang w:val="fr-FR"/>
        </w:rPr>
      </w:pPr>
    </w:p>
    <w:p w14:paraId="647C476F" w14:textId="77777777" w:rsidR="00C84256" w:rsidRPr="004C06D0" w:rsidRDefault="00C84256" w:rsidP="00C84256">
      <w:pPr>
        <w:pStyle w:val="Listepuces"/>
        <w:rPr>
          <w:rFonts w:ascii="Arial" w:hAnsi="Arial"/>
          <w:sz w:val="36"/>
          <w:lang w:val="fr-FR"/>
        </w:rPr>
      </w:pPr>
      <w:r w:rsidRPr="004C06D0">
        <w:rPr>
          <w:rFonts w:ascii="Arial" w:hAnsi="Arial"/>
          <w:sz w:val="36"/>
          <w:lang w:val="fr-FR"/>
        </w:rPr>
        <w:t>Le 27 septembre de 9h à 13h :</w:t>
      </w:r>
    </w:p>
    <w:p w14:paraId="0ECD4AD7" w14:textId="77777777" w:rsidR="00C84256" w:rsidRPr="004C06D0" w:rsidRDefault="00C84256" w:rsidP="00C84256">
      <w:pPr>
        <w:rPr>
          <w:rFonts w:ascii="Arial" w:hAnsi="Arial"/>
          <w:sz w:val="36"/>
          <w:lang w:val="fr-FR"/>
        </w:rPr>
      </w:pPr>
      <w:r w:rsidRPr="004C06D0">
        <w:rPr>
          <w:rFonts w:ascii="Arial" w:hAnsi="Arial"/>
          <w:sz w:val="36"/>
          <w:lang w:val="fr-FR"/>
        </w:rPr>
        <w:t>L'ultime montée. Plus de 300 participants attendus pour la 3e édition de la course vélo en sprint montée des Esses. Proposée par La belle orga, avec le soutien de la Mairie du 4e et de la Ville de Lyon.</w:t>
      </w:r>
    </w:p>
    <w:p w14:paraId="74BCC197" w14:textId="2CFA357E" w:rsidR="00D73DCA" w:rsidRDefault="00D73DCA">
      <w:pPr>
        <w:rPr>
          <w:rFonts w:ascii="Arial" w:hAnsi="Arial"/>
          <w:sz w:val="36"/>
          <w:lang w:val="fr-FR"/>
        </w:rPr>
      </w:pPr>
      <w:r>
        <w:rPr>
          <w:rFonts w:ascii="Arial" w:hAnsi="Arial"/>
          <w:sz w:val="36"/>
          <w:lang w:val="fr-FR"/>
        </w:rPr>
        <w:br w:type="page"/>
      </w:r>
    </w:p>
    <w:p w14:paraId="7C9C46CE" w14:textId="0496F731" w:rsidR="00C84256" w:rsidRPr="003A481A" w:rsidRDefault="003A481A" w:rsidP="00C84256">
      <w:pPr>
        <w:pStyle w:val="Titre1"/>
        <w:jc w:val="center"/>
        <w:rPr>
          <w:rFonts w:ascii="Arial" w:hAnsi="Arial"/>
          <w:sz w:val="44"/>
          <w:szCs w:val="36"/>
          <w:lang w:val="fr-FR"/>
        </w:rPr>
      </w:pPr>
      <w:bookmarkStart w:id="35" w:name="_Toc239853021"/>
      <w:r w:rsidRPr="003A481A">
        <w:rPr>
          <w:rFonts w:ascii="Arial" w:hAnsi="Arial"/>
          <w:sz w:val="44"/>
          <w:szCs w:val="36"/>
          <w:lang w:val="fr-FR"/>
        </w:rPr>
        <w:lastRenderedPageBreak/>
        <w:t>MON 5</w:t>
      </w:r>
      <w:r>
        <w:rPr>
          <w:rFonts w:ascii="Arial" w:hAnsi="Arial"/>
          <w:sz w:val="44"/>
          <w:szCs w:val="36"/>
          <w:lang w:val="fr-FR"/>
        </w:rPr>
        <w:t>e</w:t>
      </w:r>
      <w:r w:rsidRPr="003A481A">
        <w:rPr>
          <w:rFonts w:ascii="Arial" w:hAnsi="Arial"/>
          <w:sz w:val="44"/>
          <w:szCs w:val="36"/>
          <w:lang w:val="fr-FR"/>
        </w:rPr>
        <w:t xml:space="preserve"> ARRONDISSEMENT</w:t>
      </w:r>
      <w:bookmarkEnd w:id="35"/>
    </w:p>
    <w:p w14:paraId="12555116" w14:textId="77777777" w:rsidR="00C84256" w:rsidRPr="004C06D0" w:rsidRDefault="00C84256" w:rsidP="00C84256">
      <w:pPr>
        <w:rPr>
          <w:rFonts w:ascii="Arial" w:hAnsi="Arial"/>
          <w:sz w:val="36"/>
          <w:lang w:val="fr-FR"/>
        </w:rPr>
      </w:pPr>
    </w:p>
    <w:p w14:paraId="6E148365" w14:textId="77777777" w:rsidR="00C84256" w:rsidRPr="004C06D0" w:rsidRDefault="00C84256" w:rsidP="00C84256">
      <w:pPr>
        <w:rPr>
          <w:rFonts w:ascii="Arial" w:hAnsi="Arial"/>
          <w:sz w:val="36"/>
          <w:lang w:val="fr-FR"/>
        </w:rPr>
      </w:pPr>
      <w:r w:rsidRPr="004C06D0">
        <w:rPr>
          <w:rFonts w:ascii="Arial" w:hAnsi="Arial"/>
          <w:sz w:val="36"/>
          <w:lang w:val="fr-FR"/>
        </w:rPr>
        <w:t>Mairie du 5</w:t>
      </w:r>
      <w:r w:rsidRPr="004C06D0">
        <w:rPr>
          <w:rFonts w:ascii="Arial" w:hAnsi="Arial"/>
          <w:sz w:val="36"/>
          <w:vertAlign w:val="superscript"/>
          <w:lang w:val="fr-FR"/>
        </w:rPr>
        <w:t>e </w:t>
      </w:r>
      <w:r w:rsidRPr="004C06D0">
        <w:rPr>
          <w:rFonts w:ascii="Arial" w:hAnsi="Arial"/>
          <w:sz w:val="36"/>
          <w:lang w:val="fr-FR"/>
        </w:rPr>
        <w:t>:</w:t>
      </w:r>
    </w:p>
    <w:p w14:paraId="2401A1B2" w14:textId="77777777" w:rsidR="00C84256" w:rsidRPr="004C06D0" w:rsidRDefault="00C84256" w:rsidP="00C84256">
      <w:pPr>
        <w:rPr>
          <w:rFonts w:ascii="Arial" w:hAnsi="Arial"/>
          <w:sz w:val="36"/>
          <w:lang w:val="fr-FR"/>
        </w:rPr>
      </w:pPr>
      <w:r w:rsidRPr="004C06D0">
        <w:rPr>
          <w:rFonts w:ascii="Arial" w:hAnsi="Arial"/>
          <w:sz w:val="36"/>
          <w:lang w:val="fr-FR"/>
        </w:rPr>
        <w:t>14, rue Dr Edmond- Locard</w:t>
      </w:r>
      <w:r w:rsidRPr="004C06D0">
        <w:rPr>
          <w:rFonts w:ascii="Arial" w:hAnsi="Arial"/>
          <w:sz w:val="36"/>
          <w:lang w:val="fr-FR"/>
        </w:rPr>
        <w:br/>
        <w:t>69005 Lyon</w:t>
      </w:r>
      <w:r w:rsidRPr="004C06D0">
        <w:rPr>
          <w:rFonts w:ascii="Arial" w:hAnsi="Arial"/>
          <w:sz w:val="36"/>
          <w:lang w:val="fr-FR"/>
        </w:rPr>
        <w:br/>
        <w:t>04 72 38 45 50</w:t>
      </w:r>
      <w:r w:rsidRPr="004C06D0">
        <w:rPr>
          <w:rFonts w:ascii="Arial" w:hAnsi="Arial"/>
          <w:sz w:val="36"/>
          <w:lang w:val="fr-FR"/>
        </w:rPr>
        <w:br/>
        <w:t>Annexe du Vieux-Lyon :</w:t>
      </w:r>
      <w:r w:rsidRPr="004C06D0">
        <w:rPr>
          <w:rFonts w:ascii="Arial" w:hAnsi="Arial"/>
          <w:sz w:val="36"/>
          <w:lang w:val="fr-FR"/>
        </w:rPr>
        <w:br/>
        <w:t>5 place du Petit-Collège</w:t>
      </w:r>
      <w:r w:rsidRPr="004C06D0">
        <w:rPr>
          <w:rFonts w:ascii="Arial" w:hAnsi="Arial"/>
          <w:sz w:val="36"/>
          <w:lang w:val="fr-FR"/>
        </w:rPr>
        <w:br/>
        <w:t>04 78 42 13 81</w:t>
      </w:r>
      <w:r w:rsidRPr="004C06D0">
        <w:rPr>
          <w:rFonts w:ascii="Arial" w:hAnsi="Arial"/>
          <w:sz w:val="36"/>
          <w:lang w:val="fr-FR"/>
        </w:rPr>
        <w:br/>
      </w:r>
      <w:hyperlink r:id="rId60">
        <w:r w:rsidRPr="004C06D0">
          <w:rPr>
            <w:rFonts w:ascii="Arial" w:hAnsi="Arial"/>
            <w:color w:val="0000EE"/>
            <w:sz w:val="36"/>
            <w:u w:val="single"/>
            <w:lang w:val="fr-FR"/>
          </w:rPr>
          <w:t>mairie5@mairie-lyon.fr</w:t>
        </w:r>
      </w:hyperlink>
      <w:r w:rsidRPr="004C06D0">
        <w:rPr>
          <w:rFonts w:ascii="Arial" w:hAnsi="Arial"/>
          <w:sz w:val="36"/>
          <w:lang w:val="fr-FR"/>
        </w:rPr>
        <w:br/>
      </w:r>
      <w:hyperlink r:id="rId61">
        <w:r w:rsidRPr="004C06D0">
          <w:rPr>
            <w:rFonts w:ascii="Arial" w:hAnsi="Arial"/>
            <w:color w:val="0000EE"/>
            <w:sz w:val="36"/>
            <w:u w:val="single"/>
            <w:lang w:val="fr-FR"/>
          </w:rPr>
          <w:t>mairie5.lyon.fr</w:t>
        </w:r>
      </w:hyperlink>
      <w:r w:rsidRPr="004C06D0">
        <w:rPr>
          <w:rFonts w:ascii="Arial" w:hAnsi="Arial"/>
          <w:sz w:val="36"/>
          <w:lang w:val="fr-FR"/>
        </w:rPr>
        <w:t>Réseaux sociaux : Mairie5Lyon</w:t>
      </w:r>
    </w:p>
    <w:p w14:paraId="6DA4E1A2" w14:textId="77777777" w:rsidR="00C84256" w:rsidRPr="004C06D0" w:rsidRDefault="00C84256" w:rsidP="00C84256">
      <w:pPr>
        <w:rPr>
          <w:rFonts w:ascii="Arial" w:hAnsi="Arial"/>
          <w:sz w:val="36"/>
          <w:lang w:val="fr-FR"/>
        </w:rPr>
      </w:pPr>
    </w:p>
    <w:p w14:paraId="6970F7FD" w14:textId="77777777" w:rsidR="00C84256" w:rsidRPr="003A481A" w:rsidRDefault="00C84256" w:rsidP="00C84256">
      <w:pPr>
        <w:rPr>
          <w:rFonts w:ascii="Arial" w:hAnsi="Arial"/>
          <w:b/>
          <w:bCs/>
          <w:sz w:val="36"/>
          <w:lang w:val="fr-FR"/>
        </w:rPr>
      </w:pPr>
      <w:r w:rsidRPr="003A481A">
        <w:rPr>
          <w:rFonts w:ascii="Arial" w:hAnsi="Arial"/>
          <w:b/>
          <w:bCs/>
          <w:sz w:val="36"/>
          <w:lang w:val="fr-FR"/>
        </w:rPr>
        <w:t>Impasse Secret : une rue rendue aux enfants :</w:t>
      </w:r>
    </w:p>
    <w:p w14:paraId="2DE693BB" w14:textId="77777777" w:rsidR="00C84256" w:rsidRPr="004C06D0" w:rsidRDefault="00C84256" w:rsidP="00C84256">
      <w:pPr>
        <w:rPr>
          <w:rFonts w:ascii="Arial" w:hAnsi="Arial"/>
          <w:sz w:val="36"/>
          <w:lang w:val="fr-FR"/>
        </w:rPr>
      </w:pPr>
      <w:r w:rsidRPr="004C06D0">
        <w:rPr>
          <w:rFonts w:ascii="Arial" w:hAnsi="Arial"/>
          <w:sz w:val="36"/>
          <w:lang w:val="fr-FR"/>
        </w:rPr>
        <w:t>Devant l'école Joliot-Curie, l'impasse Secret change de visage.</w:t>
      </w:r>
      <w:r w:rsidRPr="004C06D0">
        <w:rPr>
          <w:rFonts w:ascii="Arial" w:hAnsi="Arial"/>
          <w:sz w:val="36"/>
          <w:lang w:val="fr-FR"/>
        </w:rPr>
        <w:br/>
        <w:t>Tout l'été, la Métropole y a aménagé avec notre soutien une nouvelle Rue aux enfants : circulation apaisée, place rendu aux piétons, mobilier adapté.</w:t>
      </w:r>
      <w:r w:rsidRPr="004C06D0">
        <w:rPr>
          <w:rFonts w:ascii="Arial" w:hAnsi="Arial"/>
          <w:sz w:val="36"/>
          <w:lang w:val="fr-FR"/>
        </w:rPr>
        <w:br/>
        <w:t>Les plantations, elles, s'échelonneront jusqu'en février.</w:t>
      </w:r>
      <w:r w:rsidRPr="004C06D0">
        <w:rPr>
          <w:rFonts w:ascii="Arial" w:hAnsi="Arial"/>
          <w:sz w:val="36"/>
          <w:lang w:val="fr-FR"/>
        </w:rPr>
        <w:br/>
        <w:t>Moins de voitures dans cette petite rue : les élèves entreront et sortiront en sécurité, les parents attendront au calme. Un aménagement simple, utile, attendu par les familles et livré pour la rentrée.</w:t>
      </w:r>
    </w:p>
    <w:p w14:paraId="01BE3937" w14:textId="77777777" w:rsidR="00C84256" w:rsidRPr="004C06D0" w:rsidRDefault="00C84256" w:rsidP="00C84256">
      <w:pPr>
        <w:rPr>
          <w:rFonts w:ascii="Arial" w:hAnsi="Arial"/>
          <w:sz w:val="36"/>
          <w:lang w:val="fr-FR"/>
        </w:rPr>
      </w:pPr>
    </w:p>
    <w:p w14:paraId="79A5A302" w14:textId="77777777" w:rsidR="00C84256" w:rsidRPr="003A481A" w:rsidRDefault="00C84256" w:rsidP="00C84256">
      <w:pPr>
        <w:rPr>
          <w:rFonts w:ascii="Arial" w:hAnsi="Arial"/>
          <w:b/>
          <w:bCs/>
          <w:sz w:val="36"/>
          <w:lang w:val="fr-FR"/>
        </w:rPr>
      </w:pPr>
      <w:r w:rsidRPr="003A481A">
        <w:rPr>
          <w:rFonts w:ascii="Arial" w:hAnsi="Arial"/>
          <w:b/>
          <w:bCs/>
          <w:sz w:val="36"/>
          <w:lang w:val="fr-FR"/>
        </w:rPr>
        <w:t>C’est la rentrée !</w:t>
      </w:r>
    </w:p>
    <w:p w14:paraId="626B6E20" w14:textId="77777777" w:rsidR="00C84256" w:rsidRPr="004C06D0" w:rsidRDefault="00C84256" w:rsidP="00C84256">
      <w:pPr>
        <w:rPr>
          <w:rFonts w:ascii="Arial" w:hAnsi="Arial"/>
          <w:sz w:val="36"/>
          <w:lang w:val="fr-FR"/>
        </w:rPr>
      </w:pPr>
      <w:r w:rsidRPr="004C06D0">
        <w:rPr>
          <w:rFonts w:ascii="Arial" w:hAnsi="Arial"/>
          <w:sz w:val="36"/>
          <w:lang w:val="fr-FR"/>
        </w:rPr>
        <w:lastRenderedPageBreak/>
        <w:t>Près de 5 mois que vous nous avez fait confiance et notre équipe est au travail.</w:t>
      </w:r>
      <w:r w:rsidRPr="004C06D0">
        <w:rPr>
          <w:rFonts w:ascii="Arial" w:hAnsi="Arial"/>
          <w:sz w:val="36"/>
          <w:lang w:val="fr-FR"/>
        </w:rPr>
        <w:br/>
        <w:t>En restant proches de vous avec les permanences sans rendez-vous, les cafés du maire, les 1/2 journées par quartier pour aller à votre rencontre.</w:t>
      </w:r>
      <w:r w:rsidRPr="004C06D0">
        <w:rPr>
          <w:rFonts w:ascii="Arial" w:hAnsi="Arial"/>
          <w:sz w:val="36"/>
          <w:lang w:val="fr-FR"/>
        </w:rPr>
        <w:br/>
        <w:t>En faisant de votre sécurité une priorité par un travail quotidien avec la police tout en demandant des moyens supplémentaires (effectifs, caméras).</w:t>
      </w:r>
      <w:r w:rsidRPr="004C06D0">
        <w:rPr>
          <w:rFonts w:ascii="Arial" w:hAnsi="Arial"/>
          <w:sz w:val="36"/>
          <w:lang w:val="fr-FR"/>
        </w:rPr>
        <w:br/>
        <w:t>En faisant vivre nos quartiers, aussi, avec le bal de Saint-Just, l'évènement petite enfance "Et si on jouait", le concours du fleurissement et en soutenant de nombreux événements associatifs, culturels, sportifs.</w:t>
      </w:r>
      <w:r w:rsidRPr="004C06D0">
        <w:rPr>
          <w:rFonts w:ascii="Arial" w:hAnsi="Arial"/>
          <w:sz w:val="36"/>
          <w:lang w:val="fr-FR"/>
        </w:rPr>
        <w:br/>
        <w:t>Enfin pour faciliter vos déplacements, avec la Métropole, nous avons retiré les plots à la sortie du parking St-Jean et engagé la sécurisation du Chemin-Neuf tout en travaillant à sa réouverture pour tous.</w:t>
      </w:r>
      <w:r w:rsidRPr="004C06D0">
        <w:rPr>
          <w:rFonts w:ascii="Arial" w:hAnsi="Arial"/>
          <w:sz w:val="36"/>
          <w:lang w:val="fr-FR"/>
        </w:rPr>
        <w:br/>
        <w:t>Belle rentrée dans le 5e !</w:t>
      </w:r>
    </w:p>
    <w:p w14:paraId="4E6CAFD8" w14:textId="77777777" w:rsidR="00C84256" w:rsidRPr="004C06D0" w:rsidRDefault="00C84256" w:rsidP="00C84256">
      <w:pPr>
        <w:rPr>
          <w:rFonts w:ascii="Arial" w:hAnsi="Arial"/>
          <w:sz w:val="36"/>
          <w:lang w:val="fr-FR"/>
        </w:rPr>
      </w:pPr>
    </w:p>
    <w:p w14:paraId="3AA2D2BA" w14:textId="77777777" w:rsidR="00C84256" w:rsidRPr="004C06D0" w:rsidRDefault="00C84256" w:rsidP="00C84256">
      <w:pPr>
        <w:rPr>
          <w:rFonts w:ascii="Arial" w:hAnsi="Arial"/>
          <w:sz w:val="36"/>
          <w:lang w:val="fr-FR"/>
        </w:rPr>
      </w:pPr>
      <w:r w:rsidRPr="004C06D0">
        <w:rPr>
          <w:rFonts w:ascii="Arial" w:hAnsi="Arial"/>
          <w:sz w:val="36"/>
          <w:lang w:val="fr-FR"/>
        </w:rPr>
        <w:t>Thomas Rudigoz</w:t>
      </w:r>
      <w:r w:rsidRPr="004C06D0">
        <w:rPr>
          <w:rFonts w:ascii="Arial" w:hAnsi="Arial"/>
          <w:sz w:val="36"/>
          <w:lang w:val="fr-FR"/>
        </w:rPr>
        <w:br/>
        <w:t>Maire du 5e arrondissement</w:t>
      </w:r>
    </w:p>
    <w:p w14:paraId="137AFA92" w14:textId="77777777" w:rsidR="00C84256" w:rsidRPr="004C06D0" w:rsidRDefault="00C84256" w:rsidP="00C84256">
      <w:pPr>
        <w:rPr>
          <w:rFonts w:ascii="Arial" w:hAnsi="Arial"/>
          <w:sz w:val="36"/>
          <w:lang w:val="fr-FR"/>
        </w:rPr>
      </w:pPr>
    </w:p>
    <w:p w14:paraId="6FEB7413" w14:textId="77777777" w:rsidR="00C84256" w:rsidRPr="004C06D0" w:rsidRDefault="00C84256" w:rsidP="00C84256">
      <w:pPr>
        <w:rPr>
          <w:rFonts w:ascii="Arial" w:hAnsi="Arial"/>
          <w:sz w:val="36"/>
          <w:lang w:val="fr-FR"/>
        </w:rPr>
      </w:pPr>
    </w:p>
    <w:p w14:paraId="36D0F038" w14:textId="77777777" w:rsidR="00C84256" w:rsidRPr="00286BB7" w:rsidRDefault="00C84256" w:rsidP="00C84256">
      <w:pPr>
        <w:rPr>
          <w:rFonts w:ascii="Arial" w:hAnsi="Arial"/>
          <w:b/>
          <w:bCs/>
          <w:sz w:val="36"/>
          <w:lang w:val="fr-FR"/>
        </w:rPr>
      </w:pPr>
      <w:r w:rsidRPr="00286BB7">
        <w:rPr>
          <w:rFonts w:ascii="Arial" w:hAnsi="Arial"/>
          <w:b/>
          <w:bCs/>
          <w:sz w:val="36"/>
          <w:lang w:val="fr-FR"/>
        </w:rPr>
        <w:t>Premier café du maire :</w:t>
      </w:r>
    </w:p>
    <w:p w14:paraId="089C5CCE" w14:textId="77777777" w:rsidR="00C84256" w:rsidRPr="004C06D0" w:rsidRDefault="00C84256" w:rsidP="00C84256">
      <w:pPr>
        <w:rPr>
          <w:rFonts w:ascii="Arial" w:hAnsi="Arial"/>
          <w:sz w:val="36"/>
          <w:lang w:val="fr-FR"/>
        </w:rPr>
      </w:pPr>
      <w:r w:rsidRPr="004C06D0">
        <w:rPr>
          <w:rFonts w:ascii="Arial" w:hAnsi="Arial"/>
          <w:sz w:val="36"/>
          <w:lang w:val="fr-FR"/>
        </w:rPr>
        <w:t xml:space="preserve">Initiés en 2014, les Cafés du Maire ont fait leur retour le 3 juillet dernier, dans la salle des mariages de la mairie pour cette première édition du mandat. Notre équipe est venue à la </w:t>
      </w:r>
      <w:r w:rsidRPr="004C06D0">
        <w:rPr>
          <w:rFonts w:ascii="Arial" w:hAnsi="Arial"/>
          <w:sz w:val="36"/>
          <w:lang w:val="fr-FR"/>
        </w:rPr>
        <w:lastRenderedPageBreak/>
        <w:t>rencontre des habitants pour un temps d'échange sans filtre sur les projets en cours, les enjeux du quartier du Point-du-Jour et vos attentes pour le 5e.</w:t>
      </w:r>
      <w:r w:rsidRPr="004C06D0">
        <w:rPr>
          <w:rFonts w:ascii="Arial" w:hAnsi="Arial"/>
          <w:sz w:val="36"/>
          <w:lang w:val="fr-FR"/>
        </w:rPr>
        <w:br/>
        <w:t>Écoute, dialogue, construction participative : la méthode a fait ses preuves. Rendez-vous est pris pour poursuivre ces rencontres, quartier par quartier, tout au long de l'année.</w:t>
      </w:r>
    </w:p>
    <w:p w14:paraId="71A0F0BF" w14:textId="77777777" w:rsidR="00C84256" w:rsidRPr="004C06D0" w:rsidRDefault="00C84256" w:rsidP="00C84256">
      <w:pPr>
        <w:rPr>
          <w:rFonts w:ascii="Arial" w:hAnsi="Arial"/>
          <w:sz w:val="36"/>
          <w:lang w:val="fr-FR"/>
        </w:rPr>
      </w:pPr>
    </w:p>
    <w:p w14:paraId="4640CC24" w14:textId="77777777" w:rsidR="00C84256" w:rsidRPr="004C06D0" w:rsidRDefault="00C84256" w:rsidP="00C84256">
      <w:pPr>
        <w:rPr>
          <w:rFonts w:ascii="Arial" w:hAnsi="Arial"/>
          <w:sz w:val="36"/>
          <w:lang w:val="fr-FR"/>
        </w:rPr>
      </w:pPr>
    </w:p>
    <w:p w14:paraId="3EE46B8D" w14:textId="5FF85F63" w:rsidR="00C84256" w:rsidRPr="00286BB7" w:rsidRDefault="00286BB7" w:rsidP="00C84256">
      <w:pPr>
        <w:rPr>
          <w:rFonts w:ascii="Arial" w:hAnsi="Arial"/>
          <w:b/>
          <w:bCs/>
          <w:sz w:val="36"/>
          <w:lang w:val="fr-FR"/>
        </w:rPr>
      </w:pPr>
      <w:r w:rsidRPr="00286BB7">
        <w:rPr>
          <w:rFonts w:ascii="Arial" w:hAnsi="Arial"/>
          <w:b/>
          <w:bCs/>
          <w:sz w:val="36"/>
          <w:lang w:val="fr-FR"/>
        </w:rPr>
        <w:t>AGENDA :</w:t>
      </w:r>
    </w:p>
    <w:p w14:paraId="5BFEDE55" w14:textId="77777777" w:rsidR="00C84256" w:rsidRPr="004C06D0" w:rsidRDefault="00C84256" w:rsidP="00C84256">
      <w:pPr>
        <w:pStyle w:val="Listepuces"/>
        <w:rPr>
          <w:rFonts w:ascii="Arial" w:hAnsi="Arial"/>
          <w:sz w:val="36"/>
          <w:lang w:val="fr-FR"/>
        </w:rPr>
      </w:pPr>
      <w:r w:rsidRPr="004C06D0">
        <w:rPr>
          <w:rFonts w:ascii="Arial" w:hAnsi="Arial"/>
          <w:sz w:val="36"/>
          <w:lang w:val="fr-FR"/>
        </w:rPr>
        <w:t>Du 16 au 19 septembre :</w:t>
      </w:r>
    </w:p>
    <w:p w14:paraId="5BA4421D" w14:textId="77777777" w:rsidR="00C84256" w:rsidRPr="004C06D0" w:rsidRDefault="00C84256" w:rsidP="00C84256">
      <w:pPr>
        <w:rPr>
          <w:rFonts w:ascii="Arial" w:hAnsi="Arial"/>
          <w:sz w:val="36"/>
          <w:lang w:val="fr-FR"/>
        </w:rPr>
      </w:pPr>
      <w:r w:rsidRPr="004C06D0">
        <w:rPr>
          <w:rFonts w:ascii="Arial" w:hAnsi="Arial"/>
          <w:sz w:val="36"/>
          <w:lang w:val="fr-FR"/>
        </w:rPr>
        <w:t>Festival Jazz sur les places, place Benoît-Crépu.</w:t>
      </w:r>
    </w:p>
    <w:p w14:paraId="47892734" w14:textId="77777777" w:rsidR="00C84256" w:rsidRPr="004C06D0" w:rsidRDefault="00C84256" w:rsidP="00C84256">
      <w:pPr>
        <w:rPr>
          <w:rFonts w:ascii="Arial" w:hAnsi="Arial"/>
          <w:sz w:val="36"/>
          <w:lang w:val="fr-FR"/>
        </w:rPr>
      </w:pPr>
    </w:p>
    <w:p w14:paraId="73B1D978" w14:textId="77777777" w:rsidR="00C84256" w:rsidRPr="004C06D0" w:rsidRDefault="00C84256" w:rsidP="00C84256">
      <w:pPr>
        <w:pStyle w:val="Listepuces"/>
        <w:rPr>
          <w:rFonts w:ascii="Arial" w:hAnsi="Arial"/>
          <w:sz w:val="36"/>
          <w:lang w:val="fr-FR"/>
        </w:rPr>
      </w:pPr>
      <w:r w:rsidRPr="004C06D0">
        <w:rPr>
          <w:rFonts w:ascii="Arial" w:hAnsi="Arial"/>
          <w:sz w:val="36"/>
          <w:lang w:val="fr-FR"/>
        </w:rPr>
        <w:t>Le 17 septembre à 18h :</w:t>
      </w:r>
    </w:p>
    <w:p w14:paraId="08F0B9CC" w14:textId="77777777" w:rsidR="00C84256" w:rsidRPr="004C06D0" w:rsidRDefault="00C84256" w:rsidP="00C84256">
      <w:pPr>
        <w:rPr>
          <w:rFonts w:ascii="Arial" w:hAnsi="Arial"/>
          <w:sz w:val="36"/>
          <w:lang w:val="fr-FR"/>
        </w:rPr>
      </w:pPr>
      <w:r w:rsidRPr="004C06D0">
        <w:rPr>
          <w:rFonts w:ascii="Arial" w:hAnsi="Arial"/>
          <w:sz w:val="36"/>
          <w:lang w:val="fr-FR"/>
        </w:rPr>
        <w:t>Lancement des événements des 80 ans de la Renaissance du Vieux-Lyon, rue Saint-Jean.</w:t>
      </w:r>
    </w:p>
    <w:p w14:paraId="16147B7D" w14:textId="77777777" w:rsidR="00C84256" w:rsidRPr="004C06D0" w:rsidRDefault="00C84256" w:rsidP="00C84256">
      <w:pPr>
        <w:rPr>
          <w:rFonts w:ascii="Arial" w:hAnsi="Arial"/>
          <w:sz w:val="36"/>
          <w:lang w:val="fr-FR"/>
        </w:rPr>
      </w:pPr>
    </w:p>
    <w:p w14:paraId="2AD21C9D" w14:textId="77777777" w:rsidR="00C84256" w:rsidRPr="004C06D0" w:rsidRDefault="00C84256" w:rsidP="00C84256">
      <w:pPr>
        <w:pStyle w:val="Listepuces"/>
        <w:rPr>
          <w:rFonts w:ascii="Arial" w:hAnsi="Arial"/>
          <w:sz w:val="36"/>
          <w:lang w:val="fr-FR"/>
        </w:rPr>
      </w:pPr>
      <w:r w:rsidRPr="004C06D0">
        <w:rPr>
          <w:rFonts w:ascii="Arial" w:hAnsi="Arial"/>
          <w:sz w:val="36"/>
          <w:lang w:val="fr-FR"/>
        </w:rPr>
        <w:t>Du 18 au 20 septembre :</w:t>
      </w:r>
    </w:p>
    <w:p w14:paraId="59A08155" w14:textId="77777777" w:rsidR="00C84256" w:rsidRPr="004C06D0" w:rsidRDefault="00C84256" w:rsidP="00C84256">
      <w:pPr>
        <w:rPr>
          <w:rFonts w:ascii="Arial" w:hAnsi="Arial"/>
          <w:sz w:val="36"/>
          <w:lang w:val="fr-FR"/>
        </w:rPr>
      </w:pPr>
      <w:r w:rsidRPr="004C06D0">
        <w:rPr>
          <w:rFonts w:ascii="Arial" w:hAnsi="Arial"/>
          <w:sz w:val="36"/>
          <w:lang w:val="fr-FR"/>
        </w:rPr>
        <w:t>Journées européennes du patrimoine.</w:t>
      </w:r>
    </w:p>
    <w:p w14:paraId="7D8E92F6" w14:textId="38E1ADD1" w:rsidR="00C84256" w:rsidRPr="004C06D0" w:rsidRDefault="00C84256" w:rsidP="00C84256">
      <w:pPr>
        <w:jc w:val="center"/>
        <w:rPr>
          <w:rFonts w:ascii="Arial" w:hAnsi="Arial"/>
          <w:sz w:val="36"/>
          <w:lang w:val="fr-FR"/>
        </w:rPr>
      </w:pPr>
      <w:hyperlink r:id="rId62">
        <w:r w:rsidRPr="004C06D0">
          <w:rPr>
            <w:rFonts w:ascii="Arial" w:hAnsi="Arial"/>
            <w:color w:val="0000EE"/>
            <w:sz w:val="36"/>
            <w:u w:val="single"/>
            <w:lang w:val="fr-FR"/>
          </w:rPr>
          <w:t>Renseignements et inscription</w:t>
        </w:r>
        <w:r w:rsidR="00685E89" w:rsidRPr="004C06D0">
          <w:rPr>
            <w:rFonts w:ascii="Arial" w:hAnsi="Arial"/>
            <w:color w:val="0000EE"/>
            <w:sz w:val="36"/>
            <w:u w:val="single"/>
            <w:lang w:val="fr-FR"/>
          </w:rPr>
          <w:t xml:space="preserve"> </w:t>
        </w:r>
      </w:hyperlink>
      <w:hyperlink r:id="rId63">
        <w:r w:rsidRPr="004C06D0">
          <w:rPr>
            <w:rFonts w:ascii="Arial" w:hAnsi="Arial"/>
            <w:color w:val="0000EE"/>
            <w:sz w:val="36"/>
            <w:u w:val="single"/>
            <w:lang w:val="fr-FR"/>
          </w:rPr>
          <w:t>sur mairie5.lyon.fr.</w:t>
        </w:r>
      </w:hyperlink>
    </w:p>
    <w:p w14:paraId="61A8D596" w14:textId="3F21AECB" w:rsidR="00D73DCA" w:rsidRDefault="00D73DCA">
      <w:pPr>
        <w:rPr>
          <w:rFonts w:ascii="Arial" w:hAnsi="Arial"/>
          <w:sz w:val="36"/>
          <w:lang w:val="fr-FR"/>
        </w:rPr>
      </w:pPr>
      <w:r>
        <w:rPr>
          <w:rFonts w:ascii="Arial" w:hAnsi="Arial"/>
          <w:sz w:val="36"/>
          <w:lang w:val="fr-FR"/>
        </w:rPr>
        <w:br w:type="page"/>
      </w:r>
    </w:p>
    <w:p w14:paraId="1D14728A" w14:textId="17ACD3B1" w:rsidR="00C50C98" w:rsidRPr="00286BB7" w:rsidRDefault="00286BB7" w:rsidP="00C50C98">
      <w:pPr>
        <w:pStyle w:val="Titre1"/>
        <w:jc w:val="center"/>
        <w:rPr>
          <w:rFonts w:ascii="Arial" w:hAnsi="Arial"/>
          <w:sz w:val="44"/>
          <w:szCs w:val="36"/>
          <w:lang w:val="fr-FR"/>
        </w:rPr>
      </w:pPr>
      <w:bookmarkStart w:id="36" w:name="_Toc239853022"/>
      <w:r w:rsidRPr="00286BB7">
        <w:rPr>
          <w:rFonts w:ascii="Arial" w:hAnsi="Arial"/>
          <w:sz w:val="44"/>
          <w:szCs w:val="36"/>
          <w:lang w:val="fr-FR"/>
        </w:rPr>
        <w:lastRenderedPageBreak/>
        <w:t>MON 6</w:t>
      </w:r>
      <w:r>
        <w:rPr>
          <w:rFonts w:ascii="Arial" w:hAnsi="Arial"/>
          <w:sz w:val="44"/>
          <w:szCs w:val="36"/>
          <w:lang w:val="fr-FR"/>
        </w:rPr>
        <w:t>e</w:t>
      </w:r>
      <w:r w:rsidRPr="00286BB7">
        <w:rPr>
          <w:rFonts w:ascii="Arial" w:hAnsi="Arial"/>
          <w:sz w:val="44"/>
          <w:szCs w:val="36"/>
          <w:lang w:val="fr-FR"/>
        </w:rPr>
        <w:t xml:space="preserve"> ARRONDISSEMENT</w:t>
      </w:r>
      <w:bookmarkEnd w:id="36"/>
    </w:p>
    <w:p w14:paraId="347AEA55" w14:textId="77777777" w:rsidR="00C50C98" w:rsidRPr="004C06D0" w:rsidRDefault="00C50C98" w:rsidP="00C50C98">
      <w:pPr>
        <w:rPr>
          <w:rFonts w:ascii="Arial" w:hAnsi="Arial"/>
          <w:sz w:val="36"/>
          <w:lang w:val="fr-FR"/>
        </w:rPr>
      </w:pPr>
    </w:p>
    <w:p w14:paraId="6A7C7C51" w14:textId="77777777" w:rsidR="00C50C98" w:rsidRPr="004C06D0" w:rsidRDefault="00C50C98" w:rsidP="00C50C98">
      <w:pPr>
        <w:rPr>
          <w:rFonts w:ascii="Arial" w:hAnsi="Arial"/>
          <w:sz w:val="36"/>
          <w:lang w:val="fr-FR"/>
        </w:rPr>
      </w:pPr>
      <w:r w:rsidRPr="004C06D0">
        <w:rPr>
          <w:rFonts w:ascii="Arial" w:hAnsi="Arial"/>
          <w:sz w:val="36"/>
          <w:lang w:val="fr-FR"/>
        </w:rPr>
        <w:t>Mairie du 6</w:t>
      </w:r>
      <w:r w:rsidRPr="004C06D0">
        <w:rPr>
          <w:rFonts w:ascii="Arial" w:hAnsi="Arial"/>
          <w:sz w:val="36"/>
          <w:vertAlign w:val="superscript"/>
          <w:lang w:val="fr-FR"/>
        </w:rPr>
        <w:t>e </w:t>
      </w:r>
      <w:r w:rsidRPr="004C06D0">
        <w:rPr>
          <w:rFonts w:ascii="Arial" w:hAnsi="Arial"/>
          <w:sz w:val="36"/>
          <w:lang w:val="fr-FR"/>
        </w:rPr>
        <w:t>:</w:t>
      </w:r>
      <w:r w:rsidRPr="004C06D0">
        <w:rPr>
          <w:rFonts w:ascii="Arial" w:hAnsi="Arial"/>
          <w:sz w:val="36"/>
          <w:lang w:val="fr-FR"/>
        </w:rPr>
        <w:br/>
        <w:t xml:space="preserve">58, rue de </w:t>
      </w:r>
      <w:proofErr w:type="spellStart"/>
      <w:r w:rsidRPr="004C06D0">
        <w:rPr>
          <w:rFonts w:ascii="Arial" w:hAnsi="Arial"/>
          <w:sz w:val="36"/>
          <w:lang w:val="fr-FR"/>
        </w:rPr>
        <w:t>Sèze</w:t>
      </w:r>
      <w:proofErr w:type="spellEnd"/>
      <w:r w:rsidRPr="004C06D0">
        <w:rPr>
          <w:rFonts w:ascii="Arial" w:hAnsi="Arial"/>
          <w:sz w:val="36"/>
          <w:lang w:val="fr-FR"/>
        </w:rPr>
        <w:br/>
        <w:t>69006 Lyon</w:t>
      </w:r>
      <w:r w:rsidRPr="004C06D0">
        <w:rPr>
          <w:rFonts w:ascii="Arial" w:hAnsi="Arial"/>
          <w:sz w:val="36"/>
          <w:lang w:val="fr-FR"/>
        </w:rPr>
        <w:br/>
        <w:t>04 72 83 15 00</w:t>
      </w:r>
      <w:r w:rsidRPr="004C06D0">
        <w:rPr>
          <w:rFonts w:ascii="Arial" w:hAnsi="Arial"/>
          <w:sz w:val="36"/>
          <w:lang w:val="fr-FR"/>
        </w:rPr>
        <w:br/>
        <w:t>mairie6.lyon.fr</w:t>
      </w:r>
      <w:r w:rsidRPr="004C06D0">
        <w:rPr>
          <w:rFonts w:ascii="Arial" w:hAnsi="Arial"/>
          <w:sz w:val="36"/>
          <w:lang w:val="fr-FR"/>
        </w:rPr>
        <w:br/>
        <w:t>mairie6.messagerie@mairie-lyon.fr</w:t>
      </w:r>
      <w:r w:rsidRPr="004C06D0">
        <w:rPr>
          <w:rFonts w:ascii="Arial" w:hAnsi="Arial"/>
          <w:sz w:val="36"/>
          <w:lang w:val="fr-FR"/>
        </w:rPr>
        <w:br/>
        <w:t>facebook.com/Mairie6Lyon/</w:t>
      </w:r>
      <w:r w:rsidRPr="004C06D0">
        <w:rPr>
          <w:rFonts w:ascii="Arial" w:hAnsi="Arial"/>
          <w:sz w:val="36"/>
          <w:lang w:val="fr-FR"/>
        </w:rPr>
        <w:br/>
        <w:t>instagram.com/mairie_lyon6/</w:t>
      </w:r>
    </w:p>
    <w:p w14:paraId="44BA2D88" w14:textId="77777777" w:rsidR="00C50C98" w:rsidRPr="004C06D0" w:rsidRDefault="00C50C98" w:rsidP="00C50C98">
      <w:pPr>
        <w:rPr>
          <w:rFonts w:ascii="Arial" w:hAnsi="Arial"/>
          <w:sz w:val="36"/>
          <w:lang w:val="fr-FR"/>
        </w:rPr>
      </w:pPr>
    </w:p>
    <w:p w14:paraId="357188C8" w14:textId="77777777" w:rsidR="00C50C98" w:rsidRPr="00286BB7" w:rsidRDefault="00C50C98" w:rsidP="00C50C98">
      <w:pPr>
        <w:rPr>
          <w:rFonts w:ascii="Arial" w:hAnsi="Arial"/>
          <w:b/>
          <w:bCs/>
          <w:sz w:val="36"/>
          <w:lang w:val="fr-FR"/>
        </w:rPr>
      </w:pPr>
      <w:r w:rsidRPr="00286BB7">
        <w:rPr>
          <w:rFonts w:ascii="Arial" w:hAnsi="Arial"/>
          <w:b/>
          <w:bCs/>
          <w:sz w:val="36"/>
          <w:lang w:val="fr-FR"/>
        </w:rPr>
        <w:t>Une rentrée solidaire, engagée et de proximité :</w:t>
      </w:r>
    </w:p>
    <w:p w14:paraId="5F993A58" w14:textId="77777777" w:rsidR="00C50C98" w:rsidRPr="004C06D0" w:rsidRDefault="00C50C98" w:rsidP="00C50C98">
      <w:pPr>
        <w:rPr>
          <w:rFonts w:ascii="Arial" w:hAnsi="Arial"/>
          <w:sz w:val="36"/>
          <w:lang w:val="fr-FR"/>
        </w:rPr>
      </w:pPr>
      <w:r w:rsidRPr="004C06D0">
        <w:rPr>
          <w:rFonts w:ascii="Arial" w:hAnsi="Arial"/>
          <w:sz w:val="36"/>
          <w:lang w:val="fr-FR"/>
        </w:rPr>
        <w:t>La rentrée est un temps de retrouvailles, de nouveaux projets et d'engagements renouvelés. Avec l'ensemble de mon équipe, nous poursuivons une ambition claire : être à vos côtés, à l'écoute de vos attentes et présents dans tous les quartiers.</w:t>
      </w:r>
    </w:p>
    <w:p w14:paraId="14602C12" w14:textId="77777777" w:rsidR="00C50C98" w:rsidRPr="004C06D0" w:rsidRDefault="00C50C98" w:rsidP="00C50C98">
      <w:pPr>
        <w:rPr>
          <w:rFonts w:ascii="Arial" w:hAnsi="Arial"/>
          <w:sz w:val="36"/>
          <w:lang w:val="fr-FR"/>
        </w:rPr>
      </w:pPr>
      <w:r w:rsidRPr="004C06D0">
        <w:rPr>
          <w:rFonts w:ascii="Arial" w:hAnsi="Arial"/>
          <w:sz w:val="36"/>
          <w:lang w:val="fr-FR"/>
        </w:rPr>
        <w:t>Notre arrondissement vibrera au rythme de rendez-vous associatifs, familiaux, culturels et commémoratifs qui le font vivre et qui renforcent le lien entre les habitants.</w:t>
      </w:r>
    </w:p>
    <w:p w14:paraId="488769CF" w14:textId="77777777" w:rsidR="00C50C98" w:rsidRPr="004C06D0" w:rsidRDefault="00C50C98" w:rsidP="00C50C98">
      <w:pPr>
        <w:rPr>
          <w:rFonts w:ascii="Arial" w:hAnsi="Arial"/>
          <w:sz w:val="36"/>
          <w:lang w:val="fr-FR"/>
        </w:rPr>
      </w:pPr>
      <w:r w:rsidRPr="004C06D0">
        <w:rPr>
          <w:rFonts w:ascii="Arial" w:hAnsi="Arial"/>
          <w:sz w:val="36"/>
          <w:lang w:val="fr-FR"/>
        </w:rPr>
        <w:t>Nous continuerons également d'agir avec détermination sur les sujets qui vous préoccupent : la sécurité, la propreté, la qualité de notre cadre de vie et le soutien au commerce de proximité, en allant à votre rencontre.</w:t>
      </w:r>
    </w:p>
    <w:p w14:paraId="0DF2F7AE" w14:textId="1705E3FB" w:rsidR="00C50C98" w:rsidRPr="004C06D0" w:rsidRDefault="00C50C98" w:rsidP="00C50C98">
      <w:pPr>
        <w:rPr>
          <w:rFonts w:ascii="Arial" w:hAnsi="Arial"/>
          <w:sz w:val="36"/>
          <w:lang w:val="fr-FR"/>
        </w:rPr>
      </w:pPr>
      <w:r w:rsidRPr="004C06D0">
        <w:rPr>
          <w:rFonts w:ascii="Arial" w:hAnsi="Arial"/>
          <w:sz w:val="36"/>
          <w:lang w:val="fr-FR"/>
        </w:rPr>
        <w:t>Ensemble, nous poursuivrons notre action pour améliorer votre quotidien dans le 6</w:t>
      </w:r>
      <w:r w:rsidR="00E164D3" w:rsidRPr="004C06D0">
        <w:rPr>
          <w:rFonts w:ascii="Arial" w:hAnsi="Arial"/>
          <w:sz w:val="36"/>
          <w:lang w:val="fr-FR"/>
        </w:rPr>
        <w:t>e</w:t>
      </w:r>
      <w:r w:rsidRPr="004C06D0">
        <w:rPr>
          <w:rFonts w:ascii="Arial" w:hAnsi="Arial"/>
          <w:sz w:val="36"/>
          <w:lang w:val="fr-FR"/>
        </w:rPr>
        <w:t xml:space="preserve"> arrondissement.</w:t>
      </w:r>
    </w:p>
    <w:p w14:paraId="3D147AA5" w14:textId="77777777" w:rsidR="00C50C98" w:rsidRPr="004C06D0" w:rsidRDefault="00C50C98" w:rsidP="00C50C98">
      <w:pPr>
        <w:rPr>
          <w:rFonts w:ascii="Arial" w:hAnsi="Arial"/>
          <w:sz w:val="36"/>
          <w:lang w:val="fr-FR"/>
        </w:rPr>
      </w:pPr>
      <w:r w:rsidRPr="004C06D0">
        <w:rPr>
          <w:rFonts w:ascii="Arial" w:hAnsi="Arial"/>
          <w:sz w:val="36"/>
          <w:lang w:val="fr-FR"/>
        </w:rPr>
        <w:lastRenderedPageBreak/>
        <w:t>Je vous souhaite à toutes et à tous une excellente rentrée.</w:t>
      </w:r>
    </w:p>
    <w:p w14:paraId="55B1DAC4" w14:textId="77777777" w:rsidR="00C50C98" w:rsidRPr="004C06D0" w:rsidRDefault="00C50C98" w:rsidP="00C50C98">
      <w:pPr>
        <w:rPr>
          <w:rFonts w:ascii="Arial" w:hAnsi="Arial"/>
          <w:b/>
          <w:sz w:val="36"/>
          <w:lang w:val="fr-FR"/>
        </w:rPr>
      </w:pPr>
    </w:p>
    <w:p w14:paraId="23226E57" w14:textId="3D8C0FAE" w:rsidR="00C50C98" w:rsidRPr="004C06D0" w:rsidRDefault="00C50C98" w:rsidP="00C50C98">
      <w:pPr>
        <w:rPr>
          <w:rFonts w:ascii="Arial" w:hAnsi="Arial"/>
          <w:sz w:val="36"/>
          <w:lang w:val="fr-FR"/>
        </w:rPr>
      </w:pPr>
      <w:r w:rsidRPr="004C06D0">
        <w:rPr>
          <w:rFonts w:ascii="Arial" w:hAnsi="Arial"/>
          <w:b/>
          <w:sz w:val="36"/>
          <w:lang w:val="fr-FR"/>
        </w:rPr>
        <w:t>Samuel Soulier</w:t>
      </w:r>
      <w:r w:rsidRPr="004C06D0">
        <w:rPr>
          <w:rFonts w:ascii="Arial" w:hAnsi="Arial"/>
          <w:b/>
          <w:sz w:val="36"/>
          <w:lang w:val="fr-FR"/>
        </w:rPr>
        <w:br/>
      </w:r>
      <w:r w:rsidRPr="004C06D0">
        <w:rPr>
          <w:rFonts w:ascii="Arial" w:hAnsi="Arial"/>
          <w:sz w:val="36"/>
          <w:lang w:val="fr-FR"/>
        </w:rPr>
        <w:t>Maire du 6</w:t>
      </w:r>
      <w:r w:rsidR="00E164D3" w:rsidRPr="004C06D0">
        <w:rPr>
          <w:rFonts w:ascii="Arial" w:hAnsi="Arial"/>
          <w:sz w:val="36"/>
          <w:lang w:val="fr-FR"/>
        </w:rPr>
        <w:t>e</w:t>
      </w:r>
      <w:r w:rsidRPr="004C06D0">
        <w:rPr>
          <w:rFonts w:ascii="Arial" w:hAnsi="Arial"/>
          <w:sz w:val="36"/>
          <w:lang w:val="fr-FR"/>
        </w:rPr>
        <w:t xml:space="preserve"> arrondissement</w:t>
      </w:r>
    </w:p>
    <w:p w14:paraId="7AEFD0F9" w14:textId="77777777" w:rsidR="00C50C98" w:rsidRPr="004C06D0" w:rsidRDefault="00C50C98" w:rsidP="00C50C98">
      <w:pPr>
        <w:rPr>
          <w:rFonts w:ascii="Arial" w:hAnsi="Arial"/>
          <w:sz w:val="36"/>
          <w:lang w:val="fr-FR"/>
        </w:rPr>
      </w:pPr>
    </w:p>
    <w:p w14:paraId="5D30EAB3" w14:textId="77777777" w:rsidR="00C50C98" w:rsidRPr="004C06D0" w:rsidRDefault="00C50C98" w:rsidP="00C50C98">
      <w:pPr>
        <w:rPr>
          <w:rFonts w:ascii="Arial" w:hAnsi="Arial"/>
          <w:sz w:val="36"/>
          <w:lang w:val="fr-FR"/>
        </w:rPr>
      </w:pPr>
    </w:p>
    <w:p w14:paraId="38A8B3D0" w14:textId="28801A83" w:rsidR="00C50C98" w:rsidRPr="00286BB7" w:rsidRDefault="00C50C98" w:rsidP="00C50C98">
      <w:pPr>
        <w:rPr>
          <w:rFonts w:ascii="Arial" w:hAnsi="Arial"/>
          <w:b/>
          <w:bCs/>
          <w:sz w:val="36"/>
          <w:lang w:val="fr-FR"/>
        </w:rPr>
      </w:pPr>
      <w:r w:rsidRPr="00286BB7">
        <w:rPr>
          <w:rFonts w:ascii="Arial" w:hAnsi="Arial"/>
          <w:b/>
          <w:bCs/>
          <w:sz w:val="36"/>
          <w:lang w:val="fr-FR"/>
        </w:rPr>
        <w:t>Semaine bleue : le 6</w:t>
      </w:r>
      <w:r w:rsidR="00E164D3" w:rsidRPr="00286BB7">
        <w:rPr>
          <w:rFonts w:ascii="Arial" w:hAnsi="Arial"/>
          <w:b/>
          <w:bCs/>
          <w:sz w:val="36"/>
          <w:lang w:val="fr-FR"/>
        </w:rPr>
        <w:t>e</w:t>
      </w:r>
      <w:r w:rsidRPr="00286BB7">
        <w:rPr>
          <w:rFonts w:ascii="Arial" w:hAnsi="Arial"/>
          <w:b/>
          <w:bCs/>
          <w:sz w:val="36"/>
          <w:lang w:val="fr-FR"/>
        </w:rPr>
        <w:t xml:space="preserve"> se mobilise pour les séniors :</w:t>
      </w:r>
    </w:p>
    <w:p w14:paraId="37D63AAB" w14:textId="77777777" w:rsidR="004837A4" w:rsidRPr="004C06D0" w:rsidRDefault="00C50C98" w:rsidP="00C50C98">
      <w:pPr>
        <w:rPr>
          <w:rFonts w:ascii="Arial" w:hAnsi="Arial"/>
          <w:sz w:val="36"/>
          <w:lang w:val="fr-FR"/>
        </w:rPr>
      </w:pPr>
      <w:r w:rsidRPr="004C06D0">
        <w:rPr>
          <w:rFonts w:ascii="Arial" w:hAnsi="Arial"/>
          <w:sz w:val="36"/>
          <w:lang w:val="fr-FR"/>
        </w:rPr>
        <w:t>À l'occasion de la Semaine bleue visant à valoriser la place de nos aînés et les liens intergénérationnels, le Maire du 6</w:t>
      </w:r>
      <w:r w:rsidR="00E164D3" w:rsidRPr="004C06D0">
        <w:rPr>
          <w:rFonts w:ascii="Arial" w:hAnsi="Arial"/>
          <w:sz w:val="36"/>
          <w:lang w:val="fr-FR"/>
        </w:rPr>
        <w:t>e</w:t>
      </w:r>
      <w:r w:rsidRPr="004C06D0">
        <w:rPr>
          <w:rFonts w:ascii="Arial" w:hAnsi="Arial"/>
          <w:sz w:val="36"/>
          <w:lang w:val="fr-FR"/>
        </w:rPr>
        <w:t xml:space="preserve"> arrondissement et son adjointe aux Séniors, Marie-Laure Agnèse, proposent plusieurs rendez-vous aux séniors à la mairie : </w:t>
      </w:r>
    </w:p>
    <w:p w14:paraId="18A920FE" w14:textId="77777777" w:rsidR="004837A4" w:rsidRPr="004C06D0" w:rsidRDefault="004837A4" w:rsidP="004837A4">
      <w:pPr>
        <w:pStyle w:val="Listepuces"/>
        <w:rPr>
          <w:rFonts w:ascii="Arial" w:hAnsi="Arial"/>
          <w:sz w:val="36"/>
          <w:lang w:val="fr-FR"/>
        </w:rPr>
      </w:pPr>
      <w:r w:rsidRPr="004C06D0">
        <w:rPr>
          <w:rFonts w:ascii="Arial" w:hAnsi="Arial"/>
          <w:sz w:val="36"/>
          <w:lang w:val="fr-FR"/>
        </w:rPr>
        <w:t>C</w:t>
      </w:r>
      <w:r w:rsidR="00C50C98" w:rsidRPr="004C06D0">
        <w:rPr>
          <w:rFonts w:ascii="Arial" w:hAnsi="Arial"/>
          <w:sz w:val="36"/>
          <w:lang w:val="fr-FR"/>
        </w:rPr>
        <w:t xml:space="preserve">oncert de Solevento le 5 octobre à 14h, </w:t>
      </w:r>
    </w:p>
    <w:p w14:paraId="0210CC6B" w14:textId="77777777" w:rsidR="004837A4" w:rsidRPr="004C06D0" w:rsidRDefault="004837A4" w:rsidP="004837A4">
      <w:pPr>
        <w:pStyle w:val="Listepuces"/>
        <w:rPr>
          <w:rFonts w:ascii="Arial" w:hAnsi="Arial"/>
          <w:sz w:val="36"/>
          <w:lang w:val="fr-FR"/>
        </w:rPr>
      </w:pPr>
      <w:r w:rsidRPr="004C06D0">
        <w:rPr>
          <w:rFonts w:ascii="Arial" w:hAnsi="Arial"/>
          <w:sz w:val="36"/>
          <w:lang w:val="fr-FR"/>
        </w:rPr>
        <w:t>D</w:t>
      </w:r>
      <w:r w:rsidR="00C50C98" w:rsidRPr="004C06D0">
        <w:rPr>
          <w:rFonts w:ascii="Arial" w:hAnsi="Arial"/>
          <w:sz w:val="36"/>
          <w:lang w:val="fr-FR"/>
        </w:rPr>
        <w:t xml:space="preserve">écouverte du </w:t>
      </w:r>
      <w:proofErr w:type="spellStart"/>
      <w:r w:rsidR="00C50C98" w:rsidRPr="004C06D0">
        <w:rPr>
          <w:rFonts w:ascii="Arial" w:hAnsi="Arial"/>
          <w:sz w:val="36"/>
          <w:lang w:val="fr-FR"/>
        </w:rPr>
        <w:t>brain</w:t>
      </w:r>
      <w:proofErr w:type="spellEnd"/>
      <w:r w:rsidR="00C50C98" w:rsidRPr="004C06D0">
        <w:rPr>
          <w:rFonts w:ascii="Arial" w:hAnsi="Arial"/>
          <w:sz w:val="36"/>
          <w:lang w:val="fr-FR"/>
        </w:rPr>
        <w:t xml:space="preserve"> </w:t>
      </w:r>
      <w:proofErr w:type="spellStart"/>
      <w:r w:rsidR="00C50C98" w:rsidRPr="004C06D0">
        <w:rPr>
          <w:rFonts w:ascii="Arial" w:hAnsi="Arial"/>
          <w:sz w:val="36"/>
          <w:lang w:val="fr-FR"/>
        </w:rPr>
        <w:t>ball</w:t>
      </w:r>
      <w:proofErr w:type="spellEnd"/>
      <w:r w:rsidR="00C50C98" w:rsidRPr="004C06D0">
        <w:rPr>
          <w:rFonts w:ascii="Arial" w:hAnsi="Arial"/>
          <w:sz w:val="36"/>
          <w:lang w:val="fr-FR"/>
        </w:rPr>
        <w:t xml:space="preserve"> le 6 octobre de 16h30 à 17h45, </w:t>
      </w:r>
    </w:p>
    <w:p w14:paraId="3B0703C9" w14:textId="73EAECBC" w:rsidR="00C50C98" w:rsidRPr="004C06D0" w:rsidRDefault="004837A4" w:rsidP="004837A4">
      <w:pPr>
        <w:pStyle w:val="Listepuces"/>
        <w:rPr>
          <w:rFonts w:ascii="Arial" w:hAnsi="Arial"/>
          <w:sz w:val="36"/>
          <w:lang w:val="fr-FR"/>
        </w:rPr>
      </w:pPr>
      <w:r w:rsidRPr="004C06D0">
        <w:rPr>
          <w:rFonts w:ascii="Arial" w:hAnsi="Arial"/>
          <w:sz w:val="36"/>
          <w:lang w:val="fr-FR"/>
        </w:rPr>
        <w:t>C</w:t>
      </w:r>
      <w:r w:rsidR="00C50C98" w:rsidRPr="004C06D0">
        <w:rPr>
          <w:rFonts w:ascii="Arial" w:hAnsi="Arial"/>
          <w:sz w:val="36"/>
          <w:lang w:val="fr-FR"/>
        </w:rPr>
        <w:t xml:space="preserve">oncert intergénérationnel le 7 octobre à 14h30 et dépistage auditif gratuit le 8 octobre de 9h à 17h. </w:t>
      </w:r>
    </w:p>
    <w:p w14:paraId="17290BF7" w14:textId="77777777" w:rsidR="00C50C98" w:rsidRPr="004C06D0" w:rsidRDefault="00C50C98" w:rsidP="00C50C98">
      <w:pPr>
        <w:rPr>
          <w:rFonts w:ascii="Arial" w:hAnsi="Arial"/>
          <w:sz w:val="36"/>
          <w:lang w:val="fr-FR"/>
        </w:rPr>
      </w:pPr>
      <w:r w:rsidRPr="004C06D0">
        <w:rPr>
          <w:rFonts w:ascii="Arial" w:hAnsi="Arial"/>
          <w:sz w:val="36"/>
          <w:lang w:val="fr-FR"/>
        </w:rPr>
        <w:t>Une programmation riche pour lutter contre l'isolement de nos aînés et les accompagner dans leur quotidien.</w:t>
      </w:r>
    </w:p>
    <w:p w14:paraId="1CBCC352" w14:textId="77777777" w:rsidR="00C50C98" w:rsidRPr="004C06D0" w:rsidRDefault="00C50C98" w:rsidP="00C50C98">
      <w:pPr>
        <w:rPr>
          <w:rFonts w:ascii="Arial" w:hAnsi="Arial"/>
          <w:sz w:val="36"/>
          <w:lang w:val="fr-FR"/>
        </w:rPr>
      </w:pPr>
      <w:r w:rsidRPr="004C06D0">
        <w:rPr>
          <w:rFonts w:ascii="Arial" w:hAnsi="Arial"/>
          <w:b/>
          <w:sz w:val="36"/>
          <w:lang w:val="fr-FR"/>
        </w:rPr>
        <w:t>Inscriptions et informations :</w:t>
      </w:r>
      <w:r w:rsidRPr="004C06D0">
        <w:rPr>
          <w:rFonts w:ascii="Arial" w:hAnsi="Arial"/>
          <w:sz w:val="36"/>
          <w:lang w:val="fr-FR"/>
        </w:rPr>
        <w:t xml:space="preserve"> protocole.ma6@mairie-lyon.fr ou 04 72 83 15 07.</w:t>
      </w:r>
    </w:p>
    <w:p w14:paraId="109DEA4C" w14:textId="77777777" w:rsidR="00C50C98" w:rsidRPr="004C06D0" w:rsidRDefault="00C50C98" w:rsidP="00C50C98">
      <w:pPr>
        <w:rPr>
          <w:rFonts w:ascii="Arial" w:hAnsi="Arial"/>
          <w:sz w:val="36"/>
          <w:lang w:val="fr-FR"/>
        </w:rPr>
      </w:pPr>
    </w:p>
    <w:p w14:paraId="1532205B" w14:textId="77777777" w:rsidR="00C50C98" w:rsidRPr="004C06D0" w:rsidRDefault="00C50C98" w:rsidP="00C50C98">
      <w:pPr>
        <w:rPr>
          <w:rFonts w:ascii="Arial" w:hAnsi="Arial"/>
          <w:sz w:val="36"/>
          <w:lang w:val="fr-FR"/>
        </w:rPr>
      </w:pPr>
      <w:r w:rsidRPr="00286BB7">
        <w:rPr>
          <w:rFonts w:ascii="Arial" w:hAnsi="Arial"/>
          <w:b/>
          <w:bCs/>
          <w:sz w:val="36"/>
          <w:lang w:val="fr-FR"/>
        </w:rPr>
        <w:t xml:space="preserve">Un programme inédit pour les Journées européennes </w:t>
      </w:r>
      <w:r w:rsidRPr="004C06D0">
        <w:rPr>
          <w:rFonts w:ascii="Arial" w:hAnsi="Arial"/>
          <w:sz w:val="36"/>
          <w:lang w:val="fr-FR"/>
        </w:rPr>
        <w:t>du patrimoine :</w:t>
      </w:r>
    </w:p>
    <w:p w14:paraId="3F10061F" w14:textId="28106F7E" w:rsidR="00C50C98" w:rsidRPr="004C06D0" w:rsidRDefault="00C50C98" w:rsidP="00C50C98">
      <w:pPr>
        <w:rPr>
          <w:rFonts w:ascii="Arial" w:hAnsi="Arial"/>
          <w:sz w:val="36"/>
          <w:lang w:val="fr-FR"/>
        </w:rPr>
      </w:pPr>
      <w:r w:rsidRPr="004C06D0">
        <w:rPr>
          <w:rFonts w:ascii="Arial" w:hAnsi="Arial"/>
          <w:sz w:val="36"/>
          <w:lang w:val="fr-FR"/>
        </w:rPr>
        <w:lastRenderedPageBreak/>
        <w:t>À l'occasion des Journées européennes du patrimoine, Samuel Soulier, Maire du 6</w:t>
      </w:r>
      <w:r w:rsidR="00E164D3" w:rsidRPr="004C06D0">
        <w:rPr>
          <w:rFonts w:ascii="Arial" w:hAnsi="Arial"/>
          <w:sz w:val="36"/>
          <w:lang w:val="fr-FR"/>
        </w:rPr>
        <w:t>e</w:t>
      </w:r>
      <w:r w:rsidRPr="004C06D0">
        <w:rPr>
          <w:rFonts w:ascii="Arial" w:hAnsi="Arial"/>
          <w:sz w:val="36"/>
          <w:lang w:val="fr-FR"/>
        </w:rPr>
        <w:t xml:space="preserve"> arrondissement, et Romain Billard, conseiller du 6</w:t>
      </w:r>
      <w:r w:rsidR="00E164D3" w:rsidRPr="004C06D0">
        <w:rPr>
          <w:rFonts w:ascii="Arial" w:hAnsi="Arial"/>
          <w:sz w:val="36"/>
          <w:lang w:val="fr-FR"/>
        </w:rPr>
        <w:t>e</w:t>
      </w:r>
      <w:r w:rsidRPr="004C06D0">
        <w:rPr>
          <w:rFonts w:ascii="Arial" w:hAnsi="Arial"/>
          <w:sz w:val="36"/>
          <w:lang w:val="fr-FR"/>
        </w:rPr>
        <w:t xml:space="preserve"> délégué à l'Urbanisme et au Patrimoine, vous invitent à deux balades urbaines inédites.</w:t>
      </w:r>
    </w:p>
    <w:p w14:paraId="64C79C8A" w14:textId="1358ADEF" w:rsidR="00C50C98" w:rsidRPr="004C06D0" w:rsidRDefault="00C50C98" w:rsidP="00C50C98">
      <w:pPr>
        <w:rPr>
          <w:rFonts w:ascii="Arial" w:hAnsi="Arial"/>
          <w:sz w:val="36"/>
          <w:lang w:val="fr-FR"/>
        </w:rPr>
      </w:pPr>
      <w:r w:rsidRPr="004C06D0">
        <w:rPr>
          <w:rFonts w:ascii="Arial" w:hAnsi="Arial"/>
          <w:sz w:val="36"/>
          <w:lang w:val="fr-FR"/>
        </w:rPr>
        <w:t>Le 19 septembre de 10h à 12h, "Le 6</w:t>
      </w:r>
      <w:r w:rsidR="00E164D3" w:rsidRPr="004C06D0">
        <w:rPr>
          <w:rFonts w:ascii="Arial" w:hAnsi="Arial"/>
          <w:sz w:val="36"/>
          <w:lang w:val="fr-FR"/>
        </w:rPr>
        <w:t>e</w:t>
      </w:r>
      <w:r w:rsidRPr="004C06D0">
        <w:rPr>
          <w:rFonts w:ascii="Arial" w:hAnsi="Arial"/>
          <w:sz w:val="36"/>
          <w:lang w:val="fr-FR"/>
        </w:rPr>
        <w:t xml:space="preserve"> disparu" retracera les grandes transformations urbaines de l'arrondissement. </w:t>
      </w:r>
    </w:p>
    <w:p w14:paraId="58CD4CB2" w14:textId="77777777" w:rsidR="00C50C98" w:rsidRPr="004C06D0" w:rsidRDefault="00C50C98" w:rsidP="00C50C98">
      <w:pPr>
        <w:rPr>
          <w:rFonts w:ascii="Arial" w:hAnsi="Arial"/>
          <w:sz w:val="36"/>
          <w:lang w:val="fr-FR"/>
        </w:rPr>
      </w:pPr>
      <w:r w:rsidRPr="004C06D0">
        <w:rPr>
          <w:rFonts w:ascii="Arial" w:hAnsi="Arial"/>
          <w:sz w:val="36"/>
          <w:lang w:val="fr-FR"/>
        </w:rPr>
        <w:t>Le 20 septembre de 15h à 17h, "Bellecombe, le village caché du 6e" permettra de découvrir l'histoire et le patrimoine méconnu de ce quartier à l'identité singulière.</w:t>
      </w:r>
    </w:p>
    <w:p w14:paraId="57043E73" w14:textId="77777777" w:rsidR="00C50C98" w:rsidRPr="004C06D0" w:rsidRDefault="00C50C98" w:rsidP="00C50C98">
      <w:pPr>
        <w:rPr>
          <w:rFonts w:ascii="Arial" w:hAnsi="Arial"/>
          <w:sz w:val="36"/>
          <w:lang w:val="fr-FR"/>
        </w:rPr>
      </w:pPr>
      <w:r w:rsidRPr="004C06D0">
        <w:rPr>
          <w:rFonts w:ascii="Arial" w:hAnsi="Arial"/>
          <w:sz w:val="36"/>
          <w:lang w:val="fr-FR"/>
        </w:rPr>
        <w:t>+ Toute la programmation des Journées européennes du patrimoine 2026 est à retrouver sur mairie6.lyon.fr.</w:t>
      </w:r>
    </w:p>
    <w:p w14:paraId="58DCB04C" w14:textId="77777777" w:rsidR="00C50C98" w:rsidRPr="004C06D0" w:rsidRDefault="00C50C98" w:rsidP="00C50C98">
      <w:pPr>
        <w:rPr>
          <w:rFonts w:ascii="Arial" w:hAnsi="Arial"/>
          <w:sz w:val="36"/>
          <w:lang w:val="fr-FR"/>
        </w:rPr>
      </w:pPr>
    </w:p>
    <w:p w14:paraId="25642A61" w14:textId="77777777" w:rsidR="00C50C98" w:rsidRPr="004C06D0" w:rsidRDefault="00C50C98" w:rsidP="00C50C98">
      <w:pPr>
        <w:rPr>
          <w:rFonts w:ascii="Arial" w:hAnsi="Arial"/>
          <w:sz w:val="36"/>
          <w:lang w:val="fr-FR"/>
        </w:rPr>
      </w:pPr>
    </w:p>
    <w:p w14:paraId="0EBA8BC1" w14:textId="1D4CB485" w:rsidR="00C50C98" w:rsidRPr="00286BB7" w:rsidRDefault="00286BB7" w:rsidP="00C50C98">
      <w:pPr>
        <w:rPr>
          <w:rFonts w:ascii="Arial" w:hAnsi="Arial"/>
          <w:b/>
          <w:bCs/>
          <w:sz w:val="36"/>
          <w:lang w:val="fr-FR"/>
        </w:rPr>
      </w:pPr>
      <w:r w:rsidRPr="00286BB7">
        <w:rPr>
          <w:rFonts w:ascii="Arial" w:hAnsi="Arial"/>
          <w:b/>
          <w:bCs/>
          <w:sz w:val="36"/>
          <w:lang w:val="fr-FR"/>
        </w:rPr>
        <w:t>AGENDA :</w:t>
      </w:r>
    </w:p>
    <w:p w14:paraId="25902DA7" w14:textId="77777777" w:rsidR="00C50C98" w:rsidRPr="004C06D0" w:rsidRDefault="00C50C98" w:rsidP="00C50C98">
      <w:pPr>
        <w:pStyle w:val="Listepuces"/>
        <w:rPr>
          <w:rFonts w:ascii="Arial" w:hAnsi="Arial"/>
          <w:sz w:val="36"/>
          <w:lang w:val="fr-FR"/>
        </w:rPr>
      </w:pPr>
      <w:r w:rsidRPr="004C06D0">
        <w:rPr>
          <w:rFonts w:ascii="Arial" w:hAnsi="Arial"/>
          <w:b/>
          <w:sz w:val="36"/>
          <w:lang w:val="fr-FR"/>
        </w:rPr>
        <w:t>Les 26 et 27 septembre :</w:t>
      </w:r>
      <w:r w:rsidRPr="004C06D0">
        <w:rPr>
          <w:rFonts w:ascii="Arial" w:hAnsi="Arial"/>
          <w:b/>
          <w:sz w:val="36"/>
          <w:lang w:val="fr-FR"/>
        </w:rPr>
        <w:br/>
      </w:r>
      <w:r w:rsidRPr="004C06D0">
        <w:rPr>
          <w:rFonts w:ascii="Arial" w:hAnsi="Arial"/>
          <w:sz w:val="36"/>
          <w:lang w:val="fr-FR"/>
        </w:rPr>
        <w:t>Marché Autrement, place du Maréchal-Lyautey.</w:t>
      </w:r>
    </w:p>
    <w:p w14:paraId="27341E89" w14:textId="77777777" w:rsidR="00C50C98" w:rsidRPr="004C06D0" w:rsidRDefault="00C50C98" w:rsidP="00C50C98">
      <w:pPr>
        <w:pStyle w:val="Listepuces"/>
        <w:spacing w:line="240" w:lineRule="auto"/>
        <w:ind w:left="720"/>
        <w:rPr>
          <w:rFonts w:ascii="Arial" w:hAnsi="Arial"/>
          <w:sz w:val="36"/>
          <w:lang w:val="fr-FR"/>
        </w:rPr>
      </w:pPr>
      <w:r w:rsidRPr="004C06D0">
        <w:rPr>
          <w:rFonts w:ascii="Arial" w:hAnsi="Arial"/>
          <w:sz w:val="36"/>
          <w:lang w:val="fr-FR"/>
        </w:rPr>
        <w:t>Le 26 de 10h à 19h : Marché.</w:t>
      </w:r>
    </w:p>
    <w:p w14:paraId="15843075" w14:textId="77777777" w:rsidR="00C50C98" w:rsidRPr="004C06D0" w:rsidRDefault="00C50C98" w:rsidP="00C50C98">
      <w:pPr>
        <w:pStyle w:val="Listepuces"/>
        <w:numPr>
          <w:ilvl w:val="0"/>
          <w:numId w:val="0"/>
        </w:numPr>
        <w:spacing w:line="240" w:lineRule="auto"/>
        <w:ind w:left="720"/>
        <w:rPr>
          <w:rFonts w:ascii="Arial" w:hAnsi="Arial"/>
          <w:sz w:val="36"/>
          <w:lang w:val="fr-FR"/>
        </w:rPr>
      </w:pPr>
    </w:p>
    <w:p w14:paraId="0B43C54F" w14:textId="77777777" w:rsidR="00C50C98" w:rsidRPr="004C06D0" w:rsidRDefault="00C50C98" w:rsidP="00C50C98">
      <w:pPr>
        <w:pStyle w:val="Listepuces"/>
        <w:spacing w:line="240" w:lineRule="auto"/>
        <w:ind w:left="720"/>
        <w:rPr>
          <w:rFonts w:ascii="Arial" w:hAnsi="Arial"/>
          <w:sz w:val="36"/>
          <w:lang w:val="fr-FR"/>
        </w:rPr>
      </w:pPr>
      <w:r w:rsidRPr="004C06D0">
        <w:rPr>
          <w:rFonts w:ascii="Arial" w:hAnsi="Arial"/>
          <w:sz w:val="36"/>
          <w:lang w:val="fr-FR"/>
        </w:rPr>
        <w:t>Le 26 de 19h à 22h :</w:t>
      </w:r>
      <w:r w:rsidRPr="004C06D0">
        <w:rPr>
          <w:rFonts w:ascii="Arial" w:hAnsi="Arial"/>
          <w:sz w:val="36"/>
          <w:lang w:val="fr-FR"/>
        </w:rPr>
        <w:br/>
        <w:t>guinguette et concert de musique live ;</w:t>
      </w:r>
    </w:p>
    <w:p w14:paraId="41F52225" w14:textId="77777777" w:rsidR="00C50C98" w:rsidRPr="004C06D0" w:rsidRDefault="00C50C98" w:rsidP="00C50C98">
      <w:pPr>
        <w:pStyle w:val="Listepuces"/>
        <w:numPr>
          <w:ilvl w:val="0"/>
          <w:numId w:val="0"/>
        </w:numPr>
        <w:spacing w:line="240" w:lineRule="auto"/>
        <w:ind w:left="720"/>
        <w:rPr>
          <w:rFonts w:ascii="Arial" w:hAnsi="Arial"/>
          <w:sz w:val="36"/>
          <w:lang w:val="fr-FR"/>
        </w:rPr>
      </w:pPr>
    </w:p>
    <w:p w14:paraId="742BB2FD" w14:textId="77777777" w:rsidR="00C50C98" w:rsidRPr="004C06D0" w:rsidRDefault="00C50C98" w:rsidP="00C50C98">
      <w:pPr>
        <w:pStyle w:val="Listepuces"/>
        <w:spacing w:line="240" w:lineRule="auto"/>
        <w:ind w:left="720"/>
        <w:rPr>
          <w:rFonts w:ascii="Arial" w:hAnsi="Arial"/>
          <w:sz w:val="36"/>
          <w:lang w:val="fr-FR"/>
        </w:rPr>
      </w:pPr>
      <w:r w:rsidRPr="004C06D0">
        <w:rPr>
          <w:rFonts w:ascii="Arial" w:hAnsi="Arial"/>
          <w:sz w:val="36"/>
          <w:lang w:val="fr-FR"/>
        </w:rPr>
        <w:t>Le 27 de 10h à 18h : Marché.</w:t>
      </w:r>
    </w:p>
    <w:p w14:paraId="4B7E940A" w14:textId="291D62DA" w:rsidR="00D73DCA" w:rsidRDefault="00D73DCA">
      <w:pPr>
        <w:rPr>
          <w:rFonts w:ascii="Arial" w:hAnsi="Arial"/>
          <w:sz w:val="36"/>
          <w:lang w:val="fr-FR"/>
        </w:rPr>
      </w:pPr>
      <w:r>
        <w:rPr>
          <w:rFonts w:ascii="Arial" w:hAnsi="Arial"/>
          <w:sz w:val="36"/>
          <w:lang w:val="fr-FR"/>
        </w:rPr>
        <w:br w:type="page"/>
      </w:r>
    </w:p>
    <w:p w14:paraId="7A5AAE68" w14:textId="2DA73CD3" w:rsidR="00C50C98" w:rsidRPr="00286BB7" w:rsidRDefault="00286BB7" w:rsidP="00C50C98">
      <w:pPr>
        <w:pStyle w:val="Titre1"/>
        <w:jc w:val="center"/>
        <w:rPr>
          <w:rFonts w:ascii="Arial" w:hAnsi="Arial"/>
          <w:sz w:val="44"/>
          <w:szCs w:val="36"/>
          <w:lang w:val="fr-FR"/>
        </w:rPr>
      </w:pPr>
      <w:bookmarkStart w:id="37" w:name="_Toc239853023"/>
      <w:r w:rsidRPr="00286BB7">
        <w:rPr>
          <w:rFonts w:ascii="Arial" w:hAnsi="Arial"/>
          <w:sz w:val="44"/>
          <w:szCs w:val="36"/>
          <w:lang w:val="fr-FR"/>
        </w:rPr>
        <w:lastRenderedPageBreak/>
        <w:t>MON 7</w:t>
      </w:r>
      <w:r>
        <w:rPr>
          <w:rFonts w:ascii="Arial" w:hAnsi="Arial"/>
          <w:sz w:val="44"/>
          <w:szCs w:val="36"/>
          <w:lang w:val="fr-FR"/>
        </w:rPr>
        <w:t>e</w:t>
      </w:r>
      <w:r w:rsidRPr="00286BB7">
        <w:rPr>
          <w:rFonts w:ascii="Arial" w:hAnsi="Arial"/>
          <w:sz w:val="44"/>
          <w:szCs w:val="36"/>
          <w:lang w:val="fr-FR"/>
        </w:rPr>
        <w:t xml:space="preserve"> ARRONDISSEMENT</w:t>
      </w:r>
      <w:bookmarkEnd w:id="37"/>
    </w:p>
    <w:p w14:paraId="03E1CBB0" w14:textId="77777777" w:rsidR="00C50C98" w:rsidRPr="004C06D0" w:rsidRDefault="00C50C98" w:rsidP="00C50C98">
      <w:pPr>
        <w:rPr>
          <w:rFonts w:ascii="Arial" w:hAnsi="Arial"/>
          <w:sz w:val="36"/>
          <w:lang w:val="fr-FR"/>
        </w:rPr>
      </w:pPr>
    </w:p>
    <w:p w14:paraId="084FD4D1" w14:textId="77777777" w:rsidR="00C50C98" w:rsidRPr="004C06D0" w:rsidRDefault="00C50C98" w:rsidP="00C50C98">
      <w:pPr>
        <w:rPr>
          <w:rFonts w:ascii="Arial" w:hAnsi="Arial"/>
          <w:sz w:val="36"/>
          <w:lang w:val="fr-FR"/>
        </w:rPr>
      </w:pPr>
      <w:r w:rsidRPr="004C06D0">
        <w:rPr>
          <w:rFonts w:ascii="Arial" w:hAnsi="Arial"/>
          <w:sz w:val="36"/>
          <w:lang w:val="fr-FR"/>
        </w:rPr>
        <w:t>Mairie du 7</w:t>
      </w:r>
      <w:r w:rsidRPr="004C06D0">
        <w:rPr>
          <w:rFonts w:ascii="Arial" w:hAnsi="Arial"/>
          <w:sz w:val="36"/>
          <w:vertAlign w:val="superscript"/>
          <w:lang w:val="fr-FR"/>
        </w:rPr>
        <w:t>e </w:t>
      </w:r>
      <w:r w:rsidRPr="004C06D0">
        <w:rPr>
          <w:rFonts w:ascii="Arial" w:hAnsi="Arial"/>
          <w:sz w:val="36"/>
          <w:lang w:val="fr-FR"/>
        </w:rPr>
        <w:t>:</w:t>
      </w:r>
      <w:r w:rsidRPr="004C06D0">
        <w:rPr>
          <w:rFonts w:ascii="Arial" w:hAnsi="Arial"/>
          <w:sz w:val="36"/>
          <w:lang w:val="fr-FR"/>
        </w:rPr>
        <w:br/>
        <w:t>16 place Jean-Macé</w:t>
      </w:r>
      <w:r w:rsidRPr="004C06D0">
        <w:rPr>
          <w:rFonts w:ascii="Arial" w:hAnsi="Arial"/>
          <w:sz w:val="36"/>
          <w:lang w:val="fr-FR"/>
        </w:rPr>
        <w:br/>
        <w:t>69007 Lyon</w:t>
      </w:r>
      <w:r w:rsidRPr="004C06D0">
        <w:rPr>
          <w:rFonts w:ascii="Arial" w:hAnsi="Arial"/>
          <w:sz w:val="36"/>
          <w:lang w:val="fr-FR"/>
        </w:rPr>
        <w:br/>
        <w:t>04 72 73 68 00</w:t>
      </w:r>
      <w:r w:rsidRPr="004C06D0">
        <w:rPr>
          <w:rFonts w:ascii="Arial" w:hAnsi="Arial"/>
          <w:sz w:val="36"/>
          <w:lang w:val="fr-FR"/>
        </w:rPr>
        <w:br/>
        <w:t>mairie7.lyon.fr</w:t>
      </w:r>
      <w:r w:rsidRPr="004C06D0">
        <w:rPr>
          <w:rFonts w:ascii="Arial" w:hAnsi="Arial"/>
          <w:sz w:val="36"/>
          <w:lang w:val="fr-FR"/>
        </w:rPr>
        <w:br/>
        <w:t>mairie7@mairie-lyon.fr</w:t>
      </w:r>
      <w:r w:rsidRPr="004C06D0">
        <w:rPr>
          <w:rFonts w:ascii="Arial" w:hAnsi="Arial"/>
          <w:sz w:val="36"/>
          <w:lang w:val="fr-FR"/>
        </w:rPr>
        <w:br/>
        <w:t>Réseaux sociaux :</w:t>
      </w:r>
      <w:r w:rsidRPr="004C06D0">
        <w:rPr>
          <w:rFonts w:ascii="Arial" w:hAnsi="Arial"/>
          <w:sz w:val="36"/>
          <w:lang w:val="fr-FR"/>
        </w:rPr>
        <w:br/>
        <w:t>Mairie7Lyon</w:t>
      </w:r>
    </w:p>
    <w:p w14:paraId="79A3FA0A" w14:textId="77777777" w:rsidR="00C50C98" w:rsidRPr="004C06D0" w:rsidRDefault="00C50C98" w:rsidP="00C50C98">
      <w:pPr>
        <w:rPr>
          <w:rFonts w:ascii="Arial" w:hAnsi="Arial"/>
          <w:sz w:val="36"/>
          <w:lang w:val="fr-FR"/>
        </w:rPr>
      </w:pPr>
    </w:p>
    <w:p w14:paraId="22BC409B" w14:textId="77777777" w:rsidR="00C50C98" w:rsidRPr="00286BB7" w:rsidRDefault="00C50C98" w:rsidP="00C50C98">
      <w:pPr>
        <w:rPr>
          <w:rFonts w:ascii="Arial" w:hAnsi="Arial"/>
          <w:b/>
          <w:bCs/>
          <w:sz w:val="36"/>
          <w:lang w:val="fr-FR"/>
        </w:rPr>
      </w:pPr>
      <w:r w:rsidRPr="00286BB7">
        <w:rPr>
          <w:rFonts w:ascii="Arial" w:hAnsi="Arial"/>
          <w:b/>
          <w:bCs/>
          <w:sz w:val="36"/>
          <w:lang w:val="fr-FR"/>
        </w:rPr>
        <w:t>Place à la rentrée !</w:t>
      </w:r>
    </w:p>
    <w:p w14:paraId="2B072E3C" w14:textId="77777777" w:rsidR="00C50C98" w:rsidRPr="004C06D0" w:rsidRDefault="00C50C98" w:rsidP="00C50C98">
      <w:pPr>
        <w:rPr>
          <w:rFonts w:ascii="Arial" w:hAnsi="Arial"/>
          <w:sz w:val="36"/>
          <w:lang w:val="fr-FR"/>
        </w:rPr>
      </w:pPr>
      <w:r w:rsidRPr="004C06D0">
        <w:rPr>
          <w:rFonts w:ascii="Arial" w:hAnsi="Arial"/>
          <w:sz w:val="36"/>
          <w:lang w:val="fr-FR"/>
        </w:rPr>
        <w:t>Après ces nombreux épisodes de forte chaleur, je souhaite commencer cette rentrée en saluant le travail des équipes pédagogiques et des agents de la Ville qui ont œuvré à maintenir les conditions d'apprentissage des enfants. De nombreux travaux ont été réalisés cet été dans les écoles : réfection des cantines, étanchéité, sécurité incendie...</w:t>
      </w:r>
    </w:p>
    <w:p w14:paraId="4D8588EA" w14:textId="6CA30DE1" w:rsidR="00C50C98" w:rsidRPr="004C06D0" w:rsidRDefault="00C50C98" w:rsidP="00C50C98">
      <w:pPr>
        <w:rPr>
          <w:rFonts w:ascii="Arial" w:hAnsi="Arial"/>
          <w:sz w:val="36"/>
          <w:lang w:val="fr-FR"/>
        </w:rPr>
      </w:pPr>
      <w:r w:rsidRPr="004C06D0">
        <w:rPr>
          <w:rFonts w:ascii="Arial" w:hAnsi="Arial"/>
          <w:sz w:val="36"/>
          <w:lang w:val="fr-FR"/>
        </w:rPr>
        <w:t>Nous continuerons donc à travailler toute l'année avec les écoles et l'ensemble des acteurs du 7</w:t>
      </w:r>
      <w:r w:rsidR="00E164D3" w:rsidRPr="004C06D0">
        <w:rPr>
          <w:rFonts w:ascii="Arial" w:hAnsi="Arial"/>
          <w:sz w:val="36"/>
          <w:lang w:val="fr-FR"/>
        </w:rPr>
        <w:t>e</w:t>
      </w:r>
      <w:r w:rsidRPr="004C06D0">
        <w:rPr>
          <w:rFonts w:ascii="Arial" w:hAnsi="Arial"/>
          <w:sz w:val="36"/>
          <w:lang w:val="fr-FR"/>
        </w:rPr>
        <w:t>, afin d'améliorer concrètement les conditions d'accueil des enfants.</w:t>
      </w:r>
    </w:p>
    <w:p w14:paraId="16E26009" w14:textId="77777777" w:rsidR="00C50C98" w:rsidRPr="004C06D0" w:rsidRDefault="00C50C98" w:rsidP="00C50C98">
      <w:pPr>
        <w:rPr>
          <w:rFonts w:ascii="Arial" w:hAnsi="Arial"/>
          <w:sz w:val="36"/>
          <w:lang w:val="fr-FR"/>
        </w:rPr>
      </w:pPr>
      <w:r w:rsidRPr="004C06D0">
        <w:rPr>
          <w:rFonts w:ascii="Arial" w:hAnsi="Arial"/>
          <w:sz w:val="36"/>
          <w:lang w:val="fr-FR"/>
        </w:rPr>
        <w:t>La rentrée sera aussi l'occasion de retrouver les rendez-vous qui font vivre notre arrondissement : brocantes, fêtes de quartier, Semaine bleue des seniors, événements sportifs...</w:t>
      </w:r>
    </w:p>
    <w:p w14:paraId="058B09BF" w14:textId="77777777" w:rsidR="00C50C98" w:rsidRPr="004C06D0" w:rsidRDefault="00C50C98" w:rsidP="00C50C98">
      <w:pPr>
        <w:rPr>
          <w:rFonts w:ascii="Arial" w:hAnsi="Arial"/>
          <w:sz w:val="36"/>
          <w:lang w:val="fr-FR"/>
        </w:rPr>
      </w:pPr>
      <w:r w:rsidRPr="004C06D0">
        <w:rPr>
          <w:rFonts w:ascii="Arial" w:hAnsi="Arial"/>
          <w:sz w:val="36"/>
          <w:lang w:val="fr-FR"/>
        </w:rPr>
        <w:t>Autant d'opportunités de se retrouver et d'échanger.</w:t>
      </w:r>
    </w:p>
    <w:p w14:paraId="42019B02" w14:textId="77777777" w:rsidR="00C50C98" w:rsidRPr="004C06D0" w:rsidRDefault="00C50C98" w:rsidP="00C50C98">
      <w:pPr>
        <w:rPr>
          <w:rFonts w:ascii="Arial" w:hAnsi="Arial"/>
          <w:sz w:val="36"/>
          <w:lang w:val="fr-FR"/>
        </w:rPr>
      </w:pPr>
      <w:r w:rsidRPr="004C06D0">
        <w:rPr>
          <w:rFonts w:ascii="Arial" w:hAnsi="Arial"/>
          <w:sz w:val="36"/>
          <w:lang w:val="fr-FR"/>
        </w:rPr>
        <w:lastRenderedPageBreak/>
        <w:t>Et peut-être aurons-nous l'occasion de nous retrouver lors de l'une de nos permanences d'élus, organisées plusieurs fois par mois.</w:t>
      </w:r>
    </w:p>
    <w:p w14:paraId="52A48586" w14:textId="77777777" w:rsidR="00C50C98" w:rsidRPr="004C06D0" w:rsidRDefault="00C50C98" w:rsidP="00C50C98">
      <w:pPr>
        <w:rPr>
          <w:rFonts w:ascii="Arial" w:hAnsi="Arial"/>
          <w:sz w:val="36"/>
          <w:lang w:val="fr-FR"/>
        </w:rPr>
      </w:pPr>
    </w:p>
    <w:p w14:paraId="0CA351CE" w14:textId="77777777" w:rsidR="00C50C98" w:rsidRPr="004C06D0" w:rsidRDefault="00C50C98" w:rsidP="00C50C98">
      <w:pPr>
        <w:rPr>
          <w:rFonts w:ascii="Arial" w:hAnsi="Arial"/>
          <w:sz w:val="36"/>
          <w:lang w:val="fr-FR"/>
        </w:rPr>
      </w:pPr>
      <w:r w:rsidRPr="004C06D0">
        <w:rPr>
          <w:rFonts w:ascii="Arial" w:hAnsi="Arial"/>
          <w:sz w:val="36"/>
          <w:lang w:val="fr-FR"/>
        </w:rPr>
        <w:t>Très bonne rentrée à toutes et à tous !</w:t>
      </w:r>
    </w:p>
    <w:p w14:paraId="7086036E" w14:textId="4A6A59DE" w:rsidR="00C50C98" w:rsidRPr="004C06D0" w:rsidRDefault="00C50C98" w:rsidP="00C50C98">
      <w:pPr>
        <w:rPr>
          <w:rFonts w:ascii="Arial" w:hAnsi="Arial"/>
          <w:sz w:val="36"/>
          <w:lang w:val="fr-FR"/>
        </w:rPr>
      </w:pPr>
      <w:r w:rsidRPr="004C06D0">
        <w:rPr>
          <w:rFonts w:ascii="Arial" w:hAnsi="Arial"/>
          <w:b/>
          <w:sz w:val="36"/>
          <w:lang w:val="fr-FR"/>
        </w:rPr>
        <w:t>Fanny Dubot</w:t>
      </w:r>
      <w:r w:rsidRPr="004C06D0">
        <w:rPr>
          <w:rFonts w:ascii="Arial" w:hAnsi="Arial"/>
          <w:b/>
          <w:sz w:val="36"/>
          <w:lang w:val="fr-FR"/>
        </w:rPr>
        <w:br/>
      </w:r>
      <w:r w:rsidRPr="004C06D0">
        <w:rPr>
          <w:rFonts w:ascii="Arial" w:hAnsi="Arial"/>
          <w:sz w:val="36"/>
          <w:lang w:val="fr-FR"/>
        </w:rPr>
        <w:t>Maire du 7</w:t>
      </w:r>
      <w:r w:rsidR="00E164D3" w:rsidRPr="004C06D0">
        <w:rPr>
          <w:rFonts w:ascii="Arial" w:hAnsi="Arial"/>
          <w:sz w:val="36"/>
          <w:lang w:val="fr-FR"/>
        </w:rPr>
        <w:t>e</w:t>
      </w:r>
      <w:r w:rsidRPr="004C06D0">
        <w:rPr>
          <w:rFonts w:ascii="Arial" w:hAnsi="Arial"/>
          <w:sz w:val="36"/>
          <w:lang w:val="fr-FR"/>
        </w:rPr>
        <w:t xml:space="preserve"> arrondissement</w:t>
      </w:r>
    </w:p>
    <w:p w14:paraId="603E8A9F" w14:textId="77777777" w:rsidR="00C50C98" w:rsidRPr="004C06D0" w:rsidRDefault="00C50C98" w:rsidP="00C50C98">
      <w:pPr>
        <w:rPr>
          <w:rFonts w:ascii="Arial" w:hAnsi="Arial"/>
          <w:sz w:val="36"/>
          <w:lang w:val="fr-FR"/>
        </w:rPr>
      </w:pPr>
    </w:p>
    <w:p w14:paraId="5A58D2BF" w14:textId="77777777" w:rsidR="00C50C98" w:rsidRPr="004C06D0" w:rsidRDefault="00C50C98" w:rsidP="00C50C98">
      <w:pPr>
        <w:rPr>
          <w:rFonts w:ascii="Arial" w:hAnsi="Arial"/>
          <w:sz w:val="36"/>
          <w:lang w:val="fr-FR"/>
        </w:rPr>
      </w:pPr>
    </w:p>
    <w:p w14:paraId="1C99D330" w14:textId="77777777" w:rsidR="00C50C98" w:rsidRPr="00286BB7" w:rsidRDefault="00C50C98" w:rsidP="00C50C98">
      <w:pPr>
        <w:rPr>
          <w:rFonts w:ascii="Arial" w:hAnsi="Arial"/>
          <w:b/>
          <w:bCs/>
          <w:sz w:val="36"/>
          <w:lang w:val="fr-FR"/>
        </w:rPr>
      </w:pPr>
      <w:r w:rsidRPr="00286BB7">
        <w:rPr>
          <w:rFonts w:ascii="Arial" w:hAnsi="Arial"/>
          <w:b/>
          <w:bCs/>
          <w:sz w:val="36"/>
          <w:lang w:val="fr-FR"/>
        </w:rPr>
        <w:t>Une nouvelle cour nature dans le 7</w:t>
      </w:r>
      <w:r w:rsidRPr="00286BB7">
        <w:rPr>
          <w:rFonts w:ascii="Arial" w:hAnsi="Arial"/>
          <w:b/>
          <w:bCs/>
          <w:sz w:val="36"/>
          <w:vertAlign w:val="superscript"/>
          <w:lang w:val="fr-FR"/>
        </w:rPr>
        <w:t>e </w:t>
      </w:r>
      <w:r w:rsidRPr="00286BB7">
        <w:rPr>
          <w:rFonts w:ascii="Arial" w:hAnsi="Arial"/>
          <w:b/>
          <w:bCs/>
          <w:sz w:val="36"/>
          <w:lang w:val="fr-FR"/>
        </w:rPr>
        <w:t>:</w:t>
      </w:r>
    </w:p>
    <w:p w14:paraId="54479E32" w14:textId="29924AB7" w:rsidR="00C50C98" w:rsidRPr="004C06D0" w:rsidRDefault="00C50C98" w:rsidP="00C50C98">
      <w:pPr>
        <w:rPr>
          <w:rFonts w:ascii="Arial" w:hAnsi="Arial"/>
          <w:sz w:val="36"/>
          <w:lang w:val="fr-FR"/>
        </w:rPr>
      </w:pPr>
      <w:r w:rsidRPr="004C06D0">
        <w:rPr>
          <w:rFonts w:ascii="Arial" w:hAnsi="Arial"/>
          <w:sz w:val="36"/>
          <w:lang w:val="fr-FR"/>
        </w:rPr>
        <w:t>Au cœur du 7</w:t>
      </w:r>
      <w:r w:rsidR="00E164D3" w:rsidRPr="004C06D0">
        <w:rPr>
          <w:rFonts w:ascii="Arial" w:hAnsi="Arial"/>
          <w:sz w:val="36"/>
          <w:lang w:val="fr-FR"/>
        </w:rPr>
        <w:t>e</w:t>
      </w:r>
      <w:r w:rsidRPr="004C06D0">
        <w:rPr>
          <w:rFonts w:ascii="Arial" w:hAnsi="Arial"/>
          <w:sz w:val="36"/>
          <w:lang w:val="fr-FR"/>
        </w:rPr>
        <w:t xml:space="preserve">, la Ville de Lyon a réaménagé cet été la cour de l'école maternelle </w:t>
      </w:r>
      <w:proofErr w:type="spellStart"/>
      <w:r w:rsidRPr="004C06D0">
        <w:rPr>
          <w:rFonts w:ascii="Arial" w:hAnsi="Arial"/>
          <w:sz w:val="36"/>
          <w:lang w:val="fr-FR"/>
        </w:rPr>
        <w:t>Cavenne</w:t>
      </w:r>
      <w:proofErr w:type="spellEnd"/>
      <w:r w:rsidRPr="004C06D0">
        <w:rPr>
          <w:rFonts w:ascii="Arial" w:hAnsi="Arial"/>
          <w:sz w:val="36"/>
          <w:lang w:val="fr-FR"/>
        </w:rPr>
        <w:t>, dans le cadre du programme des cours nature qui vise à végétaliser les cours d'école et les espaces dédiés à la petite enfance.</w:t>
      </w:r>
    </w:p>
    <w:p w14:paraId="5A8CC21F" w14:textId="77777777" w:rsidR="00C50C98" w:rsidRPr="004C06D0" w:rsidRDefault="00C50C98" w:rsidP="00C50C98">
      <w:pPr>
        <w:rPr>
          <w:rFonts w:ascii="Arial" w:hAnsi="Arial"/>
          <w:sz w:val="36"/>
          <w:lang w:val="fr-FR"/>
        </w:rPr>
      </w:pPr>
      <w:r w:rsidRPr="004C06D0">
        <w:rPr>
          <w:rFonts w:ascii="Arial" w:hAnsi="Arial"/>
          <w:sz w:val="36"/>
          <w:lang w:val="fr-FR"/>
        </w:rPr>
        <w:t>Vieillissante et peu équipée, cette cour de 320 m² a été modernisée pour améliorer le confort des enfants et enrichir leurs pratiques au quotidien. Le projet a été conçu avec les enseignants, le personnel périscolaire, les parents et les élèves.</w:t>
      </w:r>
    </w:p>
    <w:p w14:paraId="650016EC" w14:textId="77777777" w:rsidR="00C50C98" w:rsidRPr="004C06D0" w:rsidRDefault="00C50C98" w:rsidP="00C50C98">
      <w:pPr>
        <w:rPr>
          <w:rFonts w:ascii="Arial" w:hAnsi="Arial"/>
          <w:sz w:val="36"/>
          <w:lang w:val="fr-FR"/>
        </w:rPr>
      </w:pPr>
      <w:r w:rsidRPr="004C06D0">
        <w:rPr>
          <w:rFonts w:ascii="Arial" w:hAnsi="Arial"/>
          <w:sz w:val="36"/>
          <w:lang w:val="fr-FR"/>
        </w:rPr>
        <w:t>Les enfants ont pu découvrir leur nouvelle cour à la rentrée, avec un espace "classe dehors", un point d'eau et une meilleure accessibilité. De nouveaux jeux et du mobilier viendront compléter l'aménagement à l'automne.</w:t>
      </w:r>
    </w:p>
    <w:p w14:paraId="4F7C38A5" w14:textId="77777777" w:rsidR="00C50C98" w:rsidRPr="004C06D0" w:rsidRDefault="00C50C98" w:rsidP="00C50C98">
      <w:pPr>
        <w:rPr>
          <w:rFonts w:ascii="Arial" w:hAnsi="Arial"/>
          <w:sz w:val="36"/>
          <w:lang w:val="fr-FR"/>
        </w:rPr>
      </w:pPr>
    </w:p>
    <w:p w14:paraId="6B95F4C5" w14:textId="77777777" w:rsidR="00C50C98" w:rsidRPr="00286BB7" w:rsidRDefault="00C50C98" w:rsidP="00C50C98">
      <w:pPr>
        <w:rPr>
          <w:rFonts w:ascii="Arial" w:hAnsi="Arial"/>
          <w:b/>
          <w:bCs/>
          <w:sz w:val="36"/>
          <w:lang w:val="fr-FR"/>
        </w:rPr>
      </w:pPr>
      <w:r w:rsidRPr="00286BB7">
        <w:rPr>
          <w:rFonts w:ascii="Arial" w:hAnsi="Arial"/>
          <w:b/>
          <w:bCs/>
          <w:sz w:val="36"/>
          <w:lang w:val="fr-FR"/>
        </w:rPr>
        <w:lastRenderedPageBreak/>
        <w:t>Prenons soin de notre santé mentale :</w:t>
      </w:r>
    </w:p>
    <w:p w14:paraId="72DC19CE" w14:textId="77777777" w:rsidR="00C50C98" w:rsidRPr="004C06D0" w:rsidRDefault="00C50C98" w:rsidP="00C50C98">
      <w:pPr>
        <w:rPr>
          <w:rFonts w:ascii="Arial" w:hAnsi="Arial"/>
          <w:sz w:val="36"/>
          <w:lang w:val="fr-FR"/>
        </w:rPr>
      </w:pPr>
      <w:r w:rsidRPr="004C06D0">
        <w:rPr>
          <w:rFonts w:ascii="Arial" w:hAnsi="Arial"/>
          <w:sz w:val="36"/>
          <w:lang w:val="fr-FR"/>
        </w:rPr>
        <w:t>Pour la deuxième année consécutive, la santé mentale est déclarée grande cause nationale en France. Près d'une personne sur cinq est concernée par un trouble psychique ou lié à la santé mentale.</w:t>
      </w:r>
    </w:p>
    <w:p w14:paraId="00D6F7F0" w14:textId="4C66316D" w:rsidR="00C50C98" w:rsidRPr="004C06D0" w:rsidRDefault="00C50C98" w:rsidP="00C50C98">
      <w:pPr>
        <w:rPr>
          <w:rFonts w:ascii="Arial" w:hAnsi="Arial"/>
          <w:sz w:val="36"/>
          <w:lang w:val="fr-FR"/>
        </w:rPr>
      </w:pPr>
      <w:r w:rsidRPr="004C06D0">
        <w:rPr>
          <w:rFonts w:ascii="Arial" w:hAnsi="Arial"/>
          <w:sz w:val="36"/>
          <w:lang w:val="fr-FR"/>
        </w:rPr>
        <w:t>Dans le 7</w:t>
      </w:r>
      <w:r w:rsidR="00E164D3" w:rsidRPr="004C06D0">
        <w:rPr>
          <w:rFonts w:ascii="Arial" w:hAnsi="Arial"/>
          <w:sz w:val="36"/>
          <w:lang w:val="fr-FR"/>
        </w:rPr>
        <w:t>e</w:t>
      </w:r>
      <w:r w:rsidRPr="004C06D0">
        <w:rPr>
          <w:rFonts w:ascii="Arial" w:hAnsi="Arial"/>
          <w:sz w:val="36"/>
          <w:lang w:val="fr-FR"/>
        </w:rPr>
        <w:t xml:space="preserve"> arrondissement, des associations et lieux ressources permettent de prendre soin de sa santé mentale. Parmi eux, le centre de santé Le 102, situé 102 rue de Marseille, propose soins et accompagnement aux étudiantes et étudiants de Lyon.</w:t>
      </w:r>
    </w:p>
    <w:p w14:paraId="51F26EA7" w14:textId="77777777" w:rsidR="00C50C98" w:rsidRPr="004C06D0" w:rsidRDefault="00C50C98" w:rsidP="00C50C98">
      <w:pPr>
        <w:rPr>
          <w:rFonts w:ascii="Arial" w:hAnsi="Arial"/>
          <w:sz w:val="36"/>
          <w:lang w:val="fr-FR"/>
        </w:rPr>
      </w:pPr>
      <w:r w:rsidRPr="004C06D0">
        <w:rPr>
          <w:rFonts w:ascii="Arial" w:hAnsi="Arial"/>
          <w:sz w:val="36"/>
          <w:lang w:val="fr-FR"/>
        </w:rPr>
        <w:t xml:space="preserve">En octobre, les Semaines d'information sur la santé mentale organisent de nombreux événements. </w:t>
      </w:r>
    </w:p>
    <w:p w14:paraId="5C8BECE9" w14:textId="77777777" w:rsidR="00C50C98" w:rsidRPr="004C06D0" w:rsidRDefault="00C50C98" w:rsidP="00C50C98">
      <w:pPr>
        <w:rPr>
          <w:rFonts w:ascii="Arial" w:hAnsi="Arial"/>
          <w:sz w:val="36"/>
          <w:lang w:val="fr-FR"/>
        </w:rPr>
      </w:pPr>
      <w:r w:rsidRPr="004C06D0">
        <w:rPr>
          <w:rFonts w:ascii="Arial" w:hAnsi="Arial"/>
          <w:sz w:val="36"/>
          <w:lang w:val="fr-FR"/>
        </w:rPr>
        <w:t>À noter : le théâtre-forum Il faut tous les enfermer le 8 octobre à la MJC Jean Macé et le vernissage de l'exposition Une voix dans ma tête... consacrée aux troubles du comportement alimentaire le 16 octobre à la mairie.</w:t>
      </w:r>
    </w:p>
    <w:p w14:paraId="7F0C8FB1" w14:textId="77777777" w:rsidR="00C50C98" w:rsidRPr="004C06D0" w:rsidRDefault="00C50C98" w:rsidP="00C50C98">
      <w:pPr>
        <w:rPr>
          <w:rFonts w:ascii="Arial" w:hAnsi="Arial"/>
          <w:sz w:val="36"/>
          <w:lang w:val="fr-FR"/>
        </w:rPr>
      </w:pPr>
    </w:p>
    <w:p w14:paraId="1FF16C78" w14:textId="77777777" w:rsidR="00C50C98" w:rsidRPr="004C06D0" w:rsidRDefault="00C50C98" w:rsidP="00C50C98">
      <w:pPr>
        <w:rPr>
          <w:rFonts w:ascii="Arial" w:hAnsi="Arial"/>
          <w:sz w:val="36"/>
          <w:lang w:val="fr-FR"/>
        </w:rPr>
      </w:pPr>
    </w:p>
    <w:p w14:paraId="0BDAF21E" w14:textId="210E8B94" w:rsidR="00C50C98" w:rsidRPr="00286BB7" w:rsidRDefault="00286BB7" w:rsidP="00C50C98">
      <w:pPr>
        <w:rPr>
          <w:rFonts w:ascii="Arial" w:hAnsi="Arial"/>
          <w:sz w:val="40"/>
          <w:szCs w:val="24"/>
          <w:lang w:val="fr-FR"/>
        </w:rPr>
      </w:pPr>
      <w:r w:rsidRPr="00286BB7">
        <w:rPr>
          <w:rFonts w:ascii="Arial" w:hAnsi="Arial"/>
          <w:sz w:val="40"/>
          <w:szCs w:val="24"/>
          <w:lang w:val="fr-FR"/>
        </w:rPr>
        <w:t>AGENDA :</w:t>
      </w:r>
    </w:p>
    <w:p w14:paraId="6987170D" w14:textId="77777777" w:rsidR="00C50C98" w:rsidRPr="004C06D0" w:rsidRDefault="00C50C98" w:rsidP="00C50C98">
      <w:pPr>
        <w:pStyle w:val="Listepuces"/>
        <w:rPr>
          <w:rFonts w:ascii="Arial" w:hAnsi="Arial"/>
          <w:sz w:val="36"/>
          <w:lang w:val="fr-FR"/>
        </w:rPr>
      </w:pPr>
      <w:r w:rsidRPr="004C06D0">
        <w:rPr>
          <w:rFonts w:ascii="Arial" w:hAnsi="Arial"/>
          <w:b/>
          <w:sz w:val="36"/>
          <w:lang w:val="fr-FR"/>
        </w:rPr>
        <w:t>Le 19 septembre de 8h à 18h :</w:t>
      </w:r>
      <w:r w:rsidRPr="004C06D0">
        <w:rPr>
          <w:rFonts w:ascii="Arial" w:hAnsi="Arial"/>
          <w:b/>
          <w:sz w:val="36"/>
          <w:lang w:val="fr-FR"/>
        </w:rPr>
        <w:br/>
      </w:r>
      <w:r w:rsidRPr="004C06D0">
        <w:rPr>
          <w:rFonts w:ascii="Arial" w:hAnsi="Arial"/>
          <w:sz w:val="36"/>
          <w:lang w:val="fr-FR"/>
        </w:rPr>
        <w:t>De Brad' et de Broc organisé par Lyon 7 Rive Gauche. Avenues Jean-Jaurès et Maréchal-de-Saxe.</w:t>
      </w:r>
    </w:p>
    <w:p w14:paraId="7E8C49BA" w14:textId="77777777" w:rsidR="00C50C98" w:rsidRPr="004C06D0" w:rsidRDefault="00C50C98" w:rsidP="00C50C98">
      <w:pPr>
        <w:pStyle w:val="Listepuces"/>
        <w:numPr>
          <w:ilvl w:val="0"/>
          <w:numId w:val="0"/>
        </w:numPr>
        <w:ind w:left="360"/>
        <w:rPr>
          <w:rFonts w:ascii="Arial" w:hAnsi="Arial"/>
          <w:sz w:val="36"/>
          <w:lang w:val="fr-FR"/>
        </w:rPr>
      </w:pPr>
    </w:p>
    <w:p w14:paraId="66F55602" w14:textId="77777777" w:rsidR="00C50C98" w:rsidRPr="004C06D0" w:rsidRDefault="00C50C98" w:rsidP="00C50C98">
      <w:pPr>
        <w:pStyle w:val="Listepuces"/>
        <w:rPr>
          <w:rFonts w:ascii="Arial" w:hAnsi="Arial"/>
          <w:sz w:val="36"/>
          <w:lang w:val="fr-FR"/>
        </w:rPr>
      </w:pPr>
      <w:r w:rsidRPr="004C06D0">
        <w:rPr>
          <w:rFonts w:ascii="Arial" w:hAnsi="Arial"/>
          <w:b/>
          <w:sz w:val="36"/>
          <w:lang w:val="fr-FR"/>
        </w:rPr>
        <w:t>Le 26 septembre dès 15h :</w:t>
      </w:r>
      <w:r w:rsidRPr="004C06D0">
        <w:rPr>
          <w:rFonts w:ascii="Arial" w:hAnsi="Arial"/>
          <w:b/>
          <w:sz w:val="36"/>
          <w:lang w:val="fr-FR"/>
        </w:rPr>
        <w:br/>
      </w:r>
      <w:r w:rsidRPr="004C06D0">
        <w:rPr>
          <w:rFonts w:ascii="Arial" w:hAnsi="Arial"/>
          <w:sz w:val="36"/>
          <w:lang w:val="fr-FR"/>
        </w:rPr>
        <w:t>Mazagran en mouvement, place Mazagran.</w:t>
      </w:r>
    </w:p>
    <w:p w14:paraId="6CF18B3A" w14:textId="77777777" w:rsidR="00C50C98" w:rsidRPr="004C06D0" w:rsidRDefault="00C50C98" w:rsidP="00C50C98">
      <w:pPr>
        <w:rPr>
          <w:rFonts w:ascii="Arial" w:hAnsi="Arial"/>
          <w:b/>
          <w:sz w:val="36"/>
          <w:lang w:val="fr-FR"/>
        </w:rPr>
      </w:pPr>
    </w:p>
    <w:p w14:paraId="09771D9F" w14:textId="77777777" w:rsidR="00C50C98" w:rsidRPr="004C06D0" w:rsidRDefault="00C50C98" w:rsidP="00C50C98">
      <w:pPr>
        <w:pStyle w:val="Listepuces"/>
        <w:rPr>
          <w:rFonts w:ascii="Arial" w:hAnsi="Arial"/>
          <w:sz w:val="36"/>
          <w:lang w:val="fr-FR"/>
        </w:rPr>
      </w:pPr>
      <w:r w:rsidRPr="004C06D0">
        <w:rPr>
          <w:rFonts w:ascii="Arial" w:hAnsi="Arial"/>
          <w:b/>
          <w:sz w:val="36"/>
          <w:lang w:val="fr-FR"/>
        </w:rPr>
        <w:t>Le 3 octobre à 14h30 :</w:t>
      </w:r>
      <w:r w:rsidRPr="004C06D0">
        <w:rPr>
          <w:rFonts w:ascii="Arial" w:hAnsi="Arial"/>
          <w:b/>
          <w:sz w:val="36"/>
          <w:lang w:val="fr-FR"/>
        </w:rPr>
        <w:br/>
      </w:r>
      <w:r w:rsidRPr="004C06D0">
        <w:rPr>
          <w:rFonts w:ascii="Arial" w:hAnsi="Arial"/>
          <w:sz w:val="36"/>
          <w:lang w:val="fr-FR"/>
        </w:rPr>
        <w:t>Festival des Pavés, place Mazagran.</w:t>
      </w:r>
    </w:p>
    <w:p w14:paraId="39B7FF74" w14:textId="77777777" w:rsidR="00C50C98" w:rsidRPr="004C06D0" w:rsidRDefault="00C50C98" w:rsidP="00C50C98">
      <w:pPr>
        <w:rPr>
          <w:rFonts w:ascii="Arial" w:hAnsi="Arial"/>
          <w:b/>
          <w:sz w:val="36"/>
          <w:lang w:val="fr-FR"/>
        </w:rPr>
      </w:pPr>
    </w:p>
    <w:p w14:paraId="62CFE2CD" w14:textId="77777777" w:rsidR="00C50C98" w:rsidRPr="004C06D0" w:rsidRDefault="00C50C98" w:rsidP="00C50C98">
      <w:pPr>
        <w:pStyle w:val="Listepuces"/>
        <w:rPr>
          <w:rFonts w:ascii="Arial" w:hAnsi="Arial"/>
          <w:sz w:val="36"/>
          <w:lang w:val="fr-FR"/>
        </w:rPr>
      </w:pPr>
      <w:r w:rsidRPr="004C06D0">
        <w:rPr>
          <w:rFonts w:ascii="Arial" w:hAnsi="Arial"/>
          <w:b/>
          <w:sz w:val="36"/>
          <w:lang w:val="fr-FR"/>
        </w:rPr>
        <w:t>Le 6 octobre à 18h30 :</w:t>
      </w:r>
      <w:r w:rsidRPr="004C06D0">
        <w:rPr>
          <w:rFonts w:ascii="Arial" w:hAnsi="Arial"/>
          <w:b/>
          <w:sz w:val="36"/>
          <w:lang w:val="fr-FR"/>
        </w:rPr>
        <w:br/>
      </w:r>
      <w:r w:rsidRPr="004C06D0">
        <w:rPr>
          <w:rFonts w:ascii="Arial" w:hAnsi="Arial"/>
          <w:sz w:val="36"/>
          <w:lang w:val="fr-FR"/>
        </w:rPr>
        <w:t xml:space="preserve">Soirée des nouveaux arrivants, à la mairie. </w:t>
      </w:r>
    </w:p>
    <w:p w14:paraId="5C3CAE42" w14:textId="77777777" w:rsidR="00C50C98" w:rsidRPr="004C06D0" w:rsidRDefault="00C50C98" w:rsidP="00C50C98">
      <w:pPr>
        <w:pStyle w:val="Listepuces"/>
        <w:numPr>
          <w:ilvl w:val="0"/>
          <w:numId w:val="0"/>
        </w:numPr>
        <w:ind w:left="360"/>
        <w:rPr>
          <w:rFonts w:ascii="Arial" w:hAnsi="Arial"/>
          <w:sz w:val="36"/>
          <w:lang w:val="fr-FR"/>
        </w:rPr>
      </w:pPr>
      <w:r w:rsidRPr="004C06D0">
        <w:rPr>
          <w:rFonts w:ascii="Arial" w:hAnsi="Arial"/>
          <w:sz w:val="36"/>
          <w:lang w:val="fr-FR"/>
        </w:rPr>
        <w:t>Garde d'enfants gratuite, sur inscription.</w:t>
      </w:r>
    </w:p>
    <w:p w14:paraId="1EF60760" w14:textId="77777777" w:rsidR="00C50C98" w:rsidRPr="004C06D0" w:rsidRDefault="00C50C98" w:rsidP="00C50C98">
      <w:pPr>
        <w:rPr>
          <w:rFonts w:ascii="Arial" w:hAnsi="Arial"/>
          <w:b/>
          <w:sz w:val="36"/>
          <w:lang w:val="fr-FR"/>
        </w:rPr>
      </w:pPr>
    </w:p>
    <w:p w14:paraId="5F85A8D8" w14:textId="77777777" w:rsidR="00C50C98" w:rsidRPr="004C06D0" w:rsidRDefault="00C50C98" w:rsidP="00C50C98">
      <w:pPr>
        <w:pStyle w:val="Listepuces"/>
        <w:rPr>
          <w:rFonts w:ascii="Arial" w:hAnsi="Arial"/>
          <w:sz w:val="36"/>
          <w:lang w:val="fr-FR"/>
        </w:rPr>
      </w:pPr>
      <w:r w:rsidRPr="004C06D0">
        <w:rPr>
          <w:rFonts w:ascii="Arial" w:hAnsi="Arial"/>
          <w:b/>
          <w:sz w:val="36"/>
          <w:lang w:val="fr-FR"/>
        </w:rPr>
        <w:t>Le 3 novembre à 18h30 :</w:t>
      </w:r>
      <w:r w:rsidRPr="004C06D0">
        <w:rPr>
          <w:rFonts w:ascii="Arial" w:hAnsi="Arial"/>
          <w:b/>
          <w:sz w:val="36"/>
          <w:lang w:val="fr-FR"/>
        </w:rPr>
        <w:br/>
      </w:r>
      <w:r w:rsidRPr="004C06D0">
        <w:rPr>
          <w:rFonts w:ascii="Arial" w:hAnsi="Arial"/>
          <w:sz w:val="36"/>
          <w:lang w:val="fr-FR"/>
        </w:rPr>
        <w:t>Conseil d'arrondissement, à la mairie.</w:t>
      </w:r>
    </w:p>
    <w:p w14:paraId="25AB3E70" w14:textId="77777777" w:rsidR="00C50C98" w:rsidRPr="004C06D0" w:rsidRDefault="00C50C98" w:rsidP="00C50C98">
      <w:pPr>
        <w:rPr>
          <w:rFonts w:ascii="Arial" w:hAnsi="Arial"/>
          <w:b/>
          <w:sz w:val="36"/>
          <w:lang w:val="fr-FR"/>
        </w:rPr>
      </w:pPr>
    </w:p>
    <w:p w14:paraId="35870B9B" w14:textId="77777777" w:rsidR="00C50C98" w:rsidRPr="004C06D0" w:rsidRDefault="00C50C98" w:rsidP="00C50C98">
      <w:pPr>
        <w:pStyle w:val="Listepuces"/>
        <w:rPr>
          <w:rFonts w:ascii="Arial" w:hAnsi="Arial"/>
          <w:sz w:val="36"/>
          <w:lang w:val="fr-FR"/>
        </w:rPr>
      </w:pPr>
      <w:r w:rsidRPr="004C06D0">
        <w:rPr>
          <w:rFonts w:ascii="Arial" w:hAnsi="Arial"/>
          <w:b/>
          <w:sz w:val="36"/>
          <w:lang w:val="fr-FR"/>
        </w:rPr>
        <w:t>Le 10 novembre à 10h30 :</w:t>
      </w:r>
      <w:r w:rsidRPr="004C06D0">
        <w:rPr>
          <w:rFonts w:ascii="Arial" w:hAnsi="Arial"/>
          <w:b/>
          <w:sz w:val="36"/>
          <w:lang w:val="fr-FR"/>
        </w:rPr>
        <w:br/>
      </w:r>
      <w:r w:rsidRPr="004C06D0">
        <w:rPr>
          <w:rFonts w:ascii="Arial" w:hAnsi="Arial"/>
          <w:sz w:val="36"/>
          <w:lang w:val="fr-FR"/>
        </w:rPr>
        <w:t>Commémoration de l'Armistice, au Centre Berthelot.</w:t>
      </w:r>
    </w:p>
    <w:p w14:paraId="18D506A3" w14:textId="5290BBA6" w:rsidR="00D73DCA" w:rsidRDefault="00D73DCA">
      <w:pPr>
        <w:rPr>
          <w:rFonts w:ascii="Arial" w:hAnsi="Arial"/>
          <w:sz w:val="36"/>
          <w:lang w:val="fr-FR"/>
        </w:rPr>
      </w:pPr>
      <w:r>
        <w:rPr>
          <w:rFonts w:ascii="Arial" w:hAnsi="Arial"/>
          <w:sz w:val="36"/>
          <w:lang w:val="fr-FR"/>
        </w:rPr>
        <w:br w:type="page"/>
      </w:r>
    </w:p>
    <w:p w14:paraId="32D5F97B" w14:textId="1EC2139D" w:rsidR="00C50C98" w:rsidRPr="00286BB7" w:rsidRDefault="00286BB7" w:rsidP="00C50C98">
      <w:pPr>
        <w:pStyle w:val="Titre1"/>
        <w:jc w:val="center"/>
        <w:rPr>
          <w:rFonts w:ascii="Arial" w:hAnsi="Arial"/>
          <w:sz w:val="44"/>
          <w:szCs w:val="36"/>
          <w:lang w:val="fr-FR"/>
        </w:rPr>
      </w:pPr>
      <w:bookmarkStart w:id="38" w:name="_Toc239853024"/>
      <w:r w:rsidRPr="00286BB7">
        <w:rPr>
          <w:rFonts w:ascii="Arial" w:hAnsi="Arial"/>
          <w:sz w:val="44"/>
          <w:szCs w:val="36"/>
          <w:lang w:val="fr-FR"/>
        </w:rPr>
        <w:lastRenderedPageBreak/>
        <w:t>MON 8</w:t>
      </w:r>
      <w:r>
        <w:rPr>
          <w:rFonts w:ascii="Arial" w:hAnsi="Arial"/>
          <w:sz w:val="44"/>
          <w:szCs w:val="36"/>
          <w:lang w:val="fr-FR"/>
        </w:rPr>
        <w:t>e</w:t>
      </w:r>
      <w:r w:rsidRPr="00286BB7">
        <w:rPr>
          <w:rFonts w:ascii="Arial" w:hAnsi="Arial"/>
          <w:sz w:val="44"/>
          <w:szCs w:val="36"/>
          <w:lang w:val="fr-FR"/>
        </w:rPr>
        <w:t xml:space="preserve"> ARRONDISSEMENT</w:t>
      </w:r>
      <w:bookmarkEnd w:id="38"/>
    </w:p>
    <w:p w14:paraId="55D0BC19" w14:textId="77777777" w:rsidR="00C50C98" w:rsidRPr="004C06D0" w:rsidRDefault="00C50C98" w:rsidP="00C50C98">
      <w:pPr>
        <w:rPr>
          <w:rFonts w:ascii="Arial" w:hAnsi="Arial"/>
          <w:sz w:val="36"/>
          <w:lang w:val="fr-FR"/>
        </w:rPr>
      </w:pPr>
    </w:p>
    <w:p w14:paraId="43CCF1CF" w14:textId="77777777" w:rsidR="00C50C98" w:rsidRPr="004C06D0" w:rsidRDefault="00C50C98" w:rsidP="00C50C98">
      <w:pPr>
        <w:rPr>
          <w:rFonts w:ascii="Arial" w:hAnsi="Arial"/>
          <w:sz w:val="36"/>
          <w:lang w:val="fr-FR"/>
        </w:rPr>
      </w:pPr>
      <w:r w:rsidRPr="004C06D0">
        <w:rPr>
          <w:rFonts w:ascii="Arial" w:hAnsi="Arial"/>
          <w:sz w:val="36"/>
          <w:lang w:val="fr-FR"/>
        </w:rPr>
        <w:t>Mairie du 8</w:t>
      </w:r>
      <w:r w:rsidRPr="004C06D0">
        <w:rPr>
          <w:rFonts w:ascii="Arial" w:hAnsi="Arial"/>
          <w:sz w:val="36"/>
          <w:vertAlign w:val="superscript"/>
          <w:lang w:val="fr-FR"/>
        </w:rPr>
        <w:t>e </w:t>
      </w:r>
      <w:r w:rsidRPr="004C06D0">
        <w:rPr>
          <w:rFonts w:ascii="Arial" w:hAnsi="Arial"/>
          <w:sz w:val="36"/>
          <w:lang w:val="fr-FR"/>
        </w:rPr>
        <w:t>:</w:t>
      </w:r>
      <w:r w:rsidRPr="004C06D0">
        <w:rPr>
          <w:rFonts w:ascii="Arial" w:hAnsi="Arial"/>
          <w:sz w:val="36"/>
          <w:lang w:val="fr-FR"/>
        </w:rPr>
        <w:br/>
        <w:t>12 avenue Jean-Mermoz</w:t>
      </w:r>
      <w:r w:rsidRPr="004C06D0">
        <w:rPr>
          <w:rFonts w:ascii="Arial" w:hAnsi="Arial"/>
          <w:sz w:val="36"/>
          <w:lang w:val="fr-FR"/>
        </w:rPr>
        <w:br/>
        <w:t>69008 Lyon</w:t>
      </w:r>
      <w:r w:rsidRPr="004C06D0">
        <w:rPr>
          <w:rFonts w:ascii="Arial" w:hAnsi="Arial"/>
          <w:sz w:val="36"/>
          <w:lang w:val="fr-FR"/>
        </w:rPr>
        <w:br/>
        <w:t>04 72 78 33 00</w:t>
      </w:r>
      <w:r w:rsidRPr="004C06D0">
        <w:rPr>
          <w:rFonts w:ascii="Arial" w:hAnsi="Arial"/>
          <w:sz w:val="36"/>
          <w:lang w:val="fr-FR"/>
        </w:rPr>
        <w:br/>
        <w:t>mairie8.lyon.fr</w:t>
      </w:r>
      <w:r w:rsidRPr="004C06D0">
        <w:rPr>
          <w:rFonts w:ascii="Arial" w:hAnsi="Arial"/>
          <w:sz w:val="36"/>
          <w:lang w:val="fr-FR"/>
        </w:rPr>
        <w:br/>
        <w:t>facebook.com/</w:t>
      </w:r>
      <w:r w:rsidRPr="004C06D0">
        <w:rPr>
          <w:rFonts w:ascii="Arial" w:hAnsi="Arial"/>
          <w:sz w:val="36"/>
          <w:lang w:val="fr-FR"/>
        </w:rPr>
        <w:br/>
        <w:t>Mairie8lyon/</w:t>
      </w:r>
    </w:p>
    <w:p w14:paraId="28656D2A" w14:textId="77777777" w:rsidR="00C50C98" w:rsidRPr="004C06D0" w:rsidRDefault="00C50C98" w:rsidP="00C50C98">
      <w:pPr>
        <w:rPr>
          <w:rFonts w:ascii="Arial" w:hAnsi="Arial"/>
          <w:sz w:val="36"/>
          <w:lang w:val="fr-FR"/>
        </w:rPr>
      </w:pPr>
    </w:p>
    <w:p w14:paraId="5619AB5D" w14:textId="77777777" w:rsidR="00C50C98" w:rsidRPr="00286BB7" w:rsidRDefault="00C50C98" w:rsidP="00C50C98">
      <w:pPr>
        <w:rPr>
          <w:rFonts w:ascii="Arial" w:hAnsi="Arial"/>
          <w:b/>
          <w:bCs/>
          <w:sz w:val="36"/>
          <w:lang w:val="fr-FR"/>
        </w:rPr>
      </w:pPr>
      <w:r w:rsidRPr="00286BB7">
        <w:rPr>
          <w:rFonts w:ascii="Arial" w:hAnsi="Arial"/>
          <w:b/>
          <w:bCs/>
          <w:sz w:val="36"/>
          <w:lang w:val="fr-FR"/>
        </w:rPr>
        <w:t>Une rentrée tournée vers l'avenir :</w:t>
      </w:r>
    </w:p>
    <w:p w14:paraId="31CFF716" w14:textId="77777777" w:rsidR="00C50C98" w:rsidRPr="004C06D0" w:rsidRDefault="00C50C98" w:rsidP="00C50C98">
      <w:pPr>
        <w:rPr>
          <w:rFonts w:ascii="Arial" w:hAnsi="Arial"/>
          <w:sz w:val="36"/>
          <w:lang w:val="fr-FR"/>
        </w:rPr>
      </w:pPr>
      <w:r w:rsidRPr="004C06D0">
        <w:rPr>
          <w:rFonts w:ascii="Arial" w:hAnsi="Arial"/>
          <w:sz w:val="36"/>
          <w:lang w:val="fr-FR"/>
        </w:rPr>
        <w:t>En ce mois de septembre, je souhaite une excellente rentrée scolaire aux enseignants, élèves et familles de nos écoles, collèges et lycées. Mes pensées accompagnent également les agents de la Ville de Lyon et des autres collectivités. Leur travail quotidien permet d'offrir un service public de qualité à toutes et tous.</w:t>
      </w:r>
    </w:p>
    <w:p w14:paraId="1246DAD7" w14:textId="77777777" w:rsidR="00C50C98" w:rsidRPr="004C06D0" w:rsidRDefault="00C50C98" w:rsidP="00C50C98">
      <w:pPr>
        <w:rPr>
          <w:rFonts w:ascii="Arial" w:hAnsi="Arial"/>
          <w:sz w:val="36"/>
          <w:lang w:val="fr-FR"/>
        </w:rPr>
      </w:pPr>
      <w:r w:rsidRPr="004C06D0">
        <w:rPr>
          <w:rFonts w:ascii="Arial" w:hAnsi="Arial"/>
          <w:sz w:val="36"/>
          <w:lang w:val="fr-FR"/>
        </w:rPr>
        <w:t>L'été a été riche d'actions pour améliorer l'accueil et le cadre de vie dans nos établissements scolaires et de petite enfance.</w:t>
      </w:r>
    </w:p>
    <w:p w14:paraId="43462766" w14:textId="77777777" w:rsidR="00C50C98" w:rsidRPr="004C06D0" w:rsidRDefault="00C50C98" w:rsidP="00C50C98">
      <w:pPr>
        <w:rPr>
          <w:rFonts w:ascii="Arial" w:hAnsi="Arial"/>
          <w:sz w:val="36"/>
          <w:lang w:val="fr-FR"/>
        </w:rPr>
      </w:pPr>
      <w:r w:rsidRPr="004C06D0">
        <w:rPr>
          <w:rFonts w:ascii="Arial" w:hAnsi="Arial"/>
          <w:sz w:val="36"/>
          <w:lang w:val="fr-FR"/>
        </w:rPr>
        <w:t>À l'école Charles Péguy, une deuxième cour nature a vu le jour, offrant aux enfants un espace de jeu et d'apprentissage plus vert et apaisant.</w:t>
      </w:r>
    </w:p>
    <w:p w14:paraId="75623DDB" w14:textId="77777777" w:rsidR="00C50C98" w:rsidRPr="004C06D0" w:rsidRDefault="00C50C98" w:rsidP="00C50C98">
      <w:pPr>
        <w:rPr>
          <w:rFonts w:ascii="Arial" w:hAnsi="Arial"/>
          <w:sz w:val="36"/>
          <w:lang w:val="fr-FR"/>
        </w:rPr>
      </w:pPr>
      <w:r w:rsidRPr="004C06D0">
        <w:rPr>
          <w:rFonts w:ascii="Arial" w:hAnsi="Arial"/>
          <w:sz w:val="36"/>
          <w:lang w:val="fr-FR"/>
        </w:rPr>
        <w:t xml:space="preserve">À la crèche Ranvier, après la rénovation des accès routiers et piétons, c'est désormais une cour repensée et végétalisée qui </w:t>
      </w:r>
      <w:r w:rsidRPr="004C06D0">
        <w:rPr>
          <w:rFonts w:ascii="Arial" w:hAnsi="Arial"/>
          <w:sz w:val="36"/>
          <w:lang w:val="fr-FR"/>
        </w:rPr>
        <w:lastRenderedPageBreak/>
        <w:t>accueille enfants et professionnels dans un cadre sécurisé, esthétique et écologique.</w:t>
      </w:r>
    </w:p>
    <w:p w14:paraId="54EBF78A" w14:textId="4A84FF0B" w:rsidR="00C50C98" w:rsidRPr="004C06D0" w:rsidRDefault="00C50C98" w:rsidP="00C50C98">
      <w:pPr>
        <w:rPr>
          <w:rFonts w:ascii="Arial" w:hAnsi="Arial"/>
          <w:sz w:val="36"/>
          <w:lang w:val="fr-FR"/>
        </w:rPr>
      </w:pPr>
      <w:r w:rsidRPr="004C06D0">
        <w:rPr>
          <w:rFonts w:ascii="Arial" w:hAnsi="Arial"/>
          <w:sz w:val="36"/>
          <w:lang w:val="fr-FR"/>
        </w:rPr>
        <w:t>Ces réalisations illustrent la dynamique du 8</w:t>
      </w:r>
      <w:r w:rsidR="00E164D3" w:rsidRPr="004C06D0">
        <w:rPr>
          <w:rFonts w:ascii="Arial" w:hAnsi="Arial"/>
          <w:sz w:val="36"/>
          <w:lang w:val="fr-FR"/>
        </w:rPr>
        <w:t>e</w:t>
      </w:r>
      <w:r w:rsidRPr="004C06D0">
        <w:rPr>
          <w:rFonts w:ascii="Arial" w:hAnsi="Arial"/>
          <w:sz w:val="36"/>
          <w:lang w:val="fr-FR"/>
        </w:rPr>
        <w:t>, où chaque projet vise à renforcer le bien-être, l'inclusion et la durabilité.</w:t>
      </w:r>
    </w:p>
    <w:p w14:paraId="7B844212" w14:textId="77777777" w:rsidR="00C50C98" w:rsidRPr="004C06D0" w:rsidRDefault="00C50C98" w:rsidP="00C50C98">
      <w:pPr>
        <w:rPr>
          <w:rFonts w:ascii="Arial" w:hAnsi="Arial"/>
          <w:b/>
          <w:sz w:val="36"/>
          <w:lang w:val="fr-FR"/>
        </w:rPr>
      </w:pPr>
    </w:p>
    <w:p w14:paraId="1BE79DAF" w14:textId="77777777" w:rsidR="00C50C98" w:rsidRPr="004C06D0" w:rsidRDefault="00C50C98" w:rsidP="00C50C98">
      <w:pPr>
        <w:rPr>
          <w:rFonts w:ascii="Arial" w:hAnsi="Arial"/>
          <w:sz w:val="36"/>
          <w:lang w:val="fr-FR"/>
        </w:rPr>
      </w:pPr>
      <w:r w:rsidRPr="004C06D0">
        <w:rPr>
          <w:rFonts w:ascii="Arial" w:hAnsi="Arial"/>
          <w:b/>
          <w:sz w:val="36"/>
          <w:lang w:val="fr-FR"/>
        </w:rPr>
        <w:t>Olivier Berzane</w:t>
      </w:r>
      <w:r w:rsidRPr="004C06D0">
        <w:rPr>
          <w:rFonts w:ascii="Arial" w:hAnsi="Arial"/>
          <w:b/>
          <w:sz w:val="36"/>
          <w:lang w:val="fr-FR"/>
        </w:rPr>
        <w:br/>
      </w:r>
      <w:r w:rsidRPr="004C06D0">
        <w:rPr>
          <w:rFonts w:ascii="Arial" w:hAnsi="Arial"/>
          <w:sz w:val="36"/>
          <w:lang w:val="fr-FR"/>
        </w:rPr>
        <w:t>Maire du 8e arrondissement</w:t>
      </w:r>
    </w:p>
    <w:p w14:paraId="1F9900D8" w14:textId="77777777" w:rsidR="00C50C98" w:rsidRPr="004C06D0" w:rsidRDefault="00C50C98" w:rsidP="00C50C98">
      <w:pPr>
        <w:rPr>
          <w:rFonts w:ascii="Arial" w:hAnsi="Arial"/>
          <w:sz w:val="36"/>
          <w:lang w:val="fr-FR"/>
        </w:rPr>
      </w:pPr>
    </w:p>
    <w:p w14:paraId="4BC20FC5" w14:textId="77777777" w:rsidR="00C50C98" w:rsidRPr="004C06D0" w:rsidRDefault="00C50C98" w:rsidP="00C50C98">
      <w:pPr>
        <w:rPr>
          <w:rFonts w:ascii="Arial" w:hAnsi="Arial"/>
          <w:sz w:val="36"/>
          <w:lang w:val="fr-FR"/>
        </w:rPr>
      </w:pPr>
    </w:p>
    <w:p w14:paraId="6EE3E655" w14:textId="77777777" w:rsidR="00C50C98" w:rsidRPr="00C62644" w:rsidRDefault="00C50C98" w:rsidP="00C50C98">
      <w:pPr>
        <w:rPr>
          <w:rFonts w:ascii="Arial" w:hAnsi="Arial"/>
          <w:b/>
          <w:bCs/>
          <w:sz w:val="36"/>
          <w:lang w:val="fr-FR"/>
        </w:rPr>
      </w:pPr>
      <w:r w:rsidRPr="00C62644">
        <w:rPr>
          <w:rFonts w:ascii="Arial" w:hAnsi="Arial"/>
          <w:b/>
          <w:bCs/>
          <w:sz w:val="36"/>
          <w:lang w:val="fr-FR"/>
        </w:rPr>
        <w:t>Bienvenue sur l'esplanade Pina-Bausch :</w:t>
      </w:r>
    </w:p>
    <w:p w14:paraId="38084F0E" w14:textId="77777777" w:rsidR="00C50C98" w:rsidRPr="004C06D0" w:rsidRDefault="00C50C98" w:rsidP="00C50C98">
      <w:pPr>
        <w:rPr>
          <w:rFonts w:ascii="Arial" w:hAnsi="Arial"/>
          <w:sz w:val="36"/>
          <w:lang w:val="fr-FR"/>
        </w:rPr>
      </w:pPr>
      <w:r w:rsidRPr="004C06D0">
        <w:rPr>
          <w:rFonts w:ascii="Arial" w:hAnsi="Arial"/>
          <w:sz w:val="36"/>
          <w:lang w:val="fr-FR"/>
        </w:rPr>
        <w:t xml:space="preserve">L'ancienne place du Bachut est devenue l'esplanade Pina-Bausch ! </w:t>
      </w:r>
    </w:p>
    <w:p w14:paraId="31CD8F73" w14:textId="77777777" w:rsidR="00C50C98" w:rsidRPr="004C06D0" w:rsidRDefault="00C50C98" w:rsidP="00C50C98">
      <w:pPr>
        <w:rPr>
          <w:rFonts w:ascii="Arial" w:hAnsi="Arial"/>
          <w:sz w:val="36"/>
          <w:lang w:val="fr-FR"/>
        </w:rPr>
      </w:pPr>
      <w:r w:rsidRPr="004C06D0">
        <w:rPr>
          <w:rFonts w:ascii="Arial" w:hAnsi="Arial"/>
          <w:sz w:val="36"/>
          <w:lang w:val="fr-FR"/>
        </w:rPr>
        <w:t>Entièrement réaménagée et végétalisée, elle a officiellement été inaugurée en juin. Avec ses nouveaux espaces de détente, ses arbres, ses plantations, sa fontaine ludique, c'est un véritable îlot de fraîcheur et de convivialité au cœur du 8e.</w:t>
      </w:r>
    </w:p>
    <w:p w14:paraId="3604ED91" w14:textId="77777777" w:rsidR="00C50C98" w:rsidRPr="004C06D0" w:rsidRDefault="00C50C98" w:rsidP="00C50C98">
      <w:pPr>
        <w:rPr>
          <w:rFonts w:ascii="Arial" w:hAnsi="Arial"/>
          <w:sz w:val="36"/>
          <w:lang w:val="fr-FR"/>
        </w:rPr>
      </w:pPr>
      <w:r w:rsidRPr="004C06D0">
        <w:rPr>
          <w:rFonts w:ascii="Arial" w:hAnsi="Arial"/>
          <w:sz w:val="36"/>
          <w:lang w:val="fr-FR"/>
        </w:rPr>
        <w:t>Elle accueille également une aire d'ébats canins, pensée pour le bien-être des animaux ! Un nouvel espace de 300 m² où les chiens peuvent se dépenser et jouer en toute liberté.</w:t>
      </w:r>
    </w:p>
    <w:p w14:paraId="761AB5C1" w14:textId="77777777" w:rsidR="00C50C98" w:rsidRPr="004C06D0" w:rsidRDefault="00C50C98" w:rsidP="00C50C98">
      <w:pPr>
        <w:rPr>
          <w:rFonts w:ascii="Arial" w:hAnsi="Arial"/>
          <w:sz w:val="36"/>
          <w:lang w:val="fr-FR"/>
        </w:rPr>
      </w:pPr>
    </w:p>
    <w:p w14:paraId="79BBA465" w14:textId="0BE2E76F" w:rsidR="00C50C98" w:rsidRPr="00C62644" w:rsidRDefault="00C50C98" w:rsidP="00C50C98">
      <w:pPr>
        <w:rPr>
          <w:rFonts w:ascii="Arial" w:hAnsi="Arial"/>
          <w:b/>
          <w:bCs/>
          <w:sz w:val="36"/>
          <w:lang w:val="fr-FR"/>
        </w:rPr>
      </w:pPr>
      <w:r w:rsidRPr="00C62644">
        <w:rPr>
          <w:rFonts w:ascii="Arial" w:hAnsi="Arial"/>
          <w:b/>
          <w:bCs/>
          <w:sz w:val="36"/>
          <w:lang w:val="fr-FR"/>
        </w:rPr>
        <w:t>Le 8</w:t>
      </w:r>
      <w:r w:rsidR="00E164D3" w:rsidRPr="00C62644">
        <w:rPr>
          <w:rFonts w:ascii="Arial" w:hAnsi="Arial"/>
          <w:b/>
          <w:bCs/>
          <w:sz w:val="36"/>
          <w:lang w:val="fr-FR"/>
        </w:rPr>
        <w:t>e</w:t>
      </w:r>
      <w:r w:rsidRPr="00C62644">
        <w:rPr>
          <w:rFonts w:ascii="Arial" w:hAnsi="Arial"/>
          <w:b/>
          <w:bCs/>
          <w:sz w:val="36"/>
          <w:lang w:val="fr-FR"/>
        </w:rPr>
        <w:t xml:space="preserve"> donne un coup de pouce à ses associations !</w:t>
      </w:r>
    </w:p>
    <w:p w14:paraId="2E9EBD7D" w14:textId="77777777" w:rsidR="00C50C98" w:rsidRPr="004C06D0" w:rsidRDefault="00C50C98" w:rsidP="00C50C98">
      <w:pPr>
        <w:rPr>
          <w:rFonts w:ascii="Arial" w:hAnsi="Arial"/>
          <w:sz w:val="36"/>
          <w:lang w:val="fr-FR"/>
        </w:rPr>
      </w:pPr>
      <w:r w:rsidRPr="004C06D0">
        <w:rPr>
          <w:rFonts w:ascii="Arial" w:hAnsi="Arial"/>
          <w:sz w:val="36"/>
          <w:lang w:val="fr-FR"/>
        </w:rPr>
        <w:t xml:space="preserve">Les subventions d'arrondissement pour la vie associative (SAVA) du 8e ont été attribuées pour l'année 2026. 10 projets </w:t>
      </w:r>
      <w:r w:rsidRPr="004C06D0">
        <w:rPr>
          <w:rFonts w:ascii="Arial" w:hAnsi="Arial"/>
          <w:sz w:val="36"/>
          <w:lang w:val="fr-FR"/>
        </w:rPr>
        <w:lastRenderedPageBreak/>
        <w:t>vont ainsi contribuer à animer l'espace public. Spectacles, vide-greniers, soirée festive, déambulation artistique, fête de quartier... Près de 15000 € ont été alloués pour soutenir les projets des acteurs de l'arrondissement. Rendez-vous en 2027 pour un nouvel appel à projets !</w:t>
      </w:r>
    </w:p>
    <w:p w14:paraId="1AD8358F" w14:textId="77777777" w:rsidR="00C50C98" w:rsidRPr="004C06D0" w:rsidRDefault="00C50C98" w:rsidP="00C50C98">
      <w:pPr>
        <w:rPr>
          <w:rFonts w:ascii="Arial" w:hAnsi="Arial"/>
          <w:sz w:val="36"/>
          <w:lang w:val="fr-FR"/>
        </w:rPr>
      </w:pPr>
    </w:p>
    <w:p w14:paraId="738B7DEC" w14:textId="77777777" w:rsidR="00C50C98" w:rsidRPr="004C06D0" w:rsidRDefault="00C50C98" w:rsidP="00C50C98">
      <w:pPr>
        <w:rPr>
          <w:rFonts w:ascii="Arial" w:hAnsi="Arial"/>
          <w:sz w:val="36"/>
          <w:lang w:val="fr-FR"/>
        </w:rPr>
      </w:pPr>
    </w:p>
    <w:p w14:paraId="496AB1CF" w14:textId="51FFBAED" w:rsidR="00C50C98" w:rsidRPr="00C62644" w:rsidRDefault="00C62644" w:rsidP="00C50C98">
      <w:pPr>
        <w:rPr>
          <w:rFonts w:ascii="Arial" w:hAnsi="Arial"/>
          <w:sz w:val="40"/>
          <w:szCs w:val="24"/>
          <w:lang w:val="fr-FR"/>
        </w:rPr>
      </w:pPr>
      <w:r w:rsidRPr="00C62644">
        <w:rPr>
          <w:rFonts w:ascii="Arial" w:hAnsi="Arial"/>
          <w:sz w:val="40"/>
          <w:szCs w:val="24"/>
          <w:lang w:val="fr-FR"/>
        </w:rPr>
        <w:t>AGENDA :</w:t>
      </w:r>
    </w:p>
    <w:p w14:paraId="1D341B68" w14:textId="77777777" w:rsidR="00C50C98" w:rsidRPr="004C06D0" w:rsidRDefault="00C50C98" w:rsidP="00C50C98">
      <w:pPr>
        <w:pStyle w:val="Listepuces"/>
        <w:rPr>
          <w:rFonts w:ascii="Arial" w:hAnsi="Arial"/>
          <w:sz w:val="36"/>
          <w:lang w:val="fr-FR"/>
        </w:rPr>
      </w:pPr>
      <w:r w:rsidRPr="004C06D0">
        <w:rPr>
          <w:rFonts w:ascii="Arial" w:hAnsi="Arial"/>
          <w:b/>
          <w:sz w:val="36"/>
          <w:lang w:val="fr-FR"/>
        </w:rPr>
        <w:t>Le 1er octobre à 18h :</w:t>
      </w:r>
      <w:r w:rsidRPr="004C06D0">
        <w:rPr>
          <w:rFonts w:ascii="Arial" w:hAnsi="Arial"/>
          <w:b/>
          <w:sz w:val="36"/>
          <w:lang w:val="fr-FR"/>
        </w:rPr>
        <w:br/>
      </w:r>
      <w:r w:rsidRPr="004C06D0">
        <w:rPr>
          <w:rFonts w:ascii="Arial" w:hAnsi="Arial"/>
          <w:sz w:val="36"/>
          <w:lang w:val="fr-FR"/>
        </w:rPr>
        <w:t>Fête de rentrée des Conseils de quartier, au jardin du CEFI.</w:t>
      </w:r>
      <w:r w:rsidRPr="004C06D0">
        <w:rPr>
          <w:rFonts w:ascii="Arial" w:hAnsi="Arial"/>
          <w:sz w:val="36"/>
          <w:lang w:val="fr-FR"/>
        </w:rPr>
        <w:br/>
        <w:t>+ mairie8.lyon.fr</w:t>
      </w:r>
    </w:p>
    <w:p w14:paraId="730C2A03" w14:textId="77777777" w:rsidR="00C50C98" w:rsidRPr="004C06D0" w:rsidRDefault="00C50C98" w:rsidP="00C50C98">
      <w:pPr>
        <w:rPr>
          <w:rFonts w:ascii="Arial" w:hAnsi="Arial"/>
          <w:b/>
          <w:sz w:val="36"/>
          <w:lang w:val="fr-FR"/>
        </w:rPr>
      </w:pPr>
    </w:p>
    <w:p w14:paraId="34B4AF00" w14:textId="77777777" w:rsidR="00C50C98" w:rsidRPr="004C06D0" w:rsidRDefault="00C50C98" w:rsidP="00C50C98">
      <w:pPr>
        <w:rPr>
          <w:rFonts w:ascii="Arial" w:hAnsi="Arial"/>
          <w:sz w:val="36"/>
          <w:lang w:val="fr-FR"/>
        </w:rPr>
      </w:pPr>
      <w:r w:rsidRPr="004C06D0">
        <w:rPr>
          <w:rFonts w:ascii="Arial" w:hAnsi="Arial"/>
          <w:b/>
          <w:sz w:val="36"/>
          <w:lang w:val="fr-FR"/>
        </w:rPr>
        <w:t>En octobre</w:t>
      </w:r>
      <w:r w:rsidRPr="004C06D0">
        <w:rPr>
          <w:rFonts w:ascii="Arial" w:hAnsi="Arial"/>
          <w:b/>
          <w:sz w:val="36"/>
          <w:lang w:val="fr-FR"/>
        </w:rPr>
        <w:br/>
      </w:r>
      <w:r w:rsidRPr="004C06D0">
        <w:rPr>
          <w:rFonts w:ascii="Arial" w:hAnsi="Arial"/>
          <w:sz w:val="36"/>
          <w:lang w:val="fr-FR"/>
        </w:rPr>
        <w:t>Mois bleu des seniors : de nombreuses animations gratuites, spectacles, concours de cuisine...</w:t>
      </w:r>
      <w:r w:rsidRPr="004C06D0">
        <w:rPr>
          <w:rFonts w:ascii="Arial" w:hAnsi="Arial"/>
          <w:sz w:val="36"/>
          <w:lang w:val="fr-FR"/>
        </w:rPr>
        <w:br/>
        <w:t>+ mairie8.lyon.fr</w:t>
      </w:r>
    </w:p>
    <w:p w14:paraId="12AA5ADC" w14:textId="77777777" w:rsidR="00C50C98" w:rsidRPr="004C06D0" w:rsidRDefault="00C50C98" w:rsidP="00C50C98">
      <w:pPr>
        <w:pStyle w:val="Listepuces"/>
        <w:numPr>
          <w:ilvl w:val="0"/>
          <w:numId w:val="0"/>
        </w:numPr>
        <w:rPr>
          <w:rFonts w:ascii="Arial" w:hAnsi="Arial"/>
          <w:b/>
          <w:sz w:val="36"/>
          <w:lang w:val="fr-FR"/>
        </w:rPr>
      </w:pPr>
    </w:p>
    <w:p w14:paraId="2C6C64D1" w14:textId="77777777" w:rsidR="00C50C98" w:rsidRPr="004C06D0" w:rsidRDefault="00C50C98" w:rsidP="00C50C98">
      <w:pPr>
        <w:pStyle w:val="Listepuces"/>
        <w:rPr>
          <w:rFonts w:ascii="Arial" w:hAnsi="Arial"/>
          <w:sz w:val="36"/>
          <w:lang w:val="fr-FR"/>
        </w:rPr>
      </w:pPr>
      <w:r w:rsidRPr="004C06D0">
        <w:rPr>
          <w:rFonts w:ascii="Arial" w:hAnsi="Arial"/>
          <w:b/>
          <w:sz w:val="36"/>
          <w:lang w:val="fr-FR"/>
        </w:rPr>
        <w:t>Le 15 octobre de 13h30 à 17h :</w:t>
      </w:r>
      <w:r w:rsidRPr="004C06D0">
        <w:rPr>
          <w:rFonts w:ascii="Arial" w:hAnsi="Arial"/>
          <w:b/>
          <w:sz w:val="36"/>
          <w:lang w:val="fr-FR"/>
        </w:rPr>
        <w:br/>
      </w:r>
      <w:r w:rsidRPr="004C06D0">
        <w:rPr>
          <w:rFonts w:ascii="Arial" w:hAnsi="Arial"/>
          <w:sz w:val="36"/>
          <w:lang w:val="fr-FR"/>
        </w:rPr>
        <w:t>Forum des seniors organisé par le Conseil des aînés du 8e, à l'Espace citoyen.</w:t>
      </w:r>
      <w:r w:rsidRPr="004C06D0">
        <w:rPr>
          <w:rFonts w:ascii="Arial" w:hAnsi="Arial"/>
          <w:sz w:val="36"/>
          <w:lang w:val="fr-FR"/>
        </w:rPr>
        <w:br/>
        <w:t>+ mairie8.lyon.fr</w:t>
      </w:r>
    </w:p>
    <w:p w14:paraId="556476EC" w14:textId="77777777" w:rsidR="00C50C98" w:rsidRPr="004C06D0" w:rsidRDefault="00C50C98" w:rsidP="00C50C98">
      <w:pPr>
        <w:pStyle w:val="Listepuces"/>
        <w:numPr>
          <w:ilvl w:val="0"/>
          <w:numId w:val="0"/>
        </w:numPr>
        <w:rPr>
          <w:rFonts w:ascii="Arial" w:hAnsi="Arial"/>
          <w:b/>
          <w:sz w:val="36"/>
          <w:lang w:val="fr-FR"/>
        </w:rPr>
      </w:pPr>
    </w:p>
    <w:p w14:paraId="0A332324" w14:textId="77777777" w:rsidR="00C50C98" w:rsidRPr="004C06D0" w:rsidRDefault="00C50C98" w:rsidP="00C50C98">
      <w:pPr>
        <w:pStyle w:val="Listepuces"/>
        <w:rPr>
          <w:rFonts w:ascii="Arial" w:hAnsi="Arial"/>
          <w:sz w:val="36"/>
          <w:lang w:val="fr-FR"/>
        </w:rPr>
      </w:pPr>
      <w:r w:rsidRPr="004C06D0">
        <w:rPr>
          <w:rFonts w:ascii="Arial" w:hAnsi="Arial"/>
          <w:b/>
          <w:sz w:val="36"/>
          <w:lang w:val="fr-FR"/>
        </w:rPr>
        <w:t>Le 18 octobre de 10h à 17h :</w:t>
      </w:r>
      <w:r w:rsidRPr="004C06D0">
        <w:rPr>
          <w:rFonts w:ascii="Arial" w:hAnsi="Arial"/>
          <w:b/>
          <w:sz w:val="36"/>
          <w:lang w:val="fr-FR"/>
        </w:rPr>
        <w:br/>
      </w:r>
      <w:r w:rsidRPr="004C06D0">
        <w:rPr>
          <w:rFonts w:ascii="Arial" w:hAnsi="Arial"/>
          <w:sz w:val="36"/>
          <w:lang w:val="fr-FR"/>
        </w:rPr>
        <w:t>Fête des animaux, place Ambroise-Courtois.</w:t>
      </w:r>
      <w:r w:rsidRPr="004C06D0">
        <w:rPr>
          <w:rFonts w:ascii="Arial" w:hAnsi="Arial"/>
          <w:sz w:val="36"/>
          <w:lang w:val="fr-FR"/>
        </w:rPr>
        <w:br/>
        <w:t>+ mairie8.lyon.fr</w:t>
      </w:r>
    </w:p>
    <w:p w14:paraId="66D7C2AA" w14:textId="463CA948" w:rsidR="00D73DCA" w:rsidRDefault="00D73DCA">
      <w:pPr>
        <w:rPr>
          <w:rFonts w:ascii="Arial" w:hAnsi="Arial"/>
          <w:sz w:val="36"/>
          <w:lang w:val="fr-FR"/>
        </w:rPr>
      </w:pPr>
      <w:r>
        <w:rPr>
          <w:rFonts w:ascii="Arial" w:hAnsi="Arial"/>
          <w:sz w:val="36"/>
          <w:lang w:val="fr-FR"/>
        </w:rPr>
        <w:lastRenderedPageBreak/>
        <w:br w:type="page"/>
      </w:r>
    </w:p>
    <w:p w14:paraId="754F5692" w14:textId="5866C98C" w:rsidR="00C50C98" w:rsidRPr="00C62644" w:rsidRDefault="00C62644" w:rsidP="00C50C98">
      <w:pPr>
        <w:pStyle w:val="Titre1"/>
        <w:jc w:val="center"/>
        <w:rPr>
          <w:rFonts w:ascii="Arial" w:hAnsi="Arial"/>
          <w:sz w:val="44"/>
          <w:szCs w:val="36"/>
          <w:lang w:val="fr-FR"/>
        </w:rPr>
      </w:pPr>
      <w:bookmarkStart w:id="39" w:name="_Toc239853025"/>
      <w:r w:rsidRPr="00C62644">
        <w:rPr>
          <w:rFonts w:ascii="Arial" w:hAnsi="Arial"/>
          <w:sz w:val="44"/>
          <w:szCs w:val="36"/>
          <w:lang w:val="fr-FR"/>
        </w:rPr>
        <w:lastRenderedPageBreak/>
        <w:t>MON 9</w:t>
      </w:r>
      <w:r>
        <w:rPr>
          <w:rFonts w:ascii="Arial" w:hAnsi="Arial"/>
          <w:sz w:val="44"/>
          <w:szCs w:val="36"/>
          <w:lang w:val="fr-FR"/>
        </w:rPr>
        <w:t>e</w:t>
      </w:r>
      <w:r w:rsidRPr="00C62644">
        <w:rPr>
          <w:rFonts w:ascii="Arial" w:hAnsi="Arial"/>
          <w:sz w:val="44"/>
          <w:szCs w:val="36"/>
          <w:lang w:val="fr-FR"/>
        </w:rPr>
        <w:t xml:space="preserve"> ARRONDISSEMENT</w:t>
      </w:r>
      <w:bookmarkEnd w:id="39"/>
    </w:p>
    <w:p w14:paraId="7FB9101A" w14:textId="77777777" w:rsidR="00C50C98" w:rsidRPr="004C06D0" w:rsidRDefault="00C50C98" w:rsidP="00C50C98">
      <w:pPr>
        <w:rPr>
          <w:rFonts w:ascii="Arial" w:hAnsi="Arial"/>
          <w:sz w:val="36"/>
          <w:lang w:val="fr-FR"/>
        </w:rPr>
      </w:pPr>
    </w:p>
    <w:p w14:paraId="79ABB964" w14:textId="77777777" w:rsidR="00C50C98" w:rsidRPr="004C06D0" w:rsidRDefault="00C50C98" w:rsidP="00C50C98">
      <w:pPr>
        <w:rPr>
          <w:rFonts w:ascii="Arial" w:hAnsi="Arial"/>
          <w:sz w:val="36"/>
          <w:lang w:val="fr-FR"/>
        </w:rPr>
      </w:pPr>
      <w:r w:rsidRPr="004C06D0">
        <w:rPr>
          <w:rFonts w:ascii="Arial" w:hAnsi="Arial"/>
          <w:sz w:val="36"/>
          <w:lang w:val="fr-FR"/>
        </w:rPr>
        <w:t>Mairie du 9</w:t>
      </w:r>
      <w:r w:rsidRPr="004C06D0">
        <w:rPr>
          <w:rFonts w:ascii="Arial" w:hAnsi="Arial"/>
          <w:sz w:val="36"/>
          <w:vertAlign w:val="superscript"/>
          <w:lang w:val="fr-FR"/>
        </w:rPr>
        <w:t>e </w:t>
      </w:r>
      <w:r w:rsidRPr="004C06D0">
        <w:rPr>
          <w:rFonts w:ascii="Arial" w:hAnsi="Arial"/>
          <w:sz w:val="36"/>
          <w:lang w:val="fr-FR"/>
        </w:rPr>
        <w:t>:</w:t>
      </w:r>
      <w:r w:rsidRPr="004C06D0">
        <w:rPr>
          <w:rFonts w:ascii="Arial" w:hAnsi="Arial"/>
          <w:sz w:val="36"/>
          <w:lang w:val="fr-FR"/>
        </w:rPr>
        <w:br/>
        <w:t>1, rue de la Pépinière Royale</w:t>
      </w:r>
      <w:r w:rsidRPr="004C06D0">
        <w:rPr>
          <w:rFonts w:ascii="Arial" w:hAnsi="Arial"/>
          <w:sz w:val="36"/>
          <w:lang w:val="fr-FR"/>
        </w:rPr>
        <w:br/>
        <w:t>69009 Lyon</w:t>
      </w:r>
      <w:r w:rsidRPr="004C06D0">
        <w:rPr>
          <w:rFonts w:ascii="Arial" w:hAnsi="Arial"/>
          <w:sz w:val="36"/>
          <w:lang w:val="fr-FR"/>
        </w:rPr>
        <w:br/>
        <w:t>04 72 19 81 81</w:t>
      </w:r>
      <w:r w:rsidRPr="004C06D0">
        <w:rPr>
          <w:rFonts w:ascii="Arial" w:hAnsi="Arial"/>
          <w:sz w:val="36"/>
          <w:lang w:val="fr-FR"/>
        </w:rPr>
        <w:br/>
        <w:t>Annexe La Duchère :</w:t>
      </w:r>
      <w:r w:rsidRPr="004C06D0">
        <w:rPr>
          <w:rFonts w:ascii="Arial" w:hAnsi="Arial"/>
          <w:sz w:val="36"/>
          <w:lang w:val="fr-FR"/>
        </w:rPr>
        <w:br/>
        <w:t>8 place Gisèle-Halimi</w:t>
      </w:r>
      <w:r w:rsidRPr="004C06D0">
        <w:rPr>
          <w:rFonts w:ascii="Arial" w:hAnsi="Arial"/>
          <w:sz w:val="36"/>
          <w:lang w:val="fr-FR"/>
        </w:rPr>
        <w:br/>
        <w:t>69009 Lyon</w:t>
      </w:r>
      <w:r w:rsidRPr="004C06D0">
        <w:rPr>
          <w:rFonts w:ascii="Arial" w:hAnsi="Arial"/>
          <w:sz w:val="36"/>
          <w:lang w:val="fr-FR"/>
        </w:rPr>
        <w:br/>
        <w:t>04 78 66 80 70</w:t>
      </w:r>
      <w:r w:rsidRPr="004C06D0">
        <w:rPr>
          <w:rFonts w:ascii="Arial" w:hAnsi="Arial"/>
          <w:sz w:val="36"/>
          <w:lang w:val="fr-FR"/>
        </w:rPr>
        <w:br/>
        <w:t>mairie9.lyon.fr</w:t>
      </w:r>
    </w:p>
    <w:p w14:paraId="4BF42C96" w14:textId="77777777" w:rsidR="00C50C98" w:rsidRPr="004C06D0" w:rsidRDefault="00C50C98" w:rsidP="00C50C98">
      <w:pPr>
        <w:rPr>
          <w:rFonts w:ascii="Arial" w:hAnsi="Arial"/>
          <w:sz w:val="36"/>
          <w:lang w:val="fr-FR"/>
        </w:rPr>
      </w:pPr>
    </w:p>
    <w:p w14:paraId="715F48B0" w14:textId="77777777" w:rsidR="00C50C98" w:rsidRPr="00C62644" w:rsidRDefault="00C50C98" w:rsidP="00C50C98">
      <w:pPr>
        <w:rPr>
          <w:rFonts w:ascii="Arial" w:hAnsi="Arial"/>
          <w:b/>
          <w:bCs/>
          <w:sz w:val="36"/>
          <w:lang w:val="fr-FR"/>
        </w:rPr>
      </w:pPr>
      <w:r w:rsidRPr="00C62644">
        <w:rPr>
          <w:rFonts w:ascii="Arial" w:hAnsi="Arial"/>
          <w:b/>
          <w:bCs/>
          <w:sz w:val="36"/>
          <w:lang w:val="fr-FR"/>
        </w:rPr>
        <w:t>Une rentrée riche en évènements !</w:t>
      </w:r>
    </w:p>
    <w:p w14:paraId="6F746BBD" w14:textId="77777777" w:rsidR="00C50C98" w:rsidRPr="004C06D0" w:rsidRDefault="00C50C98" w:rsidP="00C50C98">
      <w:pPr>
        <w:rPr>
          <w:rFonts w:ascii="Arial" w:hAnsi="Arial"/>
          <w:sz w:val="36"/>
          <w:lang w:val="fr-FR"/>
        </w:rPr>
      </w:pPr>
      <w:r w:rsidRPr="004C06D0">
        <w:rPr>
          <w:rFonts w:ascii="Arial" w:hAnsi="Arial"/>
          <w:sz w:val="36"/>
          <w:lang w:val="fr-FR"/>
        </w:rPr>
        <w:t>Chères habitantes et habitants, l'été s'efface doucement pour laisser place aux couleurs de l'automne. C'est un moment charnière, marqué d'abord par le retour de nos enfants à l'école et au sein de leurs activités extrascolaires. Malgré les fortes chaleurs estivales inédites, nous mettons tout en œuvre pour leur offrir un cadre d'apprentissage épanouissant et serein dans notre arrondissement.</w:t>
      </w:r>
    </w:p>
    <w:p w14:paraId="60562FC3" w14:textId="77777777" w:rsidR="00C50C98" w:rsidRPr="004C06D0" w:rsidRDefault="00C50C98" w:rsidP="00C50C98">
      <w:pPr>
        <w:rPr>
          <w:rFonts w:ascii="Arial" w:hAnsi="Arial"/>
          <w:sz w:val="36"/>
          <w:lang w:val="fr-FR"/>
        </w:rPr>
      </w:pPr>
      <w:r w:rsidRPr="004C06D0">
        <w:rPr>
          <w:rFonts w:ascii="Arial" w:hAnsi="Arial"/>
          <w:sz w:val="36"/>
          <w:lang w:val="fr-FR"/>
        </w:rPr>
        <w:t xml:space="preserve">Cette reprise a aussi été rythmée par le succès de notre Forum des associations, le samedi 12 septembre. </w:t>
      </w:r>
    </w:p>
    <w:p w14:paraId="657340A7" w14:textId="00915C41" w:rsidR="00C50C98" w:rsidRPr="004C06D0" w:rsidRDefault="00C50C98" w:rsidP="00C50C98">
      <w:pPr>
        <w:rPr>
          <w:rFonts w:ascii="Arial" w:hAnsi="Arial"/>
          <w:sz w:val="36"/>
          <w:lang w:val="fr-FR"/>
        </w:rPr>
      </w:pPr>
      <w:r w:rsidRPr="004C06D0">
        <w:rPr>
          <w:rFonts w:ascii="Arial" w:hAnsi="Arial"/>
          <w:sz w:val="36"/>
          <w:lang w:val="fr-FR"/>
        </w:rPr>
        <w:t xml:space="preserve">Ce rendez-vous incontournable a mis en lumière la richesse et la diversité de notre tissu local. Un immense merci aux </w:t>
      </w:r>
      <w:r w:rsidRPr="004C06D0">
        <w:rPr>
          <w:rFonts w:ascii="Arial" w:hAnsi="Arial"/>
          <w:sz w:val="36"/>
          <w:lang w:val="fr-FR"/>
        </w:rPr>
        <w:lastRenderedPageBreak/>
        <w:t>bénévoles qui font vibrer le 9</w:t>
      </w:r>
      <w:r w:rsidR="00E164D3" w:rsidRPr="004C06D0">
        <w:rPr>
          <w:rFonts w:ascii="Arial" w:hAnsi="Arial"/>
          <w:sz w:val="36"/>
          <w:lang w:val="fr-FR"/>
        </w:rPr>
        <w:t>e</w:t>
      </w:r>
      <w:r w:rsidRPr="004C06D0">
        <w:rPr>
          <w:rFonts w:ascii="Arial" w:hAnsi="Arial"/>
          <w:sz w:val="36"/>
          <w:lang w:val="fr-FR"/>
        </w:rPr>
        <w:t xml:space="preserve"> au quotidien par leur engagement sportif, culturel et solidaire.</w:t>
      </w:r>
    </w:p>
    <w:p w14:paraId="11842754" w14:textId="77777777" w:rsidR="00C50C98" w:rsidRPr="004C06D0" w:rsidRDefault="00C50C98" w:rsidP="00C50C98">
      <w:pPr>
        <w:rPr>
          <w:rFonts w:ascii="Arial" w:hAnsi="Arial"/>
          <w:sz w:val="36"/>
          <w:lang w:val="fr-FR"/>
        </w:rPr>
      </w:pPr>
      <w:r w:rsidRPr="004C06D0">
        <w:rPr>
          <w:rFonts w:ascii="Arial" w:hAnsi="Arial"/>
          <w:sz w:val="36"/>
          <w:lang w:val="fr-FR"/>
        </w:rPr>
        <w:t>Ensemble, abordons cette nouvelle année scolaire avec enthousiasme, proximité et esprit collectif.</w:t>
      </w:r>
    </w:p>
    <w:p w14:paraId="15E58122" w14:textId="77777777" w:rsidR="00C50C98" w:rsidRPr="004C06D0" w:rsidRDefault="00C50C98" w:rsidP="00C50C98">
      <w:pPr>
        <w:rPr>
          <w:rFonts w:ascii="Arial" w:hAnsi="Arial"/>
          <w:sz w:val="36"/>
          <w:lang w:val="fr-FR"/>
        </w:rPr>
      </w:pPr>
      <w:r w:rsidRPr="004C06D0">
        <w:rPr>
          <w:rFonts w:ascii="Arial" w:hAnsi="Arial"/>
          <w:sz w:val="36"/>
          <w:lang w:val="fr-FR"/>
        </w:rPr>
        <w:t>Excellente rentrée à toutes et à tous !</w:t>
      </w:r>
    </w:p>
    <w:p w14:paraId="2097B0FF" w14:textId="77777777" w:rsidR="00C50C98" w:rsidRPr="004C06D0" w:rsidRDefault="00C50C98" w:rsidP="00C50C98">
      <w:pPr>
        <w:rPr>
          <w:rFonts w:ascii="Arial" w:hAnsi="Arial"/>
          <w:b/>
          <w:sz w:val="36"/>
          <w:lang w:val="fr-FR"/>
        </w:rPr>
      </w:pPr>
    </w:p>
    <w:p w14:paraId="766DF097" w14:textId="77777777" w:rsidR="00C50C98" w:rsidRPr="004C06D0" w:rsidRDefault="00C50C98" w:rsidP="00C50C98">
      <w:pPr>
        <w:rPr>
          <w:rFonts w:ascii="Arial" w:hAnsi="Arial"/>
          <w:sz w:val="36"/>
          <w:lang w:val="fr-FR"/>
        </w:rPr>
      </w:pPr>
      <w:r w:rsidRPr="004C06D0">
        <w:rPr>
          <w:rFonts w:ascii="Arial" w:hAnsi="Arial"/>
          <w:b/>
          <w:sz w:val="36"/>
          <w:lang w:val="fr-FR"/>
        </w:rPr>
        <w:t>Emmanuel Giraud</w:t>
      </w:r>
      <w:r w:rsidRPr="004C06D0">
        <w:rPr>
          <w:rFonts w:ascii="Arial" w:hAnsi="Arial"/>
          <w:b/>
          <w:sz w:val="36"/>
          <w:lang w:val="fr-FR"/>
        </w:rPr>
        <w:br/>
      </w:r>
      <w:r w:rsidRPr="004C06D0">
        <w:rPr>
          <w:rFonts w:ascii="Arial" w:hAnsi="Arial"/>
          <w:sz w:val="36"/>
          <w:lang w:val="fr-FR"/>
        </w:rPr>
        <w:t>Maire du 9</w:t>
      </w:r>
      <w:r w:rsidRPr="004C06D0">
        <w:rPr>
          <w:rFonts w:ascii="Arial" w:hAnsi="Arial"/>
          <w:sz w:val="36"/>
          <w:vertAlign w:val="superscript"/>
          <w:lang w:val="fr-FR"/>
        </w:rPr>
        <w:t>e</w:t>
      </w:r>
      <w:r w:rsidRPr="004C06D0">
        <w:rPr>
          <w:rFonts w:ascii="Arial" w:hAnsi="Arial"/>
          <w:sz w:val="36"/>
          <w:lang w:val="fr-FR"/>
        </w:rPr>
        <w:t xml:space="preserve"> arrondissement</w:t>
      </w:r>
    </w:p>
    <w:p w14:paraId="72B3B568" w14:textId="77777777" w:rsidR="00C50C98" w:rsidRPr="004C06D0" w:rsidRDefault="00C50C98" w:rsidP="00C50C98">
      <w:pPr>
        <w:rPr>
          <w:rFonts w:ascii="Arial" w:hAnsi="Arial"/>
          <w:sz w:val="36"/>
          <w:lang w:val="fr-FR"/>
        </w:rPr>
      </w:pPr>
    </w:p>
    <w:p w14:paraId="73434DFD" w14:textId="77777777" w:rsidR="00C50C98" w:rsidRPr="004C06D0" w:rsidRDefault="00C50C98" w:rsidP="00C50C98">
      <w:pPr>
        <w:rPr>
          <w:rFonts w:ascii="Arial" w:hAnsi="Arial"/>
          <w:sz w:val="36"/>
          <w:lang w:val="fr-FR"/>
        </w:rPr>
      </w:pPr>
    </w:p>
    <w:p w14:paraId="7813E2CF" w14:textId="77777777" w:rsidR="00C50C98" w:rsidRPr="00C62644" w:rsidRDefault="00C50C98" w:rsidP="00C50C98">
      <w:pPr>
        <w:rPr>
          <w:rFonts w:ascii="Arial" w:hAnsi="Arial"/>
          <w:b/>
          <w:bCs/>
          <w:sz w:val="36"/>
          <w:lang w:val="fr-FR"/>
        </w:rPr>
      </w:pPr>
      <w:r w:rsidRPr="00C62644">
        <w:rPr>
          <w:rFonts w:ascii="Arial" w:hAnsi="Arial"/>
          <w:b/>
          <w:bCs/>
          <w:sz w:val="36"/>
          <w:lang w:val="fr-FR"/>
        </w:rPr>
        <w:t>Deux nouveaux bateaux pour Navigône :</w:t>
      </w:r>
    </w:p>
    <w:p w14:paraId="2DF121CD" w14:textId="77777777" w:rsidR="00C50C98" w:rsidRPr="004C06D0" w:rsidRDefault="00C50C98" w:rsidP="00C50C98">
      <w:pPr>
        <w:rPr>
          <w:rFonts w:ascii="Arial" w:hAnsi="Arial"/>
          <w:sz w:val="36"/>
          <w:lang w:val="fr-FR"/>
        </w:rPr>
      </w:pPr>
      <w:r w:rsidRPr="004C06D0">
        <w:rPr>
          <w:rFonts w:ascii="Arial" w:hAnsi="Arial"/>
          <w:sz w:val="36"/>
          <w:lang w:val="fr-FR"/>
        </w:rPr>
        <w:t>Nous en rêvions, ils sont désormais en fonction !</w:t>
      </w:r>
    </w:p>
    <w:p w14:paraId="16AA8007" w14:textId="77777777" w:rsidR="00C50C98" w:rsidRPr="004C06D0" w:rsidRDefault="00C50C98" w:rsidP="00C50C98">
      <w:pPr>
        <w:rPr>
          <w:rFonts w:ascii="Arial" w:hAnsi="Arial"/>
          <w:sz w:val="36"/>
          <w:lang w:val="fr-FR"/>
        </w:rPr>
      </w:pPr>
      <w:r w:rsidRPr="004C06D0">
        <w:rPr>
          <w:rFonts w:ascii="Arial" w:hAnsi="Arial"/>
          <w:sz w:val="36"/>
          <w:lang w:val="fr-FR"/>
        </w:rPr>
        <w:t>Le 20 juin, la ligne Navigône accueillait deux nouvelles navettes 100% électriques venant s'ajouter aux deux présentes sur la Saône. Ce renfort d'offre permet une fréquence de 15 minutes en heures de pointe et une amplitude horaire élargie. Avec quatre navettes en circulation simultanée, la ligne Navigône a maintenant atteint son rythme de... croisière !</w:t>
      </w:r>
    </w:p>
    <w:p w14:paraId="25FE5C1E" w14:textId="77777777" w:rsidR="00C50C98" w:rsidRPr="004C06D0" w:rsidRDefault="00C50C98" w:rsidP="00C50C98">
      <w:pPr>
        <w:rPr>
          <w:rFonts w:ascii="Arial" w:hAnsi="Arial"/>
          <w:sz w:val="36"/>
          <w:lang w:val="fr-FR"/>
        </w:rPr>
      </w:pPr>
      <w:r w:rsidRPr="004C06D0">
        <w:rPr>
          <w:rFonts w:ascii="Arial" w:hAnsi="Arial"/>
          <w:sz w:val="36"/>
          <w:lang w:val="fr-FR"/>
        </w:rPr>
        <w:t>Au total, 7 millions d'euros ont été investis pour créer les 4 haltes de la ligne fluviale.</w:t>
      </w:r>
    </w:p>
    <w:p w14:paraId="2A20C0FE" w14:textId="77777777" w:rsidR="00C50C98" w:rsidRPr="004C06D0" w:rsidRDefault="00C50C98" w:rsidP="00C50C98">
      <w:pPr>
        <w:rPr>
          <w:rFonts w:ascii="Arial" w:hAnsi="Arial"/>
          <w:sz w:val="36"/>
          <w:lang w:val="fr-FR"/>
        </w:rPr>
      </w:pPr>
      <w:r w:rsidRPr="004C06D0">
        <w:rPr>
          <w:rFonts w:ascii="Arial" w:hAnsi="Arial"/>
          <w:sz w:val="36"/>
          <w:lang w:val="fr-FR"/>
        </w:rPr>
        <w:t>Elles sont facilement repérables grâce aux totems installés sur les quais, qui précisent les horaires, le parcours et la connexion avec les autres modes du réseau TCL.</w:t>
      </w:r>
    </w:p>
    <w:p w14:paraId="45989ECC" w14:textId="77777777" w:rsidR="00C50C98" w:rsidRPr="004C06D0" w:rsidRDefault="00C50C98" w:rsidP="00C50C98">
      <w:pPr>
        <w:rPr>
          <w:rFonts w:ascii="Arial" w:hAnsi="Arial"/>
          <w:sz w:val="36"/>
          <w:lang w:val="fr-FR"/>
        </w:rPr>
      </w:pPr>
    </w:p>
    <w:p w14:paraId="0B10DFBD" w14:textId="77777777" w:rsidR="00C50C98" w:rsidRPr="00C62644" w:rsidRDefault="00C50C98" w:rsidP="00C50C98">
      <w:pPr>
        <w:rPr>
          <w:rFonts w:ascii="Arial" w:hAnsi="Arial"/>
          <w:b/>
          <w:bCs/>
          <w:sz w:val="36"/>
          <w:lang w:val="fr-FR"/>
        </w:rPr>
      </w:pPr>
      <w:r w:rsidRPr="00C62644">
        <w:rPr>
          <w:rFonts w:ascii="Arial" w:hAnsi="Arial"/>
          <w:b/>
          <w:bCs/>
          <w:sz w:val="36"/>
          <w:lang w:val="fr-FR"/>
        </w:rPr>
        <w:t>Objectif zéro piqûre :</w:t>
      </w:r>
    </w:p>
    <w:p w14:paraId="21641128" w14:textId="77777777" w:rsidR="00C50C98" w:rsidRPr="004C06D0" w:rsidRDefault="00C50C98" w:rsidP="00C50C98">
      <w:pPr>
        <w:rPr>
          <w:rFonts w:ascii="Arial" w:hAnsi="Arial"/>
          <w:sz w:val="36"/>
          <w:lang w:val="fr-FR"/>
        </w:rPr>
      </w:pPr>
      <w:r w:rsidRPr="004C06D0">
        <w:rPr>
          <w:rFonts w:ascii="Arial" w:hAnsi="Arial"/>
          <w:sz w:val="36"/>
          <w:lang w:val="fr-FR"/>
        </w:rPr>
        <w:t xml:space="preserve">Pour que vous puissiez profiter pleinement de la fraîcheur de nos espaces verts l'été sans les désagréments des piqûres, une borne anti-moustique 100% écologique a été installée au parc </w:t>
      </w:r>
      <w:proofErr w:type="spellStart"/>
      <w:r w:rsidRPr="004C06D0">
        <w:rPr>
          <w:rFonts w:ascii="Arial" w:hAnsi="Arial"/>
          <w:sz w:val="36"/>
          <w:lang w:val="fr-FR"/>
        </w:rPr>
        <w:t>Montel</w:t>
      </w:r>
      <w:proofErr w:type="spellEnd"/>
      <w:r w:rsidRPr="004C06D0">
        <w:rPr>
          <w:rFonts w:ascii="Arial" w:hAnsi="Arial"/>
          <w:sz w:val="36"/>
          <w:lang w:val="fr-FR"/>
        </w:rPr>
        <w:t>. Ce dispositif simule la respiration humaine pour attirer et capturer efficacement les moustiques tigres, sans aucun produit chimique.</w:t>
      </w:r>
    </w:p>
    <w:p w14:paraId="16F2E78D" w14:textId="77777777" w:rsidR="00C50C98" w:rsidRPr="004C06D0" w:rsidRDefault="00C50C98" w:rsidP="00C50C98">
      <w:pPr>
        <w:rPr>
          <w:rFonts w:ascii="Arial" w:hAnsi="Arial"/>
          <w:sz w:val="36"/>
          <w:lang w:val="fr-FR"/>
        </w:rPr>
      </w:pPr>
      <w:r w:rsidRPr="004C06D0">
        <w:rPr>
          <w:rFonts w:ascii="Arial" w:hAnsi="Arial"/>
          <w:sz w:val="36"/>
          <w:lang w:val="fr-FR"/>
        </w:rPr>
        <w:t>Curieux de comprendre son fonctionnement et de voir les coulisses de l'installation ?</w:t>
      </w:r>
    </w:p>
    <w:p w14:paraId="7FA9D2A7" w14:textId="77777777" w:rsidR="00C50C98" w:rsidRPr="004C06D0" w:rsidRDefault="00C50C98" w:rsidP="00C50C98">
      <w:pPr>
        <w:rPr>
          <w:rFonts w:ascii="Arial" w:hAnsi="Arial"/>
          <w:sz w:val="36"/>
          <w:lang w:val="fr-FR"/>
        </w:rPr>
      </w:pPr>
      <w:r w:rsidRPr="004C06D0">
        <w:rPr>
          <w:rFonts w:ascii="Arial" w:hAnsi="Arial"/>
          <w:sz w:val="36"/>
          <w:lang w:val="fr-FR"/>
        </w:rPr>
        <w:t>Découvrez les images exclusives sur notre compte Instagram ou Facebook @mairie9lyon.</w:t>
      </w:r>
    </w:p>
    <w:p w14:paraId="310346FB" w14:textId="77777777" w:rsidR="00C50C98" w:rsidRPr="004C06D0" w:rsidRDefault="00C50C98" w:rsidP="00C50C98">
      <w:pPr>
        <w:rPr>
          <w:rFonts w:ascii="Arial" w:hAnsi="Arial"/>
          <w:sz w:val="36"/>
          <w:lang w:val="fr-FR"/>
        </w:rPr>
      </w:pPr>
    </w:p>
    <w:p w14:paraId="65C6DDD4" w14:textId="77777777" w:rsidR="00C50C98" w:rsidRPr="004C06D0" w:rsidRDefault="00C50C98" w:rsidP="00C50C98">
      <w:pPr>
        <w:rPr>
          <w:rFonts w:ascii="Arial" w:hAnsi="Arial"/>
          <w:sz w:val="36"/>
          <w:lang w:val="fr-FR"/>
        </w:rPr>
      </w:pPr>
    </w:p>
    <w:p w14:paraId="1938F545" w14:textId="4D447409" w:rsidR="00C50C98" w:rsidRPr="00C62644" w:rsidRDefault="00C62644" w:rsidP="00C50C98">
      <w:pPr>
        <w:rPr>
          <w:rFonts w:ascii="Arial" w:hAnsi="Arial"/>
          <w:sz w:val="40"/>
          <w:szCs w:val="24"/>
          <w:lang w:val="fr-FR"/>
        </w:rPr>
      </w:pPr>
      <w:r w:rsidRPr="00C62644">
        <w:rPr>
          <w:rFonts w:ascii="Arial" w:hAnsi="Arial"/>
          <w:sz w:val="40"/>
          <w:szCs w:val="24"/>
          <w:lang w:val="fr-FR"/>
        </w:rPr>
        <w:t>AGENDA :</w:t>
      </w:r>
    </w:p>
    <w:p w14:paraId="39261715" w14:textId="77777777" w:rsidR="00C50C98" w:rsidRPr="004C06D0" w:rsidRDefault="00C50C98" w:rsidP="00C50C98">
      <w:pPr>
        <w:pStyle w:val="Listepuces"/>
        <w:rPr>
          <w:rFonts w:ascii="Arial" w:hAnsi="Arial"/>
          <w:sz w:val="36"/>
          <w:lang w:val="fr-FR"/>
        </w:rPr>
      </w:pPr>
      <w:r w:rsidRPr="004C06D0">
        <w:rPr>
          <w:rFonts w:ascii="Arial" w:hAnsi="Arial"/>
          <w:b/>
          <w:sz w:val="36"/>
          <w:lang w:val="fr-FR"/>
        </w:rPr>
        <w:t>Du 5 au 11 octobre :</w:t>
      </w:r>
      <w:r w:rsidRPr="004C06D0">
        <w:rPr>
          <w:rFonts w:ascii="Arial" w:hAnsi="Arial"/>
          <w:b/>
          <w:sz w:val="36"/>
          <w:lang w:val="fr-FR"/>
        </w:rPr>
        <w:br/>
      </w:r>
      <w:r w:rsidRPr="004C06D0">
        <w:rPr>
          <w:rFonts w:ascii="Arial" w:hAnsi="Arial"/>
          <w:sz w:val="36"/>
          <w:lang w:val="fr-FR"/>
        </w:rPr>
        <w:t>Semaine bleue : forum seniors, cinéma intergénérationnel, thé dansant...</w:t>
      </w:r>
    </w:p>
    <w:p w14:paraId="05505141" w14:textId="77777777" w:rsidR="00C50C98" w:rsidRPr="004C06D0" w:rsidRDefault="00C50C98" w:rsidP="00C50C98">
      <w:pPr>
        <w:rPr>
          <w:rFonts w:ascii="Arial" w:hAnsi="Arial"/>
          <w:sz w:val="36"/>
          <w:lang w:val="fr-FR"/>
        </w:rPr>
      </w:pPr>
      <w:r w:rsidRPr="004C06D0">
        <w:rPr>
          <w:rFonts w:ascii="Arial" w:hAnsi="Arial"/>
          <w:sz w:val="36"/>
          <w:lang w:val="fr-FR"/>
        </w:rPr>
        <w:t>+ Programme complet sur mairie9.lyon.fr</w:t>
      </w:r>
    </w:p>
    <w:p w14:paraId="7549EF2B" w14:textId="77777777" w:rsidR="00C50C98" w:rsidRPr="004C06D0" w:rsidRDefault="00C50C98" w:rsidP="00C50C98">
      <w:pPr>
        <w:rPr>
          <w:rFonts w:ascii="Arial" w:hAnsi="Arial"/>
          <w:b/>
          <w:sz w:val="36"/>
          <w:lang w:val="fr-FR"/>
        </w:rPr>
      </w:pPr>
    </w:p>
    <w:p w14:paraId="30694C8B" w14:textId="77777777" w:rsidR="00C50C98" w:rsidRPr="004C06D0" w:rsidRDefault="00C50C98" w:rsidP="00C50C98">
      <w:pPr>
        <w:pStyle w:val="Listepuces"/>
        <w:rPr>
          <w:rFonts w:ascii="Arial" w:hAnsi="Arial"/>
          <w:sz w:val="36"/>
          <w:lang w:val="fr-FR"/>
        </w:rPr>
      </w:pPr>
      <w:r w:rsidRPr="004C06D0">
        <w:rPr>
          <w:rFonts w:ascii="Arial" w:hAnsi="Arial"/>
          <w:b/>
          <w:sz w:val="36"/>
          <w:lang w:val="fr-FR"/>
        </w:rPr>
        <w:t>Le 2 novembre à 19h :</w:t>
      </w:r>
      <w:r w:rsidRPr="004C06D0">
        <w:rPr>
          <w:rFonts w:ascii="Arial" w:hAnsi="Arial"/>
          <w:b/>
          <w:sz w:val="36"/>
          <w:lang w:val="fr-FR"/>
        </w:rPr>
        <w:br/>
      </w:r>
      <w:r w:rsidRPr="004C06D0">
        <w:rPr>
          <w:rFonts w:ascii="Arial" w:hAnsi="Arial"/>
          <w:sz w:val="36"/>
          <w:lang w:val="fr-FR"/>
        </w:rPr>
        <w:t>Conseil d'arrondissement à l'Agora du 9e, 3 place du Marché.</w:t>
      </w:r>
    </w:p>
    <w:p w14:paraId="52AA3727" w14:textId="77777777" w:rsidR="00C50C98" w:rsidRPr="004C06D0" w:rsidRDefault="00C50C98" w:rsidP="00C50C98">
      <w:pPr>
        <w:rPr>
          <w:rFonts w:ascii="Arial" w:hAnsi="Arial"/>
          <w:b/>
          <w:sz w:val="36"/>
          <w:lang w:val="fr-FR"/>
        </w:rPr>
      </w:pPr>
    </w:p>
    <w:p w14:paraId="6712B805" w14:textId="77777777" w:rsidR="00C50C98" w:rsidRPr="004C06D0" w:rsidRDefault="00C50C98" w:rsidP="00C50C98">
      <w:pPr>
        <w:pStyle w:val="Listepuces"/>
        <w:rPr>
          <w:rFonts w:ascii="Arial" w:hAnsi="Arial"/>
          <w:sz w:val="36"/>
          <w:lang w:val="fr-FR"/>
        </w:rPr>
      </w:pPr>
      <w:r w:rsidRPr="004C06D0">
        <w:rPr>
          <w:rFonts w:ascii="Arial" w:hAnsi="Arial"/>
          <w:b/>
          <w:sz w:val="36"/>
          <w:lang w:val="fr-FR"/>
        </w:rPr>
        <w:lastRenderedPageBreak/>
        <w:t>Le 11 novembre à 10h30 :</w:t>
      </w:r>
      <w:r w:rsidRPr="004C06D0">
        <w:rPr>
          <w:rFonts w:ascii="Arial" w:hAnsi="Arial"/>
          <w:b/>
          <w:sz w:val="36"/>
          <w:lang w:val="fr-FR"/>
        </w:rPr>
        <w:br/>
      </w:r>
      <w:r w:rsidRPr="004C06D0">
        <w:rPr>
          <w:rFonts w:ascii="Arial" w:hAnsi="Arial"/>
          <w:sz w:val="36"/>
          <w:lang w:val="fr-FR"/>
        </w:rPr>
        <w:t>Commémoration de l'Armistice de 1918, cimetière de Saint-Rambert.</w:t>
      </w:r>
    </w:p>
    <w:p w14:paraId="062C3A73" w14:textId="77777777" w:rsidR="00C50C98" w:rsidRPr="004C06D0" w:rsidRDefault="00C50C98" w:rsidP="00C50C98">
      <w:pPr>
        <w:rPr>
          <w:rFonts w:ascii="Arial" w:eastAsiaTheme="majorEastAsia" w:hAnsi="Arial" w:cstheme="majorBidi"/>
          <w:b/>
          <w:bCs/>
          <w:color w:val="365F91" w:themeColor="accent1" w:themeShade="BF"/>
          <w:sz w:val="36"/>
          <w:szCs w:val="28"/>
          <w:lang w:val="fr-FR"/>
        </w:rPr>
      </w:pPr>
      <w:r w:rsidRPr="004C06D0">
        <w:rPr>
          <w:rFonts w:ascii="Arial" w:hAnsi="Arial"/>
          <w:sz w:val="36"/>
          <w:lang w:val="fr-FR"/>
        </w:rPr>
        <w:br w:type="page"/>
      </w:r>
    </w:p>
    <w:p w14:paraId="69CB06A5" w14:textId="4A8811D5" w:rsidR="00C50C98" w:rsidRPr="00C62644" w:rsidRDefault="00C62644" w:rsidP="00C50C98">
      <w:pPr>
        <w:pStyle w:val="Titre1"/>
        <w:jc w:val="center"/>
        <w:rPr>
          <w:rFonts w:ascii="Arial" w:hAnsi="Arial"/>
          <w:sz w:val="44"/>
          <w:szCs w:val="36"/>
          <w:lang w:val="fr-FR"/>
        </w:rPr>
      </w:pPr>
      <w:bookmarkStart w:id="40" w:name="_Toc239853026"/>
      <w:r w:rsidRPr="00C62644">
        <w:rPr>
          <w:rFonts w:ascii="Arial" w:hAnsi="Arial"/>
          <w:sz w:val="44"/>
          <w:szCs w:val="36"/>
          <w:lang w:val="fr-FR"/>
        </w:rPr>
        <w:lastRenderedPageBreak/>
        <w:t>À L'ECOUTE</w:t>
      </w:r>
      <w:bookmarkEnd w:id="40"/>
    </w:p>
    <w:p w14:paraId="2CCAE2FA" w14:textId="77777777" w:rsidR="00C50C98" w:rsidRPr="004C06D0" w:rsidRDefault="00C50C98" w:rsidP="00C50C98">
      <w:pPr>
        <w:rPr>
          <w:rFonts w:ascii="Arial" w:hAnsi="Arial"/>
          <w:sz w:val="36"/>
          <w:lang w:val="fr-FR"/>
        </w:rPr>
      </w:pPr>
    </w:p>
    <w:p w14:paraId="7E724E09" w14:textId="77777777" w:rsidR="00C50C98" w:rsidRPr="004C06D0" w:rsidRDefault="00C50C98" w:rsidP="00C50C98">
      <w:pPr>
        <w:rPr>
          <w:rFonts w:ascii="Arial" w:hAnsi="Arial"/>
          <w:sz w:val="36"/>
          <w:lang w:val="fr-FR"/>
        </w:rPr>
      </w:pPr>
      <w:r w:rsidRPr="004C06D0">
        <w:rPr>
          <w:rFonts w:ascii="Arial" w:hAnsi="Arial"/>
          <w:sz w:val="36"/>
          <w:lang w:val="fr-FR"/>
        </w:rPr>
        <w:t>Une question, un commentaire, une remarque d'intérêt général ? Vous pouvez contacter la rédaction du magazine municipal à l'adresse suivante : aufildelyon@mairie-lyon.fr</w:t>
      </w:r>
    </w:p>
    <w:p w14:paraId="02289879" w14:textId="77777777" w:rsidR="00C50C98" w:rsidRPr="004C06D0" w:rsidRDefault="00C50C98" w:rsidP="00C50C98">
      <w:pPr>
        <w:rPr>
          <w:rFonts w:ascii="Arial" w:hAnsi="Arial"/>
          <w:sz w:val="36"/>
          <w:lang w:val="fr-FR"/>
        </w:rPr>
      </w:pPr>
    </w:p>
    <w:p w14:paraId="6A6E0E54" w14:textId="77777777" w:rsidR="00C50C98" w:rsidRPr="004C06D0" w:rsidRDefault="00C50C98" w:rsidP="00C50C98">
      <w:pPr>
        <w:rPr>
          <w:rFonts w:ascii="Arial" w:hAnsi="Arial"/>
          <w:sz w:val="36"/>
          <w:lang w:val="fr-FR"/>
        </w:rPr>
      </w:pPr>
      <w:r w:rsidRPr="004C06D0">
        <w:rPr>
          <w:rFonts w:ascii="Arial" w:hAnsi="Arial"/>
          <w:sz w:val="36"/>
          <w:lang w:val="fr-FR"/>
        </w:rPr>
        <w:t>Pour contacter la Ville de Lyon :</w:t>
      </w:r>
    </w:p>
    <w:p w14:paraId="1B28AB73" w14:textId="77777777" w:rsidR="00C50C98" w:rsidRPr="004C06D0" w:rsidRDefault="00C50C98" w:rsidP="00C50C98">
      <w:pPr>
        <w:rPr>
          <w:rFonts w:ascii="Arial" w:hAnsi="Arial"/>
          <w:sz w:val="36"/>
          <w:lang w:val="fr-FR"/>
        </w:rPr>
      </w:pPr>
      <w:proofErr w:type="spellStart"/>
      <w:r w:rsidRPr="004C06D0">
        <w:rPr>
          <w:rFonts w:ascii="Arial" w:hAnsi="Arial"/>
          <w:sz w:val="36"/>
          <w:lang w:val="fr-FR"/>
        </w:rPr>
        <w:t>LYONendirect</w:t>
      </w:r>
      <w:proofErr w:type="spellEnd"/>
      <w:r w:rsidRPr="004C06D0">
        <w:rPr>
          <w:rFonts w:ascii="Arial" w:hAnsi="Arial"/>
          <w:sz w:val="36"/>
          <w:lang w:val="fr-FR"/>
        </w:rPr>
        <w:br/>
        <w:t>04 72 10 30 30.</w:t>
      </w:r>
      <w:r w:rsidRPr="004C06D0">
        <w:rPr>
          <w:rFonts w:ascii="Arial" w:hAnsi="Arial"/>
          <w:sz w:val="36"/>
          <w:lang w:val="fr-FR"/>
        </w:rPr>
        <w:br/>
        <w:t>lyon.fr</w:t>
      </w:r>
      <w:r w:rsidRPr="004C06D0">
        <w:rPr>
          <w:rFonts w:ascii="Arial" w:hAnsi="Arial"/>
          <w:sz w:val="36"/>
          <w:lang w:val="fr-FR"/>
        </w:rPr>
        <w:br/>
      </w:r>
    </w:p>
    <w:p w14:paraId="024619B9" w14:textId="77777777" w:rsidR="00C50C98" w:rsidRPr="004C06D0" w:rsidRDefault="00C50C98" w:rsidP="00C50C98">
      <w:pPr>
        <w:rPr>
          <w:rFonts w:ascii="Arial" w:hAnsi="Arial"/>
          <w:sz w:val="36"/>
          <w:lang w:val="fr-FR"/>
        </w:rPr>
      </w:pPr>
      <w:r w:rsidRPr="004C06D0">
        <w:rPr>
          <w:rFonts w:ascii="Arial" w:hAnsi="Arial"/>
          <w:sz w:val="36"/>
          <w:lang w:val="fr-FR"/>
        </w:rPr>
        <w:t>La Médiatrice à votre écoute :</w:t>
      </w:r>
      <w:r w:rsidRPr="004C06D0">
        <w:rPr>
          <w:rFonts w:ascii="Arial" w:hAnsi="Arial"/>
          <w:sz w:val="36"/>
          <w:lang w:val="fr-FR"/>
        </w:rPr>
        <w:br/>
        <w:t>Comment la Ville de Lyon écoute-t-elle ses citoyens et résout-elle leurs différends avec l'administration ?</w:t>
      </w:r>
      <w:r w:rsidRPr="004C06D0">
        <w:rPr>
          <w:rFonts w:ascii="Arial" w:hAnsi="Arial"/>
          <w:sz w:val="36"/>
          <w:lang w:val="fr-FR"/>
        </w:rPr>
        <w:br/>
        <w:t>Grâce à la Médiatrice de la Ville de Lyon, indépendante et accessible, qui offre une solution de médiation entre les usagers et la collectivité.</w:t>
      </w:r>
      <w:r w:rsidRPr="004C06D0">
        <w:rPr>
          <w:rFonts w:ascii="Arial" w:hAnsi="Arial"/>
          <w:sz w:val="36"/>
          <w:lang w:val="fr-FR"/>
        </w:rPr>
        <w:br/>
        <w:t>En 2025, 546 demandes ont été déposées, principalement sur le stationnement, les nuisances sonores et l'urbanisme.</w:t>
      </w:r>
      <w:r w:rsidRPr="004C06D0">
        <w:rPr>
          <w:rFonts w:ascii="Arial" w:hAnsi="Arial"/>
          <w:sz w:val="36"/>
          <w:lang w:val="fr-FR"/>
        </w:rPr>
        <w:br/>
        <w:t>Résultat: près de 60% des médiations clôturées ont abouti à une réponse favorable à la demande initiale de l'usager.</w:t>
      </w:r>
      <w:r w:rsidRPr="004C06D0">
        <w:rPr>
          <w:rFonts w:ascii="Arial" w:hAnsi="Arial"/>
          <w:sz w:val="36"/>
          <w:lang w:val="fr-FR"/>
        </w:rPr>
        <w:br/>
        <w:t>Ce service humain et proche des Lyonnais est joignable par courrier, email ou en mairie d'arrondissement.</w:t>
      </w:r>
    </w:p>
    <w:p w14:paraId="5655717F" w14:textId="77777777" w:rsidR="00C50C98" w:rsidRPr="004C06D0" w:rsidRDefault="00C50C98" w:rsidP="00C50C98">
      <w:pPr>
        <w:rPr>
          <w:rFonts w:ascii="Arial" w:hAnsi="Arial"/>
          <w:sz w:val="36"/>
          <w:lang w:val="fr-FR"/>
        </w:rPr>
      </w:pPr>
    </w:p>
    <w:p w14:paraId="26F0042F" w14:textId="77777777" w:rsidR="00C50C98" w:rsidRPr="004C06D0" w:rsidRDefault="00C50C98" w:rsidP="00C50C98">
      <w:pPr>
        <w:rPr>
          <w:rFonts w:ascii="Arial" w:hAnsi="Arial"/>
          <w:sz w:val="36"/>
          <w:lang w:val="fr-FR"/>
        </w:rPr>
      </w:pPr>
      <w:r w:rsidRPr="004C06D0">
        <w:rPr>
          <w:rFonts w:ascii="Arial" w:hAnsi="Arial"/>
          <w:sz w:val="36"/>
          <w:lang w:val="fr-FR"/>
        </w:rPr>
        <w:lastRenderedPageBreak/>
        <w:t>À quoi reconnaît-on les façades lyonnaises ?</w:t>
      </w:r>
      <w:r w:rsidRPr="004C06D0">
        <w:rPr>
          <w:rFonts w:ascii="Arial" w:hAnsi="Arial"/>
          <w:sz w:val="36"/>
          <w:lang w:val="fr-FR"/>
        </w:rPr>
        <w:br/>
        <w:t>À leurs murs peints évidemment.</w:t>
      </w:r>
      <w:r w:rsidRPr="004C06D0">
        <w:rPr>
          <w:rFonts w:ascii="Arial" w:hAnsi="Arial"/>
          <w:sz w:val="36"/>
          <w:lang w:val="fr-FR"/>
        </w:rPr>
        <w:br/>
        <w:t>Mis en valeur pendant l'été, ils ont été "likés” par plus de 1200 personnes.</w:t>
      </w:r>
      <w:r w:rsidRPr="004C06D0">
        <w:rPr>
          <w:rFonts w:ascii="Arial" w:hAnsi="Arial"/>
          <w:sz w:val="36"/>
          <w:lang w:val="fr-FR"/>
        </w:rPr>
        <w:br/>
        <w:t xml:space="preserve">Petit coup de cœur pour cette Tour de Babel, œuvre de </w:t>
      </w:r>
      <w:proofErr w:type="spellStart"/>
      <w:r w:rsidRPr="004C06D0">
        <w:rPr>
          <w:rFonts w:ascii="Arial" w:hAnsi="Arial"/>
          <w:sz w:val="36"/>
          <w:lang w:val="fr-FR"/>
        </w:rPr>
        <w:t>CitéCréation</w:t>
      </w:r>
      <w:proofErr w:type="spellEnd"/>
      <w:r w:rsidRPr="004C06D0">
        <w:rPr>
          <w:rFonts w:ascii="Arial" w:hAnsi="Arial"/>
          <w:sz w:val="36"/>
          <w:lang w:val="fr-FR"/>
        </w:rPr>
        <w:t>, située place Mendès-France (8).</w:t>
      </w:r>
    </w:p>
    <w:p w14:paraId="60DD50E5" w14:textId="77777777" w:rsidR="00C50C98" w:rsidRPr="004C06D0" w:rsidRDefault="00C50C98" w:rsidP="00C50C98">
      <w:pPr>
        <w:rPr>
          <w:rFonts w:ascii="Arial" w:hAnsi="Arial"/>
          <w:sz w:val="36"/>
          <w:lang w:val="fr-FR"/>
        </w:rPr>
      </w:pPr>
    </w:p>
    <w:p w14:paraId="25754885" w14:textId="77777777" w:rsidR="00C50C98" w:rsidRPr="004C06D0" w:rsidRDefault="00C50C98" w:rsidP="00C50C98">
      <w:pPr>
        <w:rPr>
          <w:rFonts w:ascii="Arial" w:hAnsi="Arial"/>
          <w:sz w:val="36"/>
          <w:lang w:val="fr-FR"/>
        </w:rPr>
      </w:pPr>
      <w:r w:rsidRPr="004C06D0">
        <w:rPr>
          <w:rFonts w:ascii="Arial" w:hAnsi="Arial"/>
          <w:sz w:val="36"/>
          <w:lang w:val="fr-FR"/>
        </w:rPr>
        <w:t>Pour la contacter :</w:t>
      </w:r>
      <w:r w:rsidRPr="004C06D0">
        <w:rPr>
          <w:rFonts w:ascii="Arial" w:hAnsi="Arial"/>
          <w:sz w:val="36"/>
          <w:lang w:val="fr-FR"/>
        </w:rPr>
        <w:br/>
        <w:t>04 26 84 12 16 /</w:t>
      </w:r>
      <w:r w:rsidRPr="004C06D0">
        <w:rPr>
          <w:rFonts w:ascii="Arial" w:hAnsi="Arial"/>
          <w:sz w:val="36"/>
          <w:lang w:val="fr-FR"/>
        </w:rPr>
        <w:br/>
        <w:t>par courrier :</w:t>
      </w:r>
      <w:r w:rsidRPr="004C06D0">
        <w:rPr>
          <w:rFonts w:ascii="Arial" w:hAnsi="Arial"/>
          <w:sz w:val="36"/>
          <w:lang w:val="fr-FR"/>
        </w:rPr>
        <w:br/>
        <w:t>Médiateur de la</w:t>
      </w:r>
      <w:r w:rsidRPr="004C06D0">
        <w:rPr>
          <w:rFonts w:ascii="Arial" w:hAnsi="Arial"/>
          <w:sz w:val="36"/>
          <w:lang w:val="fr-FR"/>
        </w:rPr>
        <w:br/>
        <w:t>Ville de Lyon,</w:t>
      </w:r>
      <w:r w:rsidRPr="004C06D0">
        <w:rPr>
          <w:rFonts w:ascii="Arial" w:hAnsi="Arial"/>
          <w:sz w:val="36"/>
          <w:lang w:val="fr-FR"/>
        </w:rPr>
        <w:br/>
        <w:t>BP 1065,</w:t>
      </w:r>
      <w:r w:rsidRPr="004C06D0">
        <w:rPr>
          <w:rFonts w:ascii="Arial" w:hAnsi="Arial"/>
          <w:sz w:val="36"/>
          <w:lang w:val="fr-FR"/>
        </w:rPr>
        <w:br/>
        <w:t>69205 Lyon</w:t>
      </w:r>
      <w:r w:rsidRPr="004C06D0">
        <w:rPr>
          <w:rFonts w:ascii="Arial" w:hAnsi="Arial"/>
          <w:sz w:val="36"/>
          <w:lang w:val="fr-FR"/>
        </w:rPr>
        <w:br/>
        <w:t>cedex 01,</w:t>
      </w:r>
      <w:r w:rsidRPr="004C06D0">
        <w:rPr>
          <w:rFonts w:ascii="Arial" w:hAnsi="Arial"/>
          <w:sz w:val="36"/>
          <w:lang w:val="fr-FR"/>
        </w:rPr>
        <w:br/>
      </w:r>
    </w:p>
    <w:p w14:paraId="1F6BDC4D" w14:textId="77777777" w:rsidR="00C50C98" w:rsidRPr="004C06D0" w:rsidRDefault="00C50C98" w:rsidP="00C50C98">
      <w:pPr>
        <w:rPr>
          <w:rFonts w:ascii="Arial" w:hAnsi="Arial"/>
          <w:sz w:val="36"/>
          <w:lang w:val="fr-FR"/>
        </w:rPr>
      </w:pPr>
      <w:r w:rsidRPr="004C06D0">
        <w:rPr>
          <w:rFonts w:ascii="Arial" w:hAnsi="Arial"/>
          <w:sz w:val="36"/>
          <w:lang w:val="fr-FR"/>
        </w:rPr>
        <w:t>En mairie d'arrondissement,</w:t>
      </w:r>
      <w:r w:rsidRPr="004C06D0">
        <w:rPr>
          <w:rFonts w:ascii="Arial" w:hAnsi="Arial"/>
          <w:sz w:val="36"/>
          <w:lang w:val="fr-FR"/>
        </w:rPr>
        <w:br/>
        <w:t>ou sur lyon.fr</w:t>
      </w:r>
    </w:p>
    <w:p w14:paraId="31948693" w14:textId="77777777" w:rsidR="00C50C98" w:rsidRPr="004C06D0" w:rsidRDefault="00C50C98" w:rsidP="00C50C98">
      <w:pPr>
        <w:rPr>
          <w:rFonts w:ascii="Arial" w:hAnsi="Arial"/>
          <w:sz w:val="36"/>
          <w:lang w:val="fr-FR"/>
        </w:rPr>
      </w:pPr>
      <w:r w:rsidRPr="004C06D0">
        <w:rPr>
          <w:rFonts w:ascii="Arial" w:hAnsi="Arial"/>
          <w:sz w:val="36"/>
          <w:lang w:val="fr-FR"/>
        </w:rPr>
        <w:br w:type="page"/>
      </w:r>
    </w:p>
    <w:p w14:paraId="29FB7355" w14:textId="6CDD7502" w:rsidR="00C50C98" w:rsidRPr="00C62644" w:rsidRDefault="00C62644" w:rsidP="00C50C98">
      <w:pPr>
        <w:pStyle w:val="Titre1"/>
        <w:jc w:val="center"/>
        <w:rPr>
          <w:rFonts w:ascii="Arial" w:hAnsi="Arial"/>
          <w:sz w:val="44"/>
          <w:szCs w:val="36"/>
          <w:lang w:val="fr-FR"/>
        </w:rPr>
      </w:pPr>
      <w:bookmarkStart w:id="41" w:name="_Toc239853027"/>
      <w:r w:rsidRPr="00C62644">
        <w:rPr>
          <w:rFonts w:ascii="Arial" w:hAnsi="Arial"/>
          <w:sz w:val="44"/>
          <w:szCs w:val="36"/>
          <w:lang w:val="fr-FR"/>
        </w:rPr>
        <w:lastRenderedPageBreak/>
        <w:t>TRIBUNES</w:t>
      </w:r>
      <w:bookmarkEnd w:id="41"/>
    </w:p>
    <w:p w14:paraId="2E844F5F" w14:textId="77777777" w:rsidR="00C50C98" w:rsidRPr="00C62644" w:rsidRDefault="00C50C98" w:rsidP="00C50C98">
      <w:pPr>
        <w:pStyle w:val="Titre1"/>
        <w:jc w:val="center"/>
        <w:rPr>
          <w:rFonts w:ascii="Arial" w:hAnsi="Arial"/>
          <w:smallCaps/>
          <w:sz w:val="44"/>
          <w:szCs w:val="36"/>
          <w:lang w:val="fr-FR"/>
        </w:rPr>
      </w:pPr>
      <w:bookmarkStart w:id="42" w:name="_Toc239853028"/>
      <w:r w:rsidRPr="00C62644">
        <w:rPr>
          <w:rFonts w:ascii="Arial" w:hAnsi="Arial"/>
          <w:smallCaps/>
          <w:sz w:val="44"/>
          <w:szCs w:val="36"/>
          <w:lang w:val="fr-FR"/>
        </w:rPr>
        <w:t>Expression des groupes politiques</w:t>
      </w:r>
      <w:bookmarkEnd w:id="42"/>
    </w:p>
    <w:p w14:paraId="24E5B649" w14:textId="77777777" w:rsidR="00C50C98" w:rsidRPr="00C62644" w:rsidRDefault="00C50C98" w:rsidP="00C50C98">
      <w:pPr>
        <w:pStyle w:val="Titre1"/>
        <w:jc w:val="center"/>
        <w:rPr>
          <w:rFonts w:ascii="Arial" w:hAnsi="Arial"/>
          <w:smallCaps/>
          <w:sz w:val="44"/>
          <w:szCs w:val="36"/>
          <w:lang w:val="fr-FR"/>
        </w:rPr>
      </w:pPr>
      <w:bookmarkStart w:id="43" w:name="_Toc239853029"/>
      <w:r w:rsidRPr="00C62644">
        <w:rPr>
          <w:rFonts w:ascii="Arial" w:hAnsi="Arial"/>
          <w:smallCaps/>
          <w:sz w:val="44"/>
          <w:szCs w:val="36"/>
          <w:lang w:val="fr-FR"/>
        </w:rPr>
        <w:t>Majorité</w:t>
      </w:r>
      <w:bookmarkEnd w:id="43"/>
    </w:p>
    <w:p w14:paraId="1B8EC448" w14:textId="77777777" w:rsidR="00C50C98" w:rsidRPr="00C62644" w:rsidRDefault="00C50C98" w:rsidP="00C50C98">
      <w:pPr>
        <w:rPr>
          <w:rFonts w:ascii="Arial" w:hAnsi="Arial"/>
          <w:smallCaps/>
          <w:sz w:val="36"/>
          <w:lang w:val="fr-FR"/>
        </w:rPr>
      </w:pPr>
    </w:p>
    <w:p w14:paraId="4F0CD15D" w14:textId="5A55B0FF" w:rsidR="00C50C98" w:rsidRPr="004C06D0" w:rsidRDefault="00C62644" w:rsidP="00C50C98">
      <w:pPr>
        <w:pStyle w:val="Listepuces"/>
        <w:rPr>
          <w:rFonts w:ascii="Arial" w:hAnsi="Arial"/>
          <w:sz w:val="36"/>
          <w:lang w:val="fr-FR"/>
        </w:rPr>
      </w:pPr>
      <w:r w:rsidRPr="00C62644">
        <w:rPr>
          <w:rFonts w:ascii="Arial" w:hAnsi="Arial"/>
          <w:b/>
          <w:bCs/>
          <w:sz w:val="40"/>
          <w:szCs w:val="24"/>
          <w:lang w:val="fr-FR"/>
        </w:rPr>
        <w:t>LES ECOLOGISTES :</w:t>
      </w:r>
      <w:r w:rsidRPr="00C62644">
        <w:rPr>
          <w:rFonts w:ascii="Arial" w:hAnsi="Arial"/>
          <w:b/>
          <w:bCs/>
          <w:sz w:val="40"/>
          <w:szCs w:val="24"/>
          <w:lang w:val="fr-FR"/>
        </w:rPr>
        <w:br/>
      </w:r>
      <w:r w:rsidR="00C50C98" w:rsidRPr="004C06D0">
        <w:rPr>
          <w:rFonts w:ascii="Arial" w:hAnsi="Arial"/>
          <w:sz w:val="36"/>
          <w:lang w:val="fr-FR"/>
        </w:rPr>
        <w:t>Déterminés à agir, pour vous :</w:t>
      </w:r>
    </w:p>
    <w:p w14:paraId="39C8BEC1" w14:textId="7D08CA65" w:rsidR="00C50C98" w:rsidRPr="004C06D0" w:rsidRDefault="00C50C98" w:rsidP="00C50C98">
      <w:pPr>
        <w:rPr>
          <w:rFonts w:ascii="Arial" w:hAnsi="Arial"/>
          <w:sz w:val="36"/>
          <w:lang w:val="fr-FR"/>
        </w:rPr>
      </w:pPr>
      <w:r w:rsidRPr="004C06D0">
        <w:rPr>
          <w:rFonts w:ascii="Arial" w:hAnsi="Arial"/>
          <w:sz w:val="36"/>
          <w:lang w:val="fr-FR"/>
        </w:rPr>
        <w:t xml:space="preserve">Cette rentrée doit être celle de la détermination à agir. Alors que l'été a été marqué par des canicules d'une durée et d'une intensité inédites, il n'est plus possible de faire comme si le changement climatique était un aléa ordinaire dont nous pourrons nous protéger par des solutions techniques. Surmortalité humaine, hécatombe chez les animaux, vitalité commerciale mise en péril, mégafeux ravageurs, les canicules répétées et la sécheresse nous ont laissé peu de répit et ont attaqué durement notre société. L'instabilité climatique est désormais une réalité concrète et exige un véritable changement de modèle, à toutes les échelles. Nous devons mettre en place des stratégies concrètes d'adaptation, ou notre ville sera invivable. À Lyon, nous agissons depuis 6 ans pour adapter les bâtiments, protéger les plus vulnérables, repenser nos espaces publics. En ce début de mandat, nous accélérons : végétalisation des cours d'écoles et crèches, ouverture de lieux de fraîcheur, comme le musée des Beaux-arts, qui a vu sa fréquentation exploser, lancement d'un fonds d'adaptation pour mettre fin aux logements bouilloires, intégration de la </w:t>
      </w:r>
      <w:r w:rsidRPr="004C06D0">
        <w:rPr>
          <w:rFonts w:ascii="Arial" w:hAnsi="Arial"/>
          <w:sz w:val="36"/>
          <w:lang w:val="fr-FR"/>
        </w:rPr>
        <w:lastRenderedPageBreak/>
        <w:t xml:space="preserve">température excessive dans l'évaluation de la salubrité des logements - une première en </w:t>
      </w:r>
      <w:r w:rsidR="00775BD5" w:rsidRPr="004C06D0">
        <w:rPr>
          <w:rFonts w:ascii="Arial" w:hAnsi="Arial"/>
          <w:sz w:val="36"/>
          <w:lang w:val="fr-FR"/>
        </w:rPr>
        <w:t>France !</w:t>
      </w:r>
      <w:r w:rsidRPr="004C06D0">
        <w:rPr>
          <w:rFonts w:ascii="Arial" w:hAnsi="Arial"/>
          <w:sz w:val="36"/>
          <w:lang w:val="fr-FR"/>
        </w:rPr>
        <w:t xml:space="preserve"> Pendant ce temps, à la Métropole, la nouvelle majorité de droite s'englue dans l'immobilisme et s'acharne à détricoter les actions de la mandature précédente: réouverture de voiries au trafic de transit, comme la rue Grenette, dégradant la qualité de desserte des transports en commun et la tranquillité de la Presqu'île; abandon du projet de réaménagement de la Rive droite du Rhône, qui aurait permis de créer un véritable îlot de fraîcheur; opposition au projet de baignade aménagée dans la darse de Confluence... Ces décisions à contretemps sont autant de retard pris dans l'adaptation de notre territoire et montrent une absence de vision, un manquement grave dans la protection des habitants de notre métropole, un renoncement inédit face aux responsabilités de la Présidente de la Métropole. Cette inaction irresponsable renforce notre détermination : pendant que la droite s'affaire à remettre de la circulation de transit en ville, nous agissons concrètement à rendre Lyon vivable. En cette rentrée se tiendra la Commission générale contre les violences sexuelles à destination des élu-e-s, que nous avons décidé de mettre en place suite à la plainte pour viol déposée par une élue Cœur lyonnais. Nous redisons notre solidarité avec les victimes et notre entière détermination à agir pour enrayer les violences sexistes et sexuelles. Sur ces sujets comme sur les précédents, nous ferons tout ce qui est en notre pouvoir pour protéger chacune et chacun. Vous pouvez compter sur nous.</w:t>
      </w:r>
    </w:p>
    <w:p w14:paraId="654ACBBA" w14:textId="77777777" w:rsidR="00C50C98" w:rsidRPr="004C06D0" w:rsidRDefault="00C50C98" w:rsidP="00C50C98">
      <w:pPr>
        <w:rPr>
          <w:rFonts w:ascii="Arial" w:hAnsi="Arial"/>
          <w:b/>
          <w:sz w:val="36"/>
          <w:lang w:val="fr-FR"/>
        </w:rPr>
      </w:pPr>
    </w:p>
    <w:p w14:paraId="017681B4" w14:textId="77777777" w:rsidR="00C50C98" w:rsidRPr="004C06D0" w:rsidRDefault="00C50C98" w:rsidP="00C50C98">
      <w:pPr>
        <w:rPr>
          <w:rFonts w:ascii="Arial" w:hAnsi="Arial"/>
          <w:sz w:val="36"/>
          <w:lang w:val="fr-FR"/>
        </w:rPr>
      </w:pPr>
      <w:r w:rsidRPr="004C06D0">
        <w:rPr>
          <w:rFonts w:ascii="Arial" w:hAnsi="Arial"/>
          <w:b/>
          <w:sz w:val="36"/>
          <w:lang w:val="fr-FR"/>
        </w:rPr>
        <w:lastRenderedPageBreak/>
        <w:t>Yasmine Bouagga et Sophia Popoff,</w:t>
      </w:r>
      <w:r w:rsidRPr="004C06D0">
        <w:rPr>
          <w:rFonts w:ascii="Arial" w:hAnsi="Arial"/>
          <w:b/>
          <w:sz w:val="36"/>
          <w:lang w:val="fr-FR"/>
        </w:rPr>
        <w:br/>
      </w:r>
      <w:r w:rsidRPr="004C06D0">
        <w:rPr>
          <w:rFonts w:ascii="Arial" w:hAnsi="Arial"/>
          <w:sz w:val="36"/>
          <w:lang w:val="fr-FR"/>
        </w:rPr>
        <w:t>co-présidentes du groupe Les Écologistes.</w:t>
      </w:r>
      <w:r w:rsidRPr="004C06D0">
        <w:rPr>
          <w:rFonts w:ascii="Arial" w:hAnsi="Arial"/>
          <w:sz w:val="36"/>
          <w:lang w:val="fr-FR"/>
        </w:rPr>
        <w:br/>
        <w:t>lesecologistes@mairie-lyon.fr/</w:t>
      </w:r>
      <w:r w:rsidRPr="004C06D0">
        <w:rPr>
          <w:rFonts w:ascii="Arial" w:hAnsi="Arial"/>
          <w:sz w:val="36"/>
          <w:lang w:val="fr-FR"/>
        </w:rPr>
        <w:br/>
        <w:t>lesecologisteslyon.fr</w:t>
      </w:r>
    </w:p>
    <w:p w14:paraId="3A5A95C8" w14:textId="77777777" w:rsidR="00C50C98" w:rsidRPr="004C06D0" w:rsidRDefault="00C50C98" w:rsidP="00C50C98">
      <w:pPr>
        <w:rPr>
          <w:rFonts w:ascii="Arial" w:hAnsi="Arial"/>
          <w:sz w:val="36"/>
          <w:lang w:val="fr-FR"/>
        </w:rPr>
      </w:pPr>
    </w:p>
    <w:p w14:paraId="4030E6C2" w14:textId="77777777" w:rsidR="00C50C98" w:rsidRPr="004C06D0" w:rsidRDefault="00C50C98" w:rsidP="00C50C98">
      <w:pPr>
        <w:rPr>
          <w:rFonts w:ascii="Arial" w:hAnsi="Arial"/>
          <w:sz w:val="36"/>
          <w:lang w:val="fr-FR"/>
        </w:rPr>
      </w:pPr>
    </w:p>
    <w:p w14:paraId="2F118242" w14:textId="500587FF" w:rsidR="00C50C98" w:rsidRPr="004C06D0" w:rsidRDefault="004C77BF" w:rsidP="00C50C98">
      <w:pPr>
        <w:pStyle w:val="Listepuces"/>
        <w:rPr>
          <w:rFonts w:ascii="Arial" w:hAnsi="Arial"/>
          <w:sz w:val="36"/>
          <w:lang w:val="fr-FR"/>
        </w:rPr>
      </w:pPr>
      <w:r w:rsidRPr="004C77BF">
        <w:rPr>
          <w:rFonts w:ascii="Arial" w:hAnsi="Arial"/>
          <w:b/>
          <w:bCs/>
          <w:sz w:val="40"/>
          <w:szCs w:val="24"/>
          <w:lang w:val="fr-FR"/>
        </w:rPr>
        <w:t>GROUPE SOCIALISTES</w:t>
      </w:r>
      <w:r w:rsidRPr="004C77BF">
        <w:rPr>
          <w:rFonts w:ascii="Arial" w:hAnsi="Arial"/>
          <w:b/>
          <w:bCs/>
          <w:sz w:val="40"/>
          <w:szCs w:val="24"/>
          <w:lang w:val="fr-FR"/>
        </w:rPr>
        <w:br/>
      </w:r>
      <w:r w:rsidR="00C50C98" w:rsidRPr="004C06D0">
        <w:rPr>
          <w:rFonts w:ascii="Arial" w:hAnsi="Arial"/>
          <w:sz w:val="36"/>
          <w:lang w:val="fr-FR"/>
        </w:rPr>
        <w:t>Une ville qui se prépare :</w:t>
      </w:r>
    </w:p>
    <w:p w14:paraId="4DBEF963" w14:textId="77777777" w:rsidR="00C50C98" w:rsidRPr="004C06D0" w:rsidRDefault="00C50C98" w:rsidP="00C50C98">
      <w:pPr>
        <w:rPr>
          <w:rFonts w:ascii="Arial" w:hAnsi="Arial"/>
          <w:sz w:val="36"/>
          <w:lang w:val="fr-FR"/>
        </w:rPr>
      </w:pPr>
      <w:r w:rsidRPr="004C06D0">
        <w:rPr>
          <w:rFonts w:ascii="Arial" w:hAnsi="Arial"/>
          <w:sz w:val="36"/>
          <w:lang w:val="fr-FR"/>
        </w:rPr>
        <w:t xml:space="preserve">L'été devrait rimer avec vacances, repos et temps partagé. Pour beaucoup, il n'en est rien : chaleur insoutenable, logements surchauffés et celles et ceux qui restent subissent plus que les autres. </w:t>
      </w:r>
    </w:p>
    <w:p w14:paraId="32723BE2" w14:textId="77777777" w:rsidR="00C50C98" w:rsidRPr="004C06D0" w:rsidRDefault="00C50C98" w:rsidP="00C50C98">
      <w:pPr>
        <w:rPr>
          <w:rFonts w:ascii="Arial" w:hAnsi="Arial"/>
          <w:sz w:val="36"/>
          <w:lang w:val="fr-FR"/>
        </w:rPr>
      </w:pPr>
      <w:r w:rsidRPr="004C06D0">
        <w:rPr>
          <w:rFonts w:ascii="Arial" w:hAnsi="Arial"/>
          <w:sz w:val="36"/>
          <w:lang w:val="fr-FR"/>
        </w:rPr>
        <w:t>Pour beaucoup de Lyonnais, les grandes vacances se résument à la chaleur, dedans comme dehors. Trouver la fraîcheur est une nécessité, partir reste un luxe.</w:t>
      </w:r>
    </w:p>
    <w:p w14:paraId="63701CAC" w14:textId="77777777" w:rsidR="00C50C98" w:rsidRPr="004C06D0" w:rsidRDefault="00C50C98" w:rsidP="00C50C98">
      <w:pPr>
        <w:rPr>
          <w:rFonts w:ascii="Arial" w:hAnsi="Arial"/>
          <w:sz w:val="36"/>
          <w:lang w:val="fr-FR"/>
        </w:rPr>
      </w:pPr>
      <w:r w:rsidRPr="004C06D0">
        <w:rPr>
          <w:rFonts w:ascii="Arial" w:hAnsi="Arial"/>
          <w:sz w:val="36"/>
          <w:lang w:val="fr-FR"/>
        </w:rPr>
        <w:t>Nous refusons cette fatalité-là. C'est le sens du "droit aux vacances" porté par Stéphanie Léger, adjointe à l'Éducation, permettre aux enfants, notamment des quartiers populaires, de partir au moins une fois dans l'année. C'est aussi celui de "Tout l'monde dehors !", qui offre une programmation culturelle gratuite tout l'été.</w:t>
      </w:r>
    </w:p>
    <w:p w14:paraId="5F08EEF0" w14:textId="77777777" w:rsidR="00C50C98" w:rsidRPr="004C06D0" w:rsidRDefault="00C50C98" w:rsidP="00C50C98">
      <w:pPr>
        <w:rPr>
          <w:rFonts w:ascii="Arial" w:hAnsi="Arial"/>
          <w:sz w:val="36"/>
          <w:lang w:val="fr-FR"/>
        </w:rPr>
      </w:pPr>
      <w:r w:rsidRPr="004C06D0">
        <w:rPr>
          <w:rFonts w:ascii="Arial" w:hAnsi="Arial"/>
          <w:sz w:val="36"/>
          <w:lang w:val="fr-FR"/>
        </w:rPr>
        <w:t>L'été le plus chaud jamais enregistré dans le Rhône : l'adaptation n'est plus une option.</w:t>
      </w:r>
    </w:p>
    <w:p w14:paraId="74C36213" w14:textId="77777777" w:rsidR="00C50C98" w:rsidRPr="004C06D0" w:rsidRDefault="00C50C98" w:rsidP="00C50C98">
      <w:pPr>
        <w:rPr>
          <w:rFonts w:ascii="Arial" w:hAnsi="Arial"/>
          <w:sz w:val="36"/>
          <w:lang w:val="fr-FR"/>
        </w:rPr>
      </w:pPr>
      <w:r w:rsidRPr="004C06D0">
        <w:rPr>
          <w:rFonts w:ascii="Arial" w:hAnsi="Arial"/>
          <w:sz w:val="36"/>
          <w:lang w:val="fr-FR"/>
        </w:rPr>
        <w:t xml:space="preserve">Depuis 2020, notre ville s'y prépare, écologiquement et socialement. Musées climatisés ouverts gratuitement, </w:t>
      </w:r>
      <w:r w:rsidRPr="004C06D0">
        <w:rPr>
          <w:rFonts w:ascii="Arial" w:hAnsi="Arial"/>
          <w:sz w:val="36"/>
          <w:lang w:val="fr-FR"/>
        </w:rPr>
        <w:lastRenderedPageBreak/>
        <w:t>gymnases pour les plus vulnérables, îlots de fraîcheur, cours nature : la Ville protège, tandis que la droite métropolitaine se désengage.</w:t>
      </w:r>
    </w:p>
    <w:p w14:paraId="06965A88" w14:textId="77777777" w:rsidR="00C50C98" w:rsidRPr="004C06D0" w:rsidRDefault="00C50C98" w:rsidP="00C50C98">
      <w:pPr>
        <w:rPr>
          <w:rFonts w:ascii="Arial" w:hAnsi="Arial"/>
          <w:sz w:val="36"/>
          <w:lang w:val="fr-FR"/>
        </w:rPr>
      </w:pPr>
      <w:r w:rsidRPr="004C06D0">
        <w:rPr>
          <w:rFonts w:ascii="Arial" w:hAnsi="Arial"/>
          <w:sz w:val="36"/>
          <w:lang w:val="fr-FR"/>
        </w:rPr>
        <w:t>Elle se prépare aussi sur le plan de la sécurité. Pendant que d'autres lancent des anathèmes depuis les plateaux de télévision, nous étions au travail : Police municipale renforcée et présente tout l'été, coordination avec l'État, prévention et tranquillité publique. Aux invectives, nous opposons des actes.</w:t>
      </w:r>
    </w:p>
    <w:p w14:paraId="511BCEF9" w14:textId="77777777" w:rsidR="00C50C98" w:rsidRPr="004C06D0" w:rsidRDefault="00C50C98" w:rsidP="00C50C98">
      <w:pPr>
        <w:rPr>
          <w:rFonts w:ascii="Arial" w:hAnsi="Arial"/>
          <w:sz w:val="36"/>
          <w:lang w:val="fr-FR"/>
        </w:rPr>
      </w:pPr>
      <w:r w:rsidRPr="004C06D0">
        <w:rPr>
          <w:rFonts w:ascii="Arial" w:hAnsi="Arial"/>
          <w:sz w:val="36"/>
          <w:lang w:val="fr-FR"/>
        </w:rPr>
        <w:t>Aux côtés des Lyonnaises et des Lyonnais, avec l'ensemble de la majorité, les élu-e-s socialistes restent mobilisés : justice sociale, égal accès aux vacances et à la fraîcheur, adaptation de notre ville.</w:t>
      </w:r>
    </w:p>
    <w:p w14:paraId="32E00FCF" w14:textId="77777777" w:rsidR="00C50C98" w:rsidRPr="004C06D0" w:rsidRDefault="00C50C98" w:rsidP="00C50C98">
      <w:pPr>
        <w:rPr>
          <w:rFonts w:ascii="Arial" w:hAnsi="Arial"/>
          <w:sz w:val="36"/>
          <w:lang w:val="fr-FR"/>
        </w:rPr>
      </w:pPr>
      <w:r w:rsidRPr="004C06D0">
        <w:rPr>
          <w:rFonts w:ascii="Arial" w:hAnsi="Arial"/>
          <w:sz w:val="36"/>
          <w:lang w:val="fr-FR"/>
        </w:rPr>
        <w:t>Se préparer, c'est protéger.</w:t>
      </w:r>
    </w:p>
    <w:p w14:paraId="58CB3A82" w14:textId="77777777" w:rsidR="00C50C98" w:rsidRPr="004C06D0" w:rsidRDefault="00C50C98" w:rsidP="00C50C98">
      <w:pPr>
        <w:rPr>
          <w:rFonts w:ascii="Arial" w:hAnsi="Arial"/>
          <w:b/>
          <w:sz w:val="36"/>
          <w:lang w:val="fr-FR"/>
        </w:rPr>
      </w:pPr>
    </w:p>
    <w:p w14:paraId="079083EB" w14:textId="77777777" w:rsidR="00C50C98" w:rsidRPr="004C06D0" w:rsidRDefault="00C50C98" w:rsidP="00C50C98">
      <w:pPr>
        <w:rPr>
          <w:rFonts w:ascii="Arial" w:hAnsi="Arial"/>
          <w:sz w:val="36"/>
          <w:lang w:val="fr-FR"/>
        </w:rPr>
      </w:pPr>
      <w:r w:rsidRPr="004C06D0">
        <w:rPr>
          <w:rFonts w:ascii="Arial" w:hAnsi="Arial"/>
          <w:b/>
          <w:sz w:val="36"/>
          <w:lang w:val="fr-FR"/>
        </w:rPr>
        <w:t>Camille Leroy, Philippe Prieto,</w:t>
      </w:r>
      <w:r w:rsidRPr="004C06D0">
        <w:rPr>
          <w:rFonts w:ascii="Arial" w:hAnsi="Arial"/>
          <w:b/>
          <w:sz w:val="36"/>
          <w:lang w:val="fr-FR"/>
        </w:rPr>
        <w:br/>
      </w:r>
      <w:r w:rsidRPr="004C06D0">
        <w:rPr>
          <w:rFonts w:ascii="Arial" w:hAnsi="Arial"/>
          <w:sz w:val="36"/>
          <w:lang w:val="fr-FR"/>
        </w:rPr>
        <w:t>co-Présidents du groupe</w:t>
      </w:r>
    </w:p>
    <w:p w14:paraId="4E21770E" w14:textId="77777777" w:rsidR="00C50C98" w:rsidRPr="004C06D0" w:rsidRDefault="00C50C98" w:rsidP="00C50C98">
      <w:pPr>
        <w:rPr>
          <w:rFonts w:ascii="Arial" w:hAnsi="Arial"/>
          <w:sz w:val="36"/>
          <w:lang w:val="fr-FR"/>
        </w:rPr>
      </w:pPr>
      <w:r w:rsidRPr="004C06D0">
        <w:rPr>
          <w:rFonts w:ascii="Arial" w:hAnsi="Arial"/>
          <w:sz w:val="36"/>
          <w:lang w:val="fr-FR"/>
        </w:rPr>
        <w:t>LYON HUMANISTE,</w:t>
      </w:r>
      <w:r w:rsidRPr="004C06D0">
        <w:rPr>
          <w:rFonts w:ascii="Arial" w:hAnsi="Arial"/>
          <w:sz w:val="36"/>
          <w:lang w:val="fr-FR"/>
        </w:rPr>
        <w:br/>
      </w:r>
    </w:p>
    <w:p w14:paraId="74E14620" w14:textId="77777777" w:rsidR="00C50C98" w:rsidRPr="004C06D0" w:rsidRDefault="00C50C98" w:rsidP="00C50C98">
      <w:pPr>
        <w:rPr>
          <w:rFonts w:ascii="Arial" w:hAnsi="Arial"/>
          <w:sz w:val="36"/>
          <w:lang w:val="fr-FR"/>
        </w:rPr>
      </w:pPr>
    </w:p>
    <w:p w14:paraId="014C2500" w14:textId="4DF25363" w:rsidR="00C50C98" w:rsidRPr="004C06D0" w:rsidRDefault="004C77BF" w:rsidP="00C50C98">
      <w:pPr>
        <w:pStyle w:val="Listepuces"/>
        <w:rPr>
          <w:rFonts w:ascii="Arial" w:hAnsi="Arial"/>
          <w:sz w:val="36"/>
          <w:lang w:val="fr-FR"/>
        </w:rPr>
      </w:pPr>
      <w:r w:rsidRPr="004C77BF">
        <w:rPr>
          <w:rFonts w:ascii="Arial" w:hAnsi="Arial"/>
          <w:b/>
          <w:bCs/>
          <w:sz w:val="40"/>
          <w:szCs w:val="24"/>
          <w:lang w:val="fr-FR"/>
        </w:rPr>
        <w:t>SOCIALE ET ECOLOGIQUE :</w:t>
      </w:r>
      <w:r w:rsidR="00C50C98" w:rsidRPr="004C06D0">
        <w:rPr>
          <w:rFonts w:ascii="Arial" w:hAnsi="Arial"/>
          <w:sz w:val="36"/>
          <w:lang w:val="fr-FR"/>
        </w:rPr>
        <w:br/>
        <w:t>Protéger les enfants d'abord !</w:t>
      </w:r>
    </w:p>
    <w:p w14:paraId="61342FB7" w14:textId="77777777" w:rsidR="00C50C98" w:rsidRPr="004C06D0" w:rsidRDefault="00C50C98" w:rsidP="00C50C98">
      <w:pPr>
        <w:rPr>
          <w:rFonts w:ascii="Arial" w:hAnsi="Arial"/>
          <w:sz w:val="36"/>
          <w:lang w:val="fr-FR"/>
        </w:rPr>
      </w:pPr>
      <w:r w:rsidRPr="004C06D0">
        <w:rPr>
          <w:rFonts w:ascii="Arial" w:hAnsi="Arial"/>
          <w:sz w:val="36"/>
          <w:lang w:val="fr-FR"/>
        </w:rPr>
        <w:t xml:space="preserve">En cette rentrée des crèches et des classes, les élus de notre groupe politique pensent à tous les enfants que les </w:t>
      </w:r>
      <w:r w:rsidRPr="004C06D0">
        <w:rPr>
          <w:rFonts w:ascii="Arial" w:hAnsi="Arial"/>
          <w:sz w:val="36"/>
          <w:lang w:val="fr-FR"/>
        </w:rPr>
        <w:lastRenderedPageBreak/>
        <w:t>professionnels des services publics de l'enfance et de la petite enfance vont protéger, accompagner, éveiller, faire grandir.</w:t>
      </w:r>
    </w:p>
    <w:p w14:paraId="2A175A99" w14:textId="77777777" w:rsidR="00C50C98" w:rsidRPr="004C06D0" w:rsidRDefault="00C50C98" w:rsidP="00C50C98">
      <w:pPr>
        <w:rPr>
          <w:rFonts w:ascii="Arial" w:hAnsi="Arial"/>
          <w:sz w:val="36"/>
          <w:lang w:val="fr-FR"/>
        </w:rPr>
      </w:pPr>
      <w:r w:rsidRPr="004C06D0">
        <w:rPr>
          <w:rFonts w:ascii="Arial" w:hAnsi="Arial"/>
          <w:sz w:val="36"/>
          <w:lang w:val="fr-FR"/>
        </w:rPr>
        <w:t>Les enfants sont les plus fragiles, ceux que nous devons protéger en premier, ceux que nous devons écouter et surtout ceux que nous devons croire.</w:t>
      </w:r>
    </w:p>
    <w:p w14:paraId="5CFB59BA" w14:textId="77777777" w:rsidR="00C50C98" w:rsidRPr="004C06D0" w:rsidRDefault="00C50C98" w:rsidP="00C50C98">
      <w:pPr>
        <w:rPr>
          <w:rFonts w:ascii="Arial" w:hAnsi="Arial"/>
          <w:sz w:val="36"/>
          <w:lang w:val="fr-FR"/>
        </w:rPr>
      </w:pPr>
      <w:r w:rsidRPr="004C06D0">
        <w:rPr>
          <w:rFonts w:ascii="Arial" w:hAnsi="Arial"/>
          <w:sz w:val="36"/>
          <w:lang w:val="fr-FR"/>
        </w:rPr>
        <w:t>Nous participerons activement à la Commission générale municipale sur les violences sexistes et sexuelles que le maire de Lyon réunira le 17 septembre.</w:t>
      </w:r>
    </w:p>
    <w:p w14:paraId="31AE0C9D" w14:textId="77777777" w:rsidR="00C50C98" w:rsidRPr="004C06D0" w:rsidRDefault="00C50C98" w:rsidP="00C50C98">
      <w:pPr>
        <w:rPr>
          <w:rFonts w:ascii="Arial" w:hAnsi="Arial"/>
          <w:sz w:val="36"/>
          <w:lang w:val="fr-FR"/>
        </w:rPr>
      </w:pPr>
      <w:r w:rsidRPr="004C06D0">
        <w:rPr>
          <w:rFonts w:ascii="Arial" w:hAnsi="Arial"/>
          <w:sz w:val="36"/>
          <w:lang w:val="fr-FR"/>
        </w:rPr>
        <w:t>Nous y soutiendrons notamment, comme la Ville le fait déjà pour les associations sportives, le conditionnement des aides financières à la formation contre ces violences de tous les responsables de crèches associatives.</w:t>
      </w:r>
    </w:p>
    <w:p w14:paraId="7D26A6EB" w14:textId="77777777" w:rsidR="00C50C98" w:rsidRPr="004C06D0" w:rsidRDefault="00C50C98" w:rsidP="00C50C98">
      <w:pPr>
        <w:rPr>
          <w:rFonts w:ascii="Arial" w:hAnsi="Arial"/>
          <w:sz w:val="36"/>
          <w:lang w:val="fr-FR"/>
        </w:rPr>
      </w:pPr>
      <w:r w:rsidRPr="004C06D0">
        <w:rPr>
          <w:rFonts w:ascii="Arial" w:hAnsi="Arial"/>
          <w:sz w:val="36"/>
          <w:lang w:val="fr-FR"/>
        </w:rPr>
        <w:t>Nous serons également extrêmement vigilants à l'examen de la proposition de loi-cadre contre les violences sexistes et sexuelles que les députés étudieront le 28 septembre.</w:t>
      </w:r>
    </w:p>
    <w:p w14:paraId="4EDE74F0" w14:textId="77777777" w:rsidR="00C50C98" w:rsidRPr="004C06D0" w:rsidRDefault="00C50C98" w:rsidP="00C50C98">
      <w:pPr>
        <w:rPr>
          <w:rFonts w:ascii="Arial" w:hAnsi="Arial"/>
          <w:sz w:val="36"/>
          <w:lang w:val="fr-FR"/>
        </w:rPr>
      </w:pPr>
      <w:r w:rsidRPr="004C06D0">
        <w:rPr>
          <w:rFonts w:ascii="Arial" w:hAnsi="Arial"/>
          <w:sz w:val="36"/>
          <w:lang w:val="fr-FR"/>
        </w:rPr>
        <w:t>Protéger nos enfants est notre priorité de responsables politiques. Nous y mettrons les moyens, le courage et la constance nécessaires.</w:t>
      </w:r>
    </w:p>
    <w:p w14:paraId="473906DC" w14:textId="77777777" w:rsidR="00C50C98" w:rsidRPr="004C06D0" w:rsidRDefault="00C50C98" w:rsidP="00C50C98">
      <w:pPr>
        <w:rPr>
          <w:rFonts w:ascii="Arial" w:hAnsi="Arial"/>
          <w:b/>
          <w:sz w:val="36"/>
          <w:lang w:val="fr-FR"/>
        </w:rPr>
      </w:pPr>
    </w:p>
    <w:p w14:paraId="71C9006F" w14:textId="77777777" w:rsidR="00C50C98" w:rsidRPr="004C06D0" w:rsidRDefault="00C50C98" w:rsidP="00C50C98">
      <w:pPr>
        <w:rPr>
          <w:rFonts w:ascii="Arial" w:hAnsi="Arial"/>
          <w:sz w:val="36"/>
          <w:lang w:val="fr-FR"/>
        </w:rPr>
      </w:pPr>
      <w:r w:rsidRPr="004C06D0">
        <w:rPr>
          <w:rFonts w:ascii="Arial" w:hAnsi="Arial"/>
          <w:b/>
          <w:sz w:val="36"/>
          <w:lang w:val="fr-FR"/>
        </w:rPr>
        <w:t xml:space="preserve">Groupe Lyon Humaniste, </w:t>
      </w:r>
      <w:r w:rsidRPr="004C06D0">
        <w:rPr>
          <w:rFonts w:ascii="Arial" w:hAnsi="Arial"/>
          <w:sz w:val="36"/>
          <w:lang w:val="fr-FR"/>
        </w:rPr>
        <w:t>Sociale et Écologique</w:t>
      </w:r>
      <w:r w:rsidRPr="004C06D0">
        <w:rPr>
          <w:rFonts w:ascii="Arial" w:hAnsi="Arial"/>
          <w:sz w:val="36"/>
          <w:lang w:val="fr-FR"/>
        </w:rPr>
        <w:br/>
        <w:t>LHSE@mairie-lyon.fr</w:t>
      </w:r>
    </w:p>
    <w:p w14:paraId="47228C59" w14:textId="77777777" w:rsidR="00C50C98" w:rsidRPr="004C06D0" w:rsidRDefault="00C50C98" w:rsidP="00C50C98">
      <w:pPr>
        <w:rPr>
          <w:rFonts w:ascii="Arial" w:hAnsi="Arial"/>
          <w:sz w:val="36"/>
          <w:lang w:val="fr-FR"/>
        </w:rPr>
      </w:pPr>
    </w:p>
    <w:p w14:paraId="136F0D13" w14:textId="77777777" w:rsidR="00C50C98" w:rsidRPr="004C06D0" w:rsidRDefault="00C50C98" w:rsidP="00C50C98">
      <w:pPr>
        <w:rPr>
          <w:rFonts w:ascii="Arial" w:hAnsi="Arial"/>
          <w:sz w:val="36"/>
          <w:lang w:val="fr-FR"/>
        </w:rPr>
      </w:pPr>
    </w:p>
    <w:p w14:paraId="2655441B" w14:textId="0E8AD7DA" w:rsidR="00C50C98" w:rsidRPr="004C06D0" w:rsidRDefault="004C77BF" w:rsidP="00C50C98">
      <w:pPr>
        <w:pStyle w:val="Listepuces"/>
        <w:rPr>
          <w:rFonts w:ascii="Arial" w:hAnsi="Arial"/>
          <w:sz w:val="36"/>
          <w:lang w:val="fr-FR"/>
        </w:rPr>
      </w:pPr>
      <w:r w:rsidRPr="004C77BF">
        <w:rPr>
          <w:rFonts w:ascii="Arial" w:hAnsi="Arial"/>
          <w:b/>
          <w:bCs/>
          <w:sz w:val="40"/>
          <w:szCs w:val="24"/>
          <w:lang w:val="fr-FR"/>
        </w:rPr>
        <w:lastRenderedPageBreak/>
        <w:t>GROUPE COMMUNISTE REPUBLICAIN ET CITOYEN :</w:t>
      </w:r>
      <w:r w:rsidRPr="004C77BF">
        <w:rPr>
          <w:rFonts w:ascii="Arial" w:hAnsi="Arial"/>
          <w:b/>
          <w:bCs/>
          <w:sz w:val="40"/>
          <w:szCs w:val="24"/>
          <w:lang w:val="fr-FR"/>
        </w:rPr>
        <w:br/>
      </w:r>
      <w:r w:rsidR="00C50C98" w:rsidRPr="004C06D0">
        <w:rPr>
          <w:rFonts w:ascii="Arial" w:hAnsi="Arial"/>
          <w:sz w:val="36"/>
          <w:lang w:val="fr-FR"/>
        </w:rPr>
        <w:t>Des logements dignes pour tout le monde !</w:t>
      </w:r>
    </w:p>
    <w:p w14:paraId="30228E1C" w14:textId="77777777" w:rsidR="00C50C98" w:rsidRPr="004C06D0" w:rsidRDefault="00C50C98" w:rsidP="00C50C98">
      <w:pPr>
        <w:rPr>
          <w:rFonts w:ascii="Arial" w:hAnsi="Arial"/>
          <w:sz w:val="36"/>
          <w:lang w:val="fr-FR"/>
        </w:rPr>
      </w:pPr>
      <w:r w:rsidRPr="004C06D0">
        <w:rPr>
          <w:rFonts w:ascii="Arial" w:hAnsi="Arial"/>
          <w:sz w:val="36"/>
          <w:lang w:val="fr-FR"/>
        </w:rPr>
        <w:t>Comme l'ensemble des Lyonnais(es), les élu(es) Communistes, Républicain(es) et Citoyen(</w:t>
      </w:r>
      <w:proofErr w:type="spellStart"/>
      <w:r w:rsidRPr="004C06D0">
        <w:rPr>
          <w:rFonts w:ascii="Arial" w:hAnsi="Arial"/>
          <w:sz w:val="36"/>
          <w:lang w:val="fr-FR"/>
        </w:rPr>
        <w:t>nes</w:t>
      </w:r>
      <w:proofErr w:type="spellEnd"/>
      <w:r w:rsidRPr="004C06D0">
        <w:rPr>
          <w:rFonts w:ascii="Arial" w:hAnsi="Arial"/>
          <w:sz w:val="36"/>
          <w:lang w:val="fr-FR"/>
        </w:rPr>
        <w:t>) ont souffert de la canicule cet été.</w:t>
      </w:r>
    </w:p>
    <w:p w14:paraId="38B29AE5" w14:textId="77777777" w:rsidR="00C50C98" w:rsidRPr="004C06D0" w:rsidRDefault="00C50C98" w:rsidP="00C50C98">
      <w:pPr>
        <w:rPr>
          <w:rFonts w:ascii="Arial" w:hAnsi="Arial"/>
          <w:sz w:val="36"/>
          <w:lang w:val="fr-FR"/>
        </w:rPr>
      </w:pPr>
      <w:r w:rsidRPr="004C06D0">
        <w:rPr>
          <w:rFonts w:ascii="Arial" w:hAnsi="Arial"/>
          <w:sz w:val="36"/>
          <w:lang w:val="fr-FR"/>
        </w:rPr>
        <w:t>L'urgence est à l'adaptation des logements, devenus pendant plus de 50 jours de véritables bouilloires thermiques.</w:t>
      </w:r>
    </w:p>
    <w:p w14:paraId="36ED0B0C" w14:textId="77777777" w:rsidR="00C50C98" w:rsidRPr="004C06D0" w:rsidRDefault="00C50C98" w:rsidP="00C50C98">
      <w:pPr>
        <w:rPr>
          <w:rFonts w:ascii="Arial" w:hAnsi="Arial"/>
          <w:sz w:val="36"/>
          <w:lang w:val="fr-FR"/>
        </w:rPr>
      </w:pPr>
      <w:r w:rsidRPr="004C06D0">
        <w:rPr>
          <w:rFonts w:ascii="Arial" w:hAnsi="Arial"/>
          <w:sz w:val="36"/>
          <w:lang w:val="fr-FR"/>
        </w:rPr>
        <w:t>Les acteurs publics, SACVL en tête, doivent être des modèles en rénovation thermique. Nous saluons la décision du Maire de Lyon de faire de l'adaptation aux canicules un critère d'insalubrité pour mieux protéger les locataires.</w:t>
      </w:r>
    </w:p>
    <w:p w14:paraId="3ECDAC9E" w14:textId="77777777" w:rsidR="00C50C98" w:rsidRPr="004C06D0" w:rsidRDefault="00C50C98" w:rsidP="00C50C98">
      <w:pPr>
        <w:rPr>
          <w:rFonts w:ascii="Arial" w:hAnsi="Arial"/>
          <w:sz w:val="36"/>
          <w:lang w:val="fr-FR"/>
        </w:rPr>
      </w:pPr>
      <w:r w:rsidRPr="004C06D0">
        <w:rPr>
          <w:rFonts w:ascii="Arial" w:hAnsi="Arial"/>
          <w:sz w:val="36"/>
          <w:lang w:val="fr-FR"/>
        </w:rPr>
        <w:t>Mais les acteurs locaux ne pourront pas tout faire seuls. L'État, en réduisant les dotations aux collectivités et les moyens des bailleurs sociaux, se désengage au détriment de la santé des habitant(es).</w:t>
      </w:r>
    </w:p>
    <w:p w14:paraId="7363FA65" w14:textId="2E32CB38" w:rsidR="00C50C98" w:rsidRPr="004C06D0" w:rsidRDefault="00C50C98" w:rsidP="00C50C98">
      <w:pPr>
        <w:rPr>
          <w:rFonts w:ascii="Arial" w:hAnsi="Arial"/>
          <w:sz w:val="36"/>
          <w:lang w:val="fr-FR"/>
        </w:rPr>
      </w:pPr>
      <w:r w:rsidRPr="004C06D0">
        <w:rPr>
          <w:rFonts w:ascii="Arial" w:hAnsi="Arial"/>
          <w:sz w:val="36"/>
          <w:lang w:val="fr-FR"/>
        </w:rPr>
        <w:t>Dans le 3</w:t>
      </w:r>
      <w:r w:rsidR="00E164D3" w:rsidRPr="004C06D0">
        <w:rPr>
          <w:rFonts w:ascii="Arial" w:hAnsi="Arial"/>
          <w:sz w:val="36"/>
          <w:lang w:val="fr-FR"/>
        </w:rPr>
        <w:t>e</w:t>
      </w:r>
      <w:r w:rsidRPr="004C06D0">
        <w:rPr>
          <w:rFonts w:ascii="Arial" w:hAnsi="Arial"/>
          <w:sz w:val="36"/>
          <w:lang w:val="fr-FR"/>
        </w:rPr>
        <w:t>, nous étions aux côtés de Locataires Ensemble pour exiger la rénovation de logements bouilloires.</w:t>
      </w:r>
    </w:p>
    <w:p w14:paraId="5D89DC17" w14:textId="77777777" w:rsidR="00C50C98" w:rsidRPr="004C06D0" w:rsidRDefault="00C50C98" w:rsidP="00C50C98">
      <w:pPr>
        <w:rPr>
          <w:rFonts w:ascii="Arial" w:hAnsi="Arial"/>
          <w:sz w:val="36"/>
          <w:lang w:val="fr-FR"/>
        </w:rPr>
      </w:pPr>
      <w:r w:rsidRPr="004C06D0">
        <w:rPr>
          <w:rFonts w:ascii="Arial" w:hAnsi="Arial"/>
          <w:sz w:val="36"/>
          <w:lang w:val="fr-FR"/>
        </w:rPr>
        <w:t>Une lutte victorieuse qui en appelle d'autres ! Le logement est un bien commun : nous porterons cette exigence de qualité pour tous-tes dans toute la ville !</w:t>
      </w:r>
    </w:p>
    <w:p w14:paraId="0CCD51AC" w14:textId="77777777" w:rsidR="00C50C98" w:rsidRPr="004C06D0" w:rsidRDefault="00C50C98" w:rsidP="00C50C98">
      <w:pPr>
        <w:rPr>
          <w:rFonts w:ascii="Arial" w:hAnsi="Arial"/>
          <w:sz w:val="36"/>
          <w:lang w:val="fr-FR"/>
        </w:rPr>
      </w:pPr>
      <w:r w:rsidRPr="004C06D0">
        <w:rPr>
          <w:rFonts w:ascii="Arial" w:hAnsi="Arial"/>
          <w:b/>
          <w:sz w:val="36"/>
          <w:lang w:val="fr-FR"/>
        </w:rPr>
        <w:t>Franck Fourn</w:t>
      </w:r>
      <w:r w:rsidRPr="004C06D0">
        <w:rPr>
          <w:rFonts w:ascii="Arial" w:hAnsi="Arial"/>
          <w:b/>
          <w:sz w:val="36"/>
          <w:lang w:val="fr-FR"/>
        </w:rPr>
        <w:br/>
      </w:r>
      <w:r w:rsidRPr="004C06D0">
        <w:rPr>
          <w:rFonts w:ascii="Arial" w:hAnsi="Arial"/>
          <w:sz w:val="36"/>
          <w:lang w:val="fr-FR"/>
        </w:rPr>
        <w:t>groupe.crc@mairie-lyon.fr</w:t>
      </w:r>
    </w:p>
    <w:p w14:paraId="3BC2FBDE" w14:textId="77777777" w:rsidR="00C50C98" w:rsidRPr="004C06D0" w:rsidRDefault="00C50C98" w:rsidP="00C50C98">
      <w:pPr>
        <w:rPr>
          <w:rFonts w:ascii="Arial" w:hAnsi="Arial"/>
          <w:sz w:val="36"/>
          <w:lang w:val="fr-FR"/>
        </w:rPr>
      </w:pPr>
    </w:p>
    <w:p w14:paraId="424538F5" w14:textId="77777777" w:rsidR="00C50C98" w:rsidRPr="004C06D0" w:rsidRDefault="00C50C98" w:rsidP="00C50C98">
      <w:pPr>
        <w:rPr>
          <w:rFonts w:ascii="Arial" w:hAnsi="Arial"/>
          <w:sz w:val="36"/>
          <w:lang w:val="fr-FR"/>
        </w:rPr>
      </w:pPr>
    </w:p>
    <w:p w14:paraId="74A6E984" w14:textId="36DFED15" w:rsidR="00C50C98" w:rsidRPr="004C06D0" w:rsidRDefault="004C77BF" w:rsidP="00C50C98">
      <w:pPr>
        <w:pStyle w:val="Listepuces"/>
        <w:rPr>
          <w:rFonts w:ascii="Arial" w:hAnsi="Arial"/>
          <w:sz w:val="36"/>
          <w:lang w:val="fr-FR"/>
        </w:rPr>
      </w:pPr>
      <w:r w:rsidRPr="004C77BF">
        <w:rPr>
          <w:rFonts w:ascii="Arial" w:hAnsi="Arial"/>
          <w:b/>
          <w:bCs/>
          <w:sz w:val="40"/>
          <w:szCs w:val="24"/>
          <w:lang w:val="fr-FR"/>
        </w:rPr>
        <w:t>GAUCHE UNITAIRE :</w:t>
      </w:r>
      <w:r w:rsidRPr="004C77BF">
        <w:rPr>
          <w:rFonts w:ascii="Arial" w:hAnsi="Arial"/>
          <w:b/>
          <w:bCs/>
          <w:sz w:val="40"/>
          <w:szCs w:val="24"/>
          <w:lang w:val="fr-FR"/>
        </w:rPr>
        <w:br/>
      </w:r>
      <w:r w:rsidR="00C50C98" w:rsidRPr="004C06D0">
        <w:rPr>
          <w:rFonts w:ascii="Arial" w:hAnsi="Arial"/>
          <w:sz w:val="36"/>
          <w:lang w:val="fr-FR"/>
        </w:rPr>
        <w:t>L'APRÈS, GÉNÉRATION.S, DEBOUT !</w:t>
      </w:r>
      <w:r w:rsidR="00C50C98" w:rsidRPr="004C06D0">
        <w:rPr>
          <w:rFonts w:ascii="Arial" w:hAnsi="Arial"/>
          <w:sz w:val="36"/>
          <w:lang w:val="fr-FR"/>
        </w:rPr>
        <w:br/>
        <w:t>À la rentrée, résister à l'austérité :</w:t>
      </w:r>
    </w:p>
    <w:p w14:paraId="425956FA" w14:textId="77777777" w:rsidR="00C50C98" w:rsidRPr="004C06D0" w:rsidRDefault="00C50C98" w:rsidP="00C50C98">
      <w:pPr>
        <w:rPr>
          <w:rFonts w:ascii="Arial" w:hAnsi="Arial"/>
          <w:sz w:val="36"/>
          <w:lang w:val="fr-FR"/>
        </w:rPr>
      </w:pPr>
      <w:r w:rsidRPr="004C06D0">
        <w:rPr>
          <w:rFonts w:ascii="Arial" w:hAnsi="Arial"/>
          <w:sz w:val="36"/>
          <w:lang w:val="fr-FR"/>
        </w:rPr>
        <w:t>Le projet de budget de l'État qui s'ouvrira à l'automne annonce une nouvelle cure d'austérité. Les services publics, pourtant essentiels aux personnes les plus vulnérables, en paieront le prix.</w:t>
      </w:r>
    </w:p>
    <w:p w14:paraId="786A8F8E" w14:textId="77777777" w:rsidR="00C50C98" w:rsidRPr="004C06D0" w:rsidRDefault="00C50C98" w:rsidP="00C50C98">
      <w:pPr>
        <w:rPr>
          <w:rFonts w:ascii="Arial" w:hAnsi="Arial"/>
          <w:sz w:val="36"/>
          <w:lang w:val="fr-FR"/>
        </w:rPr>
      </w:pPr>
      <w:r w:rsidRPr="004C06D0">
        <w:rPr>
          <w:rFonts w:ascii="Arial" w:hAnsi="Arial"/>
          <w:sz w:val="36"/>
          <w:lang w:val="fr-FR"/>
        </w:rPr>
        <w:t>Dans le même temps, la nouvelle majorité de la Métropole multiplie les renoncements. Abandon du projet de Rive droite du Rhône, annonce de la fin de l'encadrement des loyers : autant de reculs qui tournent le dos à l'urgence climatique et à l'amélioration des conditions de vie.</w:t>
      </w:r>
    </w:p>
    <w:p w14:paraId="2B123984" w14:textId="77777777" w:rsidR="00C50C98" w:rsidRPr="004C06D0" w:rsidRDefault="00C50C98" w:rsidP="00C50C98">
      <w:pPr>
        <w:rPr>
          <w:rFonts w:ascii="Arial" w:hAnsi="Arial"/>
          <w:sz w:val="36"/>
          <w:lang w:val="fr-FR"/>
        </w:rPr>
      </w:pPr>
      <w:r w:rsidRPr="004C06D0">
        <w:rPr>
          <w:rFonts w:ascii="Arial" w:hAnsi="Arial"/>
          <w:sz w:val="36"/>
          <w:lang w:val="fr-FR"/>
        </w:rPr>
        <w:t>À la Ville de Lyon, notre majorité fait un autre choix. Celui d'investir dans des services publics de proximité accessibles à toutes et tous. Cela se traduit par des réalisations concrètes : des équipements sportifs et culturels sont créés ou rénovés, à l'image de la médiathèque de Vaise.</w:t>
      </w:r>
    </w:p>
    <w:p w14:paraId="75354B66" w14:textId="77777777" w:rsidR="00C50C98" w:rsidRPr="004C06D0" w:rsidRDefault="00C50C98" w:rsidP="00C50C98">
      <w:pPr>
        <w:rPr>
          <w:rFonts w:ascii="Arial" w:hAnsi="Arial"/>
          <w:sz w:val="36"/>
          <w:lang w:val="fr-FR"/>
        </w:rPr>
      </w:pPr>
      <w:r w:rsidRPr="004C06D0">
        <w:rPr>
          <w:rFonts w:ascii="Arial" w:hAnsi="Arial"/>
          <w:sz w:val="36"/>
          <w:lang w:val="fr-FR"/>
        </w:rPr>
        <w:t>Pendant que l'État prolonge l'austérité et que la Métropole regarde dans le rétroviseur, nous investissons pour l'avenir. C'est ce cap que notre groupe continuera de défendre.</w:t>
      </w:r>
    </w:p>
    <w:p w14:paraId="189A8F14" w14:textId="77777777" w:rsidR="00C50C98" w:rsidRPr="004C06D0" w:rsidRDefault="00C50C98" w:rsidP="00C50C98">
      <w:pPr>
        <w:rPr>
          <w:rFonts w:ascii="Arial" w:hAnsi="Arial"/>
          <w:b/>
          <w:sz w:val="36"/>
          <w:lang w:val="fr-FR"/>
        </w:rPr>
      </w:pPr>
    </w:p>
    <w:p w14:paraId="7C6FB207" w14:textId="77777777" w:rsidR="00C50C98" w:rsidRPr="004C06D0" w:rsidRDefault="00C50C98" w:rsidP="00C50C98">
      <w:pPr>
        <w:rPr>
          <w:rFonts w:ascii="Arial" w:hAnsi="Arial"/>
          <w:sz w:val="36"/>
          <w:lang w:val="fr-FR"/>
        </w:rPr>
      </w:pPr>
      <w:r w:rsidRPr="004C06D0">
        <w:rPr>
          <w:rFonts w:ascii="Arial" w:hAnsi="Arial"/>
          <w:b/>
          <w:sz w:val="36"/>
          <w:lang w:val="fr-FR"/>
        </w:rPr>
        <w:t>Groupe Gauche Unitaire</w:t>
      </w:r>
      <w:r w:rsidRPr="004C06D0">
        <w:rPr>
          <w:rFonts w:ascii="Arial" w:hAnsi="Arial"/>
          <w:b/>
          <w:sz w:val="36"/>
          <w:lang w:val="fr-FR"/>
        </w:rPr>
        <w:br/>
      </w:r>
      <w:r w:rsidRPr="004C06D0">
        <w:rPr>
          <w:rFonts w:ascii="Arial" w:hAnsi="Arial"/>
          <w:sz w:val="36"/>
          <w:lang w:val="fr-FR"/>
        </w:rPr>
        <w:t>gauche.unitaire@mairie-lyon.fr</w:t>
      </w:r>
    </w:p>
    <w:p w14:paraId="640DA67C" w14:textId="7C779840" w:rsidR="00D73DCA" w:rsidRDefault="00D73DCA">
      <w:pPr>
        <w:rPr>
          <w:rFonts w:ascii="Arial" w:hAnsi="Arial"/>
          <w:sz w:val="36"/>
          <w:lang w:val="fr-FR"/>
        </w:rPr>
      </w:pPr>
      <w:r>
        <w:rPr>
          <w:rFonts w:ascii="Arial" w:hAnsi="Arial"/>
          <w:sz w:val="36"/>
          <w:lang w:val="fr-FR"/>
        </w:rPr>
        <w:br w:type="page"/>
      </w:r>
    </w:p>
    <w:p w14:paraId="2580DD43" w14:textId="77777777" w:rsidR="00C50C98" w:rsidRPr="00886888" w:rsidRDefault="00C50C98" w:rsidP="00C50C98">
      <w:pPr>
        <w:pStyle w:val="Titre1"/>
        <w:jc w:val="center"/>
        <w:rPr>
          <w:rFonts w:ascii="Arial" w:hAnsi="Arial"/>
          <w:smallCaps/>
          <w:sz w:val="44"/>
          <w:szCs w:val="36"/>
          <w:lang w:val="fr-FR"/>
        </w:rPr>
      </w:pPr>
      <w:bookmarkStart w:id="44" w:name="_Toc239853030"/>
      <w:r w:rsidRPr="00886888">
        <w:rPr>
          <w:rFonts w:ascii="Arial" w:hAnsi="Arial"/>
          <w:smallCaps/>
          <w:sz w:val="44"/>
          <w:szCs w:val="36"/>
          <w:lang w:val="fr-FR"/>
        </w:rPr>
        <w:lastRenderedPageBreak/>
        <w:t>Expression des groupes politiques</w:t>
      </w:r>
      <w:bookmarkEnd w:id="44"/>
    </w:p>
    <w:p w14:paraId="5BB52AB4" w14:textId="77777777" w:rsidR="00C50C98" w:rsidRPr="00886888" w:rsidRDefault="00C50C98" w:rsidP="00C50C98">
      <w:pPr>
        <w:pStyle w:val="Titre1"/>
        <w:jc w:val="center"/>
        <w:rPr>
          <w:rFonts w:ascii="Arial" w:hAnsi="Arial"/>
          <w:smallCaps/>
          <w:sz w:val="44"/>
          <w:szCs w:val="36"/>
          <w:lang w:val="fr-FR"/>
        </w:rPr>
      </w:pPr>
      <w:bookmarkStart w:id="45" w:name="_Toc239853031"/>
      <w:r w:rsidRPr="00886888">
        <w:rPr>
          <w:rFonts w:ascii="Arial" w:hAnsi="Arial"/>
          <w:smallCaps/>
          <w:sz w:val="44"/>
          <w:szCs w:val="36"/>
          <w:lang w:val="fr-FR"/>
        </w:rPr>
        <w:t>Opposition</w:t>
      </w:r>
      <w:bookmarkEnd w:id="45"/>
    </w:p>
    <w:p w14:paraId="503433A6" w14:textId="77777777" w:rsidR="00C50C98" w:rsidRPr="004C06D0" w:rsidRDefault="00C50C98" w:rsidP="00C50C98">
      <w:pPr>
        <w:rPr>
          <w:rFonts w:ascii="Arial" w:hAnsi="Arial"/>
          <w:sz w:val="36"/>
          <w:lang w:val="fr-FR"/>
        </w:rPr>
      </w:pPr>
    </w:p>
    <w:p w14:paraId="7DAE5598" w14:textId="1EF62C91" w:rsidR="00C50C98" w:rsidRPr="004C06D0" w:rsidRDefault="00886888" w:rsidP="00C50C98">
      <w:pPr>
        <w:pStyle w:val="Listepuces"/>
        <w:rPr>
          <w:rFonts w:ascii="Arial" w:hAnsi="Arial"/>
          <w:sz w:val="36"/>
          <w:lang w:val="fr-FR"/>
        </w:rPr>
      </w:pPr>
      <w:r w:rsidRPr="00886888">
        <w:rPr>
          <w:rFonts w:ascii="Arial" w:hAnsi="Arial"/>
          <w:b/>
          <w:bCs/>
          <w:sz w:val="40"/>
          <w:szCs w:val="24"/>
          <w:lang w:val="fr-FR"/>
        </w:rPr>
        <w:t>CŒUR LYONNAIS :</w:t>
      </w:r>
      <w:r w:rsidRPr="00886888">
        <w:rPr>
          <w:rFonts w:ascii="Arial" w:hAnsi="Arial"/>
          <w:b/>
          <w:bCs/>
          <w:sz w:val="40"/>
          <w:szCs w:val="24"/>
          <w:lang w:val="fr-FR"/>
        </w:rPr>
        <w:br/>
      </w:r>
      <w:r w:rsidR="00C50C98" w:rsidRPr="004C06D0">
        <w:rPr>
          <w:rFonts w:ascii="Arial" w:hAnsi="Arial"/>
          <w:sz w:val="36"/>
          <w:lang w:val="fr-FR"/>
        </w:rPr>
        <w:t>Sécurité : agir enfin ?</w:t>
      </w:r>
    </w:p>
    <w:p w14:paraId="2416B6CF" w14:textId="77777777" w:rsidR="00C50C98" w:rsidRPr="004C06D0" w:rsidRDefault="00C50C98" w:rsidP="00C50C98">
      <w:pPr>
        <w:rPr>
          <w:rFonts w:ascii="Arial" w:hAnsi="Arial"/>
          <w:sz w:val="36"/>
          <w:lang w:val="fr-FR"/>
        </w:rPr>
      </w:pPr>
      <w:r w:rsidRPr="004C06D0">
        <w:rPr>
          <w:rFonts w:ascii="Arial" w:hAnsi="Arial"/>
          <w:sz w:val="36"/>
          <w:lang w:val="fr-FR"/>
        </w:rPr>
        <w:t>Après les drames qui ont marqué Lyon cet été, les Lyonnais attendent de leurs élus de la responsabilité et surtout des réponses concrètes. Pas qu'ils se renvoient la faute.</w:t>
      </w:r>
    </w:p>
    <w:p w14:paraId="166FF027" w14:textId="77777777" w:rsidR="00C50C98" w:rsidRPr="004C06D0" w:rsidRDefault="00C50C98" w:rsidP="00C50C98">
      <w:pPr>
        <w:rPr>
          <w:rFonts w:ascii="Arial" w:hAnsi="Arial"/>
          <w:sz w:val="36"/>
          <w:lang w:val="fr-FR"/>
        </w:rPr>
      </w:pPr>
      <w:r w:rsidRPr="004C06D0">
        <w:rPr>
          <w:rFonts w:ascii="Arial" w:hAnsi="Arial"/>
          <w:sz w:val="36"/>
          <w:lang w:val="fr-FR"/>
        </w:rPr>
        <w:t>Depuis six ans, les violences se multiplient dans nos rues, sur nos places et dans nos transports. Face à cette réalité, désigner systématiquement les autres comme responsables n'est ni à la hauteur des enjeux, ni de ce que vivent nos concitoyens. Après six années à la tête de la Ville, on ne peut plus se comporter comme si l'on était spectateur de la situation.</w:t>
      </w:r>
    </w:p>
    <w:p w14:paraId="5F5CD08C" w14:textId="77777777" w:rsidR="00C50C98" w:rsidRPr="004C06D0" w:rsidRDefault="00C50C98" w:rsidP="00C50C98">
      <w:pPr>
        <w:rPr>
          <w:rFonts w:ascii="Arial" w:hAnsi="Arial"/>
          <w:sz w:val="36"/>
          <w:lang w:val="fr-FR"/>
        </w:rPr>
      </w:pPr>
      <w:r w:rsidRPr="004C06D0">
        <w:rPr>
          <w:rFonts w:ascii="Arial" w:hAnsi="Arial"/>
          <w:sz w:val="36"/>
          <w:lang w:val="fr-FR"/>
        </w:rPr>
        <w:t>Oui, la sécurité mobilise de nombreux acteurs aux compétences différentes. Mais cette complexité ne peut servir de prétexte pour se défausser. Être responsable, c'est aussi créer les conditions pour agir efficacement ensemble.</w:t>
      </w:r>
    </w:p>
    <w:p w14:paraId="06B97689" w14:textId="77777777" w:rsidR="00C50C98" w:rsidRPr="004C06D0" w:rsidRDefault="00C50C98" w:rsidP="00C50C98">
      <w:pPr>
        <w:rPr>
          <w:rFonts w:ascii="Arial" w:hAnsi="Arial"/>
          <w:sz w:val="36"/>
          <w:lang w:val="fr-FR"/>
        </w:rPr>
      </w:pPr>
      <w:r w:rsidRPr="004C06D0">
        <w:rPr>
          <w:rFonts w:ascii="Arial" w:hAnsi="Arial"/>
          <w:sz w:val="36"/>
          <w:lang w:val="fr-FR"/>
        </w:rPr>
        <w:t>État, Ville, Métropole, Région, SYTRAL Mobilités, forces de sécurité, justice et acteurs de terrain doivent coopérer et dépasser les querelles de compétences.</w:t>
      </w:r>
    </w:p>
    <w:p w14:paraId="140519EC" w14:textId="77777777" w:rsidR="00C50C98" w:rsidRPr="004C06D0" w:rsidRDefault="00C50C98" w:rsidP="00C50C98">
      <w:pPr>
        <w:rPr>
          <w:rFonts w:ascii="Arial" w:hAnsi="Arial"/>
          <w:sz w:val="36"/>
          <w:lang w:val="fr-FR"/>
        </w:rPr>
      </w:pPr>
      <w:r w:rsidRPr="004C06D0">
        <w:rPr>
          <w:rFonts w:ascii="Arial" w:hAnsi="Arial"/>
          <w:sz w:val="36"/>
          <w:lang w:val="fr-FR"/>
        </w:rPr>
        <w:t xml:space="preserve">La gare routière de Gerland l'illustre : des usagers, notamment de nombreux jeunes, attendent leur car dans des conditions </w:t>
      </w:r>
      <w:r w:rsidRPr="004C06D0">
        <w:rPr>
          <w:rFonts w:ascii="Arial" w:hAnsi="Arial"/>
          <w:sz w:val="36"/>
          <w:lang w:val="fr-FR"/>
        </w:rPr>
        <w:lastRenderedPageBreak/>
        <w:t>inadaptées, sans même de protection satisfaisante en cas de pluie.</w:t>
      </w:r>
    </w:p>
    <w:p w14:paraId="22C03666" w14:textId="77777777" w:rsidR="00C50C98" w:rsidRPr="004C06D0" w:rsidRDefault="00C50C98" w:rsidP="00C50C98">
      <w:pPr>
        <w:rPr>
          <w:rFonts w:ascii="Arial" w:hAnsi="Arial"/>
          <w:sz w:val="36"/>
          <w:lang w:val="fr-FR"/>
        </w:rPr>
      </w:pPr>
      <w:r w:rsidRPr="004C06D0">
        <w:rPr>
          <w:rFonts w:ascii="Arial" w:hAnsi="Arial"/>
          <w:sz w:val="36"/>
          <w:lang w:val="fr-FR"/>
        </w:rPr>
        <w:t>Plutôt que chercher à qui revient la faute, apportons des solutions.</w:t>
      </w:r>
    </w:p>
    <w:p w14:paraId="42F39B5B" w14:textId="77777777" w:rsidR="00C50C98" w:rsidRPr="004C06D0" w:rsidRDefault="00C50C98" w:rsidP="00C50C98">
      <w:pPr>
        <w:rPr>
          <w:rFonts w:ascii="Arial" w:hAnsi="Arial"/>
          <w:sz w:val="36"/>
          <w:lang w:val="fr-FR"/>
        </w:rPr>
      </w:pPr>
      <w:r w:rsidRPr="004C06D0">
        <w:rPr>
          <w:rFonts w:ascii="Arial" w:hAnsi="Arial"/>
          <w:sz w:val="36"/>
          <w:lang w:val="fr-FR"/>
        </w:rPr>
        <w:t>Cette culture de la responsabilité doit guider toute l'action publique. Comme nous l'avons rappelé en Conseil municipal à propos des finances de la Ville, le contexte national ne peut pas tout expliquer. Gouverner, c'est prévoir, choisir et assumer.</w:t>
      </w:r>
    </w:p>
    <w:p w14:paraId="169BC3A9" w14:textId="77777777" w:rsidR="00C50C98" w:rsidRPr="004C06D0" w:rsidRDefault="00C50C98" w:rsidP="00C50C98">
      <w:pPr>
        <w:rPr>
          <w:rFonts w:ascii="Arial" w:hAnsi="Arial"/>
          <w:sz w:val="36"/>
          <w:lang w:val="fr-FR"/>
        </w:rPr>
      </w:pPr>
      <w:r w:rsidRPr="004C06D0">
        <w:rPr>
          <w:rFonts w:ascii="Arial" w:hAnsi="Arial"/>
          <w:sz w:val="36"/>
          <w:lang w:val="fr-FR"/>
        </w:rPr>
        <w:t>Cœur Lyonnais porte une opposition exigeante et constructive : il faut moins chercher à qui revient la faute et davantage construire ensemble des solutions pour les Lyonnaises et les Lyonnais.</w:t>
      </w:r>
    </w:p>
    <w:p w14:paraId="70ADD673" w14:textId="77777777" w:rsidR="00C50C98" w:rsidRPr="004C06D0" w:rsidRDefault="00C50C98" w:rsidP="00C50C98">
      <w:pPr>
        <w:rPr>
          <w:rFonts w:ascii="Arial" w:hAnsi="Arial"/>
          <w:b/>
          <w:sz w:val="36"/>
          <w:lang w:val="fr-FR"/>
        </w:rPr>
      </w:pPr>
    </w:p>
    <w:p w14:paraId="5808F27C" w14:textId="77777777" w:rsidR="00C50C98" w:rsidRPr="004C06D0" w:rsidRDefault="00C50C98" w:rsidP="00C50C98">
      <w:pPr>
        <w:rPr>
          <w:rFonts w:ascii="Arial" w:hAnsi="Arial"/>
          <w:sz w:val="36"/>
          <w:lang w:val="fr-FR"/>
        </w:rPr>
      </w:pPr>
      <w:r w:rsidRPr="004C06D0">
        <w:rPr>
          <w:rFonts w:ascii="Arial" w:hAnsi="Arial"/>
          <w:b/>
          <w:sz w:val="36"/>
          <w:lang w:val="fr-FR"/>
        </w:rPr>
        <w:t>Les élus Cœur Lyonnais</w:t>
      </w:r>
      <w:r w:rsidRPr="004C06D0">
        <w:rPr>
          <w:rFonts w:ascii="Arial" w:hAnsi="Arial"/>
          <w:b/>
          <w:sz w:val="36"/>
          <w:lang w:val="fr-FR"/>
        </w:rPr>
        <w:br/>
      </w:r>
      <w:r w:rsidRPr="004C06D0">
        <w:rPr>
          <w:rFonts w:ascii="Arial" w:hAnsi="Arial"/>
          <w:sz w:val="36"/>
          <w:lang w:val="fr-FR"/>
        </w:rPr>
        <w:t>coeurlyonnais@mairie-lyon.fr</w:t>
      </w:r>
    </w:p>
    <w:p w14:paraId="6A4B70DC" w14:textId="77777777" w:rsidR="00C50C98" w:rsidRPr="004C06D0" w:rsidRDefault="00C50C98" w:rsidP="00C50C98">
      <w:pPr>
        <w:rPr>
          <w:rFonts w:ascii="Arial" w:hAnsi="Arial"/>
          <w:sz w:val="36"/>
          <w:lang w:val="fr-FR"/>
        </w:rPr>
      </w:pPr>
    </w:p>
    <w:p w14:paraId="6B35A4C0" w14:textId="77777777" w:rsidR="00C50C98" w:rsidRPr="004C06D0" w:rsidRDefault="00C50C98" w:rsidP="00C50C98">
      <w:pPr>
        <w:rPr>
          <w:rFonts w:ascii="Arial" w:hAnsi="Arial"/>
          <w:sz w:val="36"/>
          <w:lang w:val="fr-FR"/>
        </w:rPr>
      </w:pPr>
    </w:p>
    <w:p w14:paraId="03FE4B1F" w14:textId="1032A81B" w:rsidR="00C50C98" w:rsidRPr="004C06D0" w:rsidRDefault="00886888" w:rsidP="00C50C98">
      <w:pPr>
        <w:pStyle w:val="Listepuces"/>
        <w:rPr>
          <w:rFonts w:ascii="Arial" w:hAnsi="Arial"/>
          <w:sz w:val="36"/>
          <w:lang w:val="fr-FR"/>
        </w:rPr>
      </w:pPr>
      <w:r w:rsidRPr="00886888">
        <w:rPr>
          <w:rFonts w:ascii="Arial" w:hAnsi="Arial"/>
          <w:b/>
          <w:bCs/>
          <w:sz w:val="40"/>
          <w:szCs w:val="24"/>
          <w:lang w:val="fr-FR"/>
        </w:rPr>
        <w:t>LA FRANCE INSOUMISE :</w:t>
      </w:r>
      <w:r w:rsidRPr="00886888">
        <w:rPr>
          <w:rFonts w:ascii="Arial" w:hAnsi="Arial"/>
          <w:b/>
          <w:bCs/>
          <w:sz w:val="40"/>
          <w:szCs w:val="24"/>
          <w:lang w:val="fr-FR"/>
        </w:rPr>
        <w:br/>
      </w:r>
      <w:r w:rsidR="00C50C98" w:rsidRPr="004C06D0">
        <w:rPr>
          <w:rFonts w:ascii="Arial" w:hAnsi="Arial"/>
          <w:sz w:val="36"/>
          <w:lang w:val="fr-FR"/>
        </w:rPr>
        <w:t>Nous n'avons plus le temps d'attendre !</w:t>
      </w:r>
    </w:p>
    <w:p w14:paraId="4D9490FE" w14:textId="77777777" w:rsidR="00C50C98" w:rsidRPr="004C06D0" w:rsidRDefault="00C50C98" w:rsidP="00C50C98">
      <w:pPr>
        <w:rPr>
          <w:rFonts w:ascii="Arial" w:hAnsi="Arial"/>
          <w:sz w:val="36"/>
          <w:lang w:val="fr-FR"/>
        </w:rPr>
      </w:pPr>
      <w:r w:rsidRPr="004C06D0">
        <w:rPr>
          <w:rFonts w:ascii="Arial" w:hAnsi="Arial"/>
          <w:sz w:val="36"/>
          <w:lang w:val="fr-FR"/>
        </w:rPr>
        <w:t xml:space="preserve">Cet été, la France a connu une chaleur historique. À Lyon, 5 épisodes caniculaires et un record de 38,9°C le 23 juin. </w:t>
      </w:r>
    </w:p>
    <w:p w14:paraId="578B4AF8" w14:textId="77777777" w:rsidR="00C50C98" w:rsidRPr="004C06D0" w:rsidRDefault="00C50C98" w:rsidP="00C50C98">
      <w:pPr>
        <w:rPr>
          <w:rFonts w:ascii="Arial" w:hAnsi="Arial"/>
          <w:sz w:val="36"/>
          <w:lang w:val="fr-FR"/>
        </w:rPr>
      </w:pPr>
      <w:r w:rsidRPr="004C06D0">
        <w:rPr>
          <w:rFonts w:ascii="Arial" w:hAnsi="Arial"/>
          <w:sz w:val="36"/>
          <w:lang w:val="fr-FR"/>
        </w:rPr>
        <w:t>Les conséquences : des logements étouffants, une eau sous-tension, une population épuisée.</w:t>
      </w:r>
    </w:p>
    <w:p w14:paraId="15C7FF1D" w14:textId="77777777" w:rsidR="00C50C98" w:rsidRPr="004C06D0" w:rsidRDefault="00C50C98" w:rsidP="00C50C98">
      <w:pPr>
        <w:rPr>
          <w:rFonts w:ascii="Arial" w:hAnsi="Arial"/>
          <w:sz w:val="36"/>
          <w:lang w:val="fr-FR"/>
        </w:rPr>
      </w:pPr>
      <w:r w:rsidRPr="004C06D0">
        <w:rPr>
          <w:rFonts w:ascii="Arial" w:hAnsi="Arial"/>
          <w:sz w:val="36"/>
          <w:lang w:val="fr-FR"/>
        </w:rPr>
        <w:lastRenderedPageBreak/>
        <w:t>Depuis des décennies, les scientifiques, les partis politiques, les citoyens, les associations alertent. Les gouvernements successifs savent, mais n'agissent pas.</w:t>
      </w:r>
    </w:p>
    <w:p w14:paraId="3492A80B" w14:textId="77777777" w:rsidR="00C50C98" w:rsidRPr="004C06D0" w:rsidRDefault="00C50C98" w:rsidP="00C50C98">
      <w:pPr>
        <w:rPr>
          <w:rFonts w:ascii="Arial" w:hAnsi="Arial"/>
          <w:sz w:val="36"/>
          <w:lang w:val="fr-FR"/>
        </w:rPr>
      </w:pPr>
      <w:r w:rsidRPr="004C06D0">
        <w:rPr>
          <w:rFonts w:ascii="Arial" w:hAnsi="Arial"/>
          <w:sz w:val="36"/>
          <w:lang w:val="fr-FR"/>
        </w:rPr>
        <w:t>Ce que nous vivons n'était ni imprévisible ni inévitable : c'est le résultat de l'inaction de ceux qui dirigent le pays.</w:t>
      </w:r>
    </w:p>
    <w:p w14:paraId="794583C9" w14:textId="77777777" w:rsidR="00C50C98" w:rsidRPr="004C06D0" w:rsidRDefault="00C50C98" w:rsidP="00C50C98">
      <w:pPr>
        <w:rPr>
          <w:rFonts w:ascii="Arial" w:hAnsi="Arial"/>
          <w:sz w:val="36"/>
          <w:lang w:val="fr-FR"/>
        </w:rPr>
      </w:pPr>
      <w:r w:rsidRPr="004C06D0">
        <w:rPr>
          <w:rFonts w:ascii="Arial" w:hAnsi="Arial"/>
          <w:sz w:val="36"/>
          <w:lang w:val="fr-FR"/>
        </w:rPr>
        <w:t>Et cette crise bouleverse tout : notre capacité à nous loger, à nous nourrir, à produire notre énergie. Et ce sont d'abord les plus modestes qui en paient le prix.</w:t>
      </w:r>
    </w:p>
    <w:p w14:paraId="7ADDB565" w14:textId="77777777" w:rsidR="00C50C98" w:rsidRPr="004C06D0" w:rsidRDefault="00C50C98" w:rsidP="00C50C98">
      <w:pPr>
        <w:rPr>
          <w:rFonts w:ascii="Arial" w:hAnsi="Arial"/>
          <w:sz w:val="36"/>
          <w:lang w:val="fr-FR"/>
        </w:rPr>
      </w:pPr>
      <w:r w:rsidRPr="004C06D0">
        <w:rPr>
          <w:rFonts w:ascii="Arial" w:hAnsi="Arial"/>
          <w:sz w:val="36"/>
          <w:lang w:val="fr-FR"/>
        </w:rPr>
        <w:t>Face à cette urgence vitale, seule une planification écologique nationale et internationale peut faire face. Lyon agit et nous saluons les récentes décisions de l'exécutif d'intégrer la chaleur excessive à la définition des logements insalubres.</w:t>
      </w:r>
    </w:p>
    <w:p w14:paraId="2684DBCE" w14:textId="77777777" w:rsidR="00C50C98" w:rsidRPr="004C06D0" w:rsidRDefault="00C50C98" w:rsidP="00C50C98">
      <w:pPr>
        <w:rPr>
          <w:rFonts w:ascii="Arial" w:hAnsi="Arial"/>
          <w:sz w:val="36"/>
          <w:lang w:val="fr-FR"/>
        </w:rPr>
      </w:pPr>
      <w:r w:rsidRPr="004C06D0">
        <w:rPr>
          <w:rFonts w:ascii="Arial" w:hAnsi="Arial"/>
          <w:sz w:val="36"/>
          <w:lang w:val="fr-FR"/>
        </w:rPr>
        <w:t>Lyon doit désormais changer d'échelle : cela exige d'investir massivement pour isoler nos écoles et d'engager un plan d'adaptation climatique ambitieux ciblé sur les quartiers prioritaires.</w:t>
      </w:r>
    </w:p>
    <w:p w14:paraId="51F127E8" w14:textId="77777777" w:rsidR="00C50C98" w:rsidRPr="004C06D0" w:rsidRDefault="00C50C98" w:rsidP="00C50C98">
      <w:pPr>
        <w:rPr>
          <w:rFonts w:ascii="Arial" w:hAnsi="Arial"/>
          <w:sz w:val="36"/>
          <w:lang w:val="fr-FR"/>
        </w:rPr>
      </w:pPr>
      <w:r w:rsidRPr="004C06D0">
        <w:rPr>
          <w:rFonts w:ascii="Arial" w:hAnsi="Arial"/>
          <w:sz w:val="36"/>
          <w:lang w:val="fr-FR"/>
        </w:rPr>
        <w:t>Mais une ville, aussi volontaire soit-elle, ne peut pas seule renverser le tournant que notre humanité traverse.</w:t>
      </w:r>
    </w:p>
    <w:p w14:paraId="2B94C05B" w14:textId="77777777" w:rsidR="00C50C98" w:rsidRPr="004C06D0" w:rsidRDefault="00C50C98" w:rsidP="00C50C98">
      <w:pPr>
        <w:rPr>
          <w:rFonts w:ascii="Arial" w:hAnsi="Arial"/>
          <w:sz w:val="36"/>
          <w:lang w:val="fr-FR"/>
        </w:rPr>
      </w:pPr>
      <w:r w:rsidRPr="004C06D0">
        <w:rPr>
          <w:rFonts w:ascii="Arial" w:hAnsi="Arial"/>
          <w:sz w:val="36"/>
          <w:lang w:val="fr-FR"/>
        </w:rPr>
        <w:t>Il faut un État capable de fixer un cap, de coordonner les investissements et d'organiser notre pays pour les décennies qui viennent.</w:t>
      </w:r>
    </w:p>
    <w:p w14:paraId="04A42B12" w14:textId="77777777" w:rsidR="00C50C98" w:rsidRPr="004C06D0" w:rsidRDefault="00C50C98" w:rsidP="00C50C98">
      <w:pPr>
        <w:rPr>
          <w:rFonts w:ascii="Arial" w:hAnsi="Arial"/>
          <w:sz w:val="36"/>
          <w:lang w:val="fr-FR"/>
        </w:rPr>
      </w:pPr>
    </w:p>
    <w:p w14:paraId="2914F402" w14:textId="77777777" w:rsidR="00C50C98" w:rsidRPr="004C06D0" w:rsidRDefault="00C50C98" w:rsidP="00C50C98">
      <w:pPr>
        <w:rPr>
          <w:rFonts w:ascii="Arial" w:hAnsi="Arial"/>
          <w:sz w:val="36"/>
          <w:lang w:val="fr-FR"/>
        </w:rPr>
      </w:pPr>
      <w:r w:rsidRPr="004C06D0">
        <w:rPr>
          <w:rFonts w:ascii="Arial" w:hAnsi="Arial"/>
          <w:sz w:val="36"/>
          <w:lang w:val="fr-FR"/>
        </w:rPr>
        <w:t>lafranceinsoumise@mairie-lyon.fr</w:t>
      </w:r>
    </w:p>
    <w:p w14:paraId="23E1B97C" w14:textId="77777777" w:rsidR="00C50C98" w:rsidRPr="004C06D0" w:rsidRDefault="00C50C98" w:rsidP="00C50C98">
      <w:pPr>
        <w:rPr>
          <w:rFonts w:ascii="Arial" w:hAnsi="Arial"/>
          <w:sz w:val="36"/>
          <w:lang w:val="fr-FR"/>
        </w:rPr>
      </w:pPr>
    </w:p>
    <w:p w14:paraId="25958BD6" w14:textId="77777777" w:rsidR="00C50C98" w:rsidRPr="004C06D0" w:rsidRDefault="00C50C98" w:rsidP="00C50C98">
      <w:pPr>
        <w:rPr>
          <w:rFonts w:ascii="Arial" w:hAnsi="Arial"/>
          <w:sz w:val="36"/>
          <w:lang w:val="fr-FR"/>
        </w:rPr>
      </w:pPr>
    </w:p>
    <w:p w14:paraId="752256A6" w14:textId="2F5917AD" w:rsidR="00C50C98" w:rsidRPr="004C06D0" w:rsidRDefault="00886888" w:rsidP="00C50C98">
      <w:pPr>
        <w:pStyle w:val="Listepuces"/>
        <w:rPr>
          <w:rFonts w:ascii="Arial" w:hAnsi="Arial"/>
          <w:sz w:val="36"/>
          <w:lang w:val="fr-FR"/>
        </w:rPr>
      </w:pPr>
      <w:r w:rsidRPr="00886888">
        <w:rPr>
          <w:rFonts w:ascii="Arial" w:hAnsi="Arial"/>
          <w:b/>
          <w:bCs/>
          <w:sz w:val="40"/>
          <w:szCs w:val="24"/>
          <w:lang w:val="fr-FR"/>
        </w:rPr>
        <w:t>LYON ENSEMBLE :</w:t>
      </w:r>
      <w:r w:rsidRPr="00886888">
        <w:rPr>
          <w:rFonts w:ascii="Arial" w:hAnsi="Arial"/>
          <w:b/>
          <w:bCs/>
          <w:sz w:val="40"/>
          <w:szCs w:val="24"/>
          <w:lang w:val="fr-FR"/>
        </w:rPr>
        <w:br/>
      </w:r>
      <w:r w:rsidR="00C50C98" w:rsidRPr="004C06D0">
        <w:rPr>
          <w:rFonts w:ascii="Arial" w:hAnsi="Arial"/>
          <w:sz w:val="36"/>
          <w:lang w:val="fr-FR"/>
        </w:rPr>
        <w:t>Bonne rentrée 2026 :</w:t>
      </w:r>
    </w:p>
    <w:p w14:paraId="41630A34" w14:textId="77777777" w:rsidR="00C50C98" w:rsidRPr="004C06D0" w:rsidRDefault="00C50C98" w:rsidP="00C50C98">
      <w:pPr>
        <w:rPr>
          <w:rFonts w:ascii="Arial" w:hAnsi="Arial"/>
          <w:sz w:val="36"/>
          <w:lang w:val="fr-FR"/>
        </w:rPr>
      </w:pPr>
      <w:r w:rsidRPr="004C06D0">
        <w:rPr>
          <w:rFonts w:ascii="Arial" w:hAnsi="Arial"/>
          <w:sz w:val="36"/>
          <w:lang w:val="fr-FR"/>
        </w:rPr>
        <w:t>Il y a quelques jours, les petits Lyonnais ont fait leur rentrée scolaire. Souhaitons-leur une bonne rentrée ainsi qu'à leurs parents, aux enseignants et aux agents des écoles.</w:t>
      </w:r>
    </w:p>
    <w:p w14:paraId="0F8B35F3" w14:textId="77777777" w:rsidR="00C50C98" w:rsidRPr="004C06D0" w:rsidRDefault="00C50C98" w:rsidP="00C50C98">
      <w:pPr>
        <w:rPr>
          <w:rFonts w:ascii="Arial" w:hAnsi="Arial"/>
          <w:sz w:val="36"/>
          <w:lang w:val="fr-FR"/>
        </w:rPr>
      </w:pPr>
      <w:r w:rsidRPr="004C06D0">
        <w:rPr>
          <w:rFonts w:ascii="Arial" w:hAnsi="Arial"/>
          <w:sz w:val="36"/>
          <w:lang w:val="fr-FR"/>
        </w:rPr>
        <w:t>Certaines écoles ont connu des travaux pendant l'été et c'est tant mieux. Mais d'autres sont toujours en attente ne serait-ce que de l'installation de brasseurs d'air ou de stores pour pouvoir essayer de faire face aux grosses chaleurs que nous connaissons de plus en plus. Ce doit être la priorité pour les quelques mois qui nous séparent de mai-juin 2027.</w:t>
      </w:r>
    </w:p>
    <w:p w14:paraId="6AA16292" w14:textId="77777777" w:rsidR="00C50C98" w:rsidRPr="004C06D0" w:rsidRDefault="00C50C98" w:rsidP="00C50C98">
      <w:pPr>
        <w:rPr>
          <w:rFonts w:ascii="Arial" w:hAnsi="Arial"/>
          <w:sz w:val="36"/>
          <w:lang w:val="fr-FR"/>
        </w:rPr>
      </w:pPr>
      <w:r w:rsidRPr="004C06D0">
        <w:rPr>
          <w:rFonts w:ascii="Arial" w:hAnsi="Arial"/>
          <w:sz w:val="36"/>
          <w:lang w:val="fr-FR"/>
        </w:rPr>
        <w:t>Cette année la baisse du nombre d'élèves dans nos écoles publiques se poursuit avec, à fin juin, un prévisionnel de fermeture de 15 classes de maternelle et 20 d'élémentaire. Près de 130 classes fermées depuis septembre 2020 ! Parallèlement, les écoles privées voient leurs effectifs quasiment se maintenir. Il faut donc nous interroger collectivement sur les raisons de cette baisse. Certes, la natalité est un facteur important mais pas que. Il y a l'attractivité de notre ville vis-à-vis des familles mais aussi d'autres facteurs plus propres à l'école elle-même : les locaux ou le périscolaire.</w:t>
      </w:r>
    </w:p>
    <w:p w14:paraId="4C4F7D30" w14:textId="77777777" w:rsidR="00C50C98" w:rsidRPr="004C06D0" w:rsidRDefault="00C50C98" w:rsidP="00C50C98">
      <w:pPr>
        <w:rPr>
          <w:rFonts w:ascii="Arial" w:hAnsi="Arial"/>
          <w:sz w:val="36"/>
          <w:lang w:val="fr-FR"/>
        </w:rPr>
      </w:pPr>
      <w:r w:rsidRPr="004C06D0">
        <w:rPr>
          <w:rFonts w:ascii="Arial" w:hAnsi="Arial"/>
          <w:sz w:val="36"/>
          <w:lang w:val="fr-FR"/>
        </w:rPr>
        <w:t>Aussi avec les autres élus d'opposition, nous avons demandé la création d'une mission d'information et d'évaluation sur le périscolaire pour répondre aux questions :</w:t>
      </w:r>
      <w:r w:rsidRPr="004C06D0">
        <w:rPr>
          <w:rFonts w:ascii="Arial" w:hAnsi="Arial"/>
          <w:sz w:val="36"/>
          <w:lang w:val="fr-FR"/>
        </w:rPr>
        <w:br/>
        <w:t xml:space="preserve">- d'accessibilité pour tous les enfants, quels que soient leur </w:t>
      </w:r>
      <w:r w:rsidRPr="004C06D0">
        <w:rPr>
          <w:rFonts w:ascii="Arial" w:hAnsi="Arial"/>
          <w:sz w:val="36"/>
          <w:lang w:val="fr-FR"/>
        </w:rPr>
        <w:lastRenderedPageBreak/>
        <w:t>quartier de résidence ou leur situation sociale,</w:t>
      </w:r>
      <w:r w:rsidRPr="004C06D0">
        <w:rPr>
          <w:rFonts w:ascii="Arial" w:hAnsi="Arial"/>
          <w:sz w:val="36"/>
          <w:lang w:val="fr-FR"/>
        </w:rPr>
        <w:br/>
        <w:t>- de qualité pédagogique et éducative des activités proposées,</w:t>
      </w:r>
      <w:r w:rsidRPr="004C06D0">
        <w:rPr>
          <w:rFonts w:ascii="Arial" w:hAnsi="Arial"/>
          <w:sz w:val="36"/>
          <w:lang w:val="fr-FR"/>
        </w:rPr>
        <w:br/>
        <w:t>- de coordination entre les différents membres de la communauté éducative (parents, écoles, associations, Ville),</w:t>
      </w:r>
      <w:r w:rsidRPr="004C06D0">
        <w:rPr>
          <w:rFonts w:ascii="Arial" w:hAnsi="Arial"/>
          <w:sz w:val="36"/>
          <w:lang w:val="fr-FR"/>
        </w:rPr>
        <w:br/>
        <w:t>- d'adaptation aux besoins spécifiques des enfants (handicap, précocité, etc.).</w:t>
      </w:r>
    </w:p>
    <w:p w14:paraId="208287D6" w14:textId="77777777" w:rsidR="00C50C98" w:rsidRPr="004C06D0" w:rsidRDefault="00C50C98" w:rsidP="00C50C98">
      <w:pPr>
        <w:rPr>
          <w:rFonts w:ascii="Arial" w:hAnsi="Arial"/>
          <w:sz w:val="36"/>
          <w:lang w:val="fr-FR"/>
        </w:rPr>
      </w:pPr>
      <w:r w:rsidRPr="004C06D0">
        <w:rPr>
          <w:rFonts w:ascii="Arial" w:hAnsi="Arial"/>
          <w:sz w:val="36"/>
          <w:lang w:val="fr-FR"/>
        </w:rPr>
        <w:t>Cette demande fera l'objet d'un vote au Conseil municipal du 24 septembre.</w:t>
      </w:r>
    </w:p>
    <w:p w14:paraId="4AA1D7B6" w14:textId="77777777" w:rsidR="00C50C98" w:rsidRPr="004C06D0" w:rsidRDefault="00C50C98" w:rsidP="00C50C98">
      <w:pPr>
        <w:rPr>
          <w:rFonts w:ascii="Arial" w:hAnsi="Arial"/>
          <w:sz w:val="36"/>
          <w:lang w:val="fr-FR"/>
        </w:rPr>
      </w:pPr>
      <w:r w:rsidRPr="004C06D0">
        <w:rPr>
          <w:rFonts w:ascii="Arial" w:hAnsi="Arial"/>
          <w:sz w:val="36"/>
          <w:lang w:val="fr-FR"/>
        </w:rPr>
        <w:t>Souhaitons que le maire de Lyon n'y fasse pas obstacle.</w:t>
      </w:r>
    </w:p>
    <w:p w14:paraId="3DDD3915" w14:textId="77777777" w:rsidR="00C50C98" w:rsidRPr="004C06D0" w:rsidRDefault="00C50C98" w:rsidP="00C50C98">
      <w:pPr>
        <w:rPr>
          <w:rFonts w:ascii="Arial" w:hAnsi="Arial"/>
          <w:b/>
          <w:sz w:val="36"/>
          <w:lang w:val="fr-FR"/>
        </w:rPr>
      </w:pPr>
    </w:p>
    <w:p w14:paraId="6AE3BDE8" w14:textId="77777777" w:rsidR="00C50C98" w:rsidRPr="004C06D0" w:rsidRDefault="00C50C98" w:rsidP="00C50C98">
      <w:pPr>
        <w:rPr>
          <w:rFonts w:ascii="Arial" w:hAnsi="Arial"/>
          <w:sz w:val="36"/>
          <w:lang w:val="fr-FR"/>
        </w:rPr>
      </w:pPr>
      <w:r w:rsidRPr="004C06D0">
        <w:rPr>
          <w:rFonts w:ascii="Arial" w:hAnsi="Arial"/>
          <w:b/>
          <w:sz w:val="36"/>
          <w:lang w:val="fr-FR"/>
        </w:rPr>
        <w:t>L. Croizier, Présidente, et les élus du groupe :</w:t>
      </w:r>
      <w:r w:rsidRPr="004C06D0">
        <w:rPr>
          <w:rFonts w:ascii="Arial" w:hAnsi="Arial"/>
          <w:b/>
          <w:sz w:val="36"/>
          <w:lang w:val="fr-FR"/>
        </w:rPr>
        <w:br/>
      </w:r>
      <w:r w:rsidRPr="004C06D0">
        <w:rPr>
          <w:rFonts w:ascii="Arial" w:hAnsi="Arial"/>
          <w:sz w:val="36"/>
          <w:lang w:val="fr-FR"/>
        </w:rPr>
        <w:t xml:space="preserve">R. Billard, N. </w:t>
      </w:r>
      <w:proofErr w:type="spellStart"/>
      <w:r w:rsidRPr="004C06D0">
        <w:rPr>
          <w:rFonts w:ascii="Arial" w:hAnsi="Arial"/>
          <w:sz w:val="36"/>
          <w:lang w:val="fr-FR"/>
        </w:rPr>
        <w:t>Bouffet</w:t>
      </w:r>
      <w:proofErr w:type="spellEnd"/>
      <w:r w:rsidRPr="004C06D0">
        <w:rPr>
          <w:rFonts w:ascii="Arial" w:hAnsi="Arial"/>
          <w:sz w:val="36"/>
          <w:lang w:val="fr-FR"/>
        </w:rPr>
        <w:t xml:space="preserve">, H. </w:t>
      </w:r>
      <w:proofErr w:type="spellStart"/>
      <w:r w:rsidRPr="004C06D0">
        <w:rPr>
          <w:rFonts w:ascii="Arial" w:hAnsi="Arial"/>
          <w:sz w:val="36"/>
          <w:lang w:val="fr-FR"/>
        </w:rPr>
        <w:t>Dabbadie</w:t>
      </w:r>
      <w:proofErr w:type="spellEnd"/>
      <w:r w:rsidRPr="004C06D0">
        <w:rPr>
          <w:rFonts w:ascii="Arial" w:hAnsi="Arial"/>
          <w:sz w:val="36"/>
          <w:lang w:val="fr-FR"/>
        </w:rPr>
        <w:t>, E.</w:t>
      </w:r>
      <w:r w:rsidRPr="004C06D0">
        <w:rPr>
          <w:rFonts w:ascii="Arial" w:hAnsi="Arial"/>
          <w:sz w:val="36"/>
          <w:lang w:val="fr-FR"/>
        </w:rPr>
        <w:br/>
        <w:t>Desrieux, E. Hamelin, L. Khallouk, P. Oliver,</w:t>
      </w:r>
      <w:r w:rsidRPr="004C06D0">
        <w:rPr>
          <w:rFonts w:ascii="Arial" w:hAnsi="Arial"/>
          <w:sz w:val="36"/>
          <w:lang w:val="fr-FR"/>
        </w:rPr>
        <w:br/>
        <w:t>S. Peillon, T. Rudigoz, S. Soulier, B. Vélon.</w:t>
      </w:r>
      <w:r w:rsidRPr="004C06D0">
        <w:rPr>
          <w:rFonts w:ascii="Arial" w:hAnsi="Arial"/>
          <w:sz w:val="36"/>
          <w:lang w:val="fr-FR"/>
        </w:rPr>
        <w:br/>
        <w:t>lyonensemble@mairie-lyon.fr</w:t>
      </w:r>
    </w:p>
    <w:p w14:paraId="3DF960F9" w14:textId="77777777" w:rsidR="00C50C98" w:rsidRPr="004C06D0" w:rsidRDefault="00C50C98" w:rsidP="00C50C98">
      <w:pPr>
        <w:rPr>
          <w:rFonts w:ascii="Arial" w:hAnsi="Arial"/>
          <w:sz w:val="36"/>
          <w:lang w:val="fr-FR"/>
        </w:rPr>
      </w:pPr>
    </w:p>
    <w:p w14:paraId="2309F551" w14:textId="77777777" w:rsidR="00C50C98" w:rsidRPr="004C06D0" w:rsidRDefault="00C50C98" w:rsidP="00C50C98">
      <w:pPr>
        <w:rPr>
          <w:rFonts w:ascii="Arial" w:hAnsi="Arial"/>
          <w:sz w:val="36"/>
          <w:lang w:val="fr-FR"/>
        </w:rPr>
      </w:pPr>
    </w:p>
    <w:p w14:paraId="5014FB7E" w14:textId="6BEA0CCD" w:rsidR="00C50C98" w:rsidRPr="004C06D0" w:rsidRDefault="00886888" w:rsidP="00C50C98">
      <w:pPr>
        <w:pStyle w:val="Listepuces"/>
        <w:rPr>
          <w:rFonts w:ascii="Arial" w:hAnsi="Arial"/>
          <w:sz w:val="36"/>
          <w:lang w:val="fr-FR"/>
        </w:rPr>
      </w:pPr>
      <w:r w:rsidRPr="00886888">
        <w:rPr>
          <w:rFonts w:ascii="Arial" w:hAnsi="Arial"/>
          <w:b/>
          <w:bCs/>
          <w:sz w:val="40"/>
          <w:szCs w:val="24"/>
          <w:lang w:val="fr-FR"/>
        </w:rPr>
        <w:t>LYON HUMANISTE ET DEMOCRATE :</w:t>
      </w:r>
      <w:r w:rsidRPr="00886888">
        <w:rPr>
          <w:rFonts w:ascii="Arial" w:hAnsi="Arial"/>
          <w:b/>
          <w:bCs/>
          <w:sz w:val="40"/>
          <w:szCs w:val="24"/>
          <w:lang w:val="fr-FR"/>
        </w:rPr>
        <w:br/>
      </w:r>
      <w:r w:rsidR="00C50C98" w:rsidRPr="004C06D0">
        <w:rPr>
          <w:rFonts w:ascii="Arial" w:hAnsi="Arial"/>
          <w:sz w:val="36"/>
          <w:lang w:val="fr-FR"/>
        </w:rPr>
        <w:t>Écoles et périscolaire :</w:t>
      </w:r>
      <w:r w:rsidR="00C50C98" w:rsidRPr="004C06D0">
        <w:rPr>
          <w:rFonts w:ascii="Arial" w:hAnsi="Arial"/>
          <w:sz w:val="36"/>
          <w:lang w:val="fr-FR"/>
        </w:rPr>
        <w:br/>
        <w:t>rétablir la confiance !</w:t>
      </w:r>
    </w:p>
    <w:p w14:paraId="5000ED29" w14:textId="77777777" w:rsidR="00C50C98" w:rsidRPr="004C06D0" w:rsidRDefault="00C50C98" w:rsidP="00C50C98">
      <w:pPr>
        <w:rPr>
          <w:rFonts w:ascii="Arial" w:hAnsi="Arial"/>
          <w:sz w:val="36"/>
          <w:lang w:val="fr-FR"/>
        </w:rPr>
      </w:pPr>
      <w:r w:rsidRPr="004C06D0">
        <w:rPr>
          <w:rFonts w:ascii="Arial" w:hAnsi="Arial"/>
          <w:sz w:val="36"/>
          <w:lang w:val="fr-FR"/>
        </w:rPr>
        <w:t>Face aux inquiétudes des familles et au manque de dialogue, bâtir un partenariat de confiance s'impose : nous exigeons la création d'une Mission d'Information et d'Évaluation du périscolaire à Lyon.</w:t>
      </w:r>
    </w:p>
    <w:p w14:paraId="4E97164F" w14:textId="77777777" w:rsidR="00C50C98" w:rsidRPr="004C06D0" w:rsidRDefault="00C50C98" w:rsidP="00C50C98">
      <w:pPr>
        <w:rPr>
          <w:rFonts w:ascii="Arial" w:hAnsi="Arial"/>
          <w:sz w:val="36"/>
          <w:lang w:val="fr-FR"/>
        </w:rPr>
      </w:pPr>
      <w:r w:rsidRPr="004C06D0">
        <w:rPr>
          <w:rFonts w:ascii="Arial" w:hAnsi="Arial"/>
          <w:sz w:val="36"/>
          <w:lang w:val="fr-FR"/>
        </w:rPr>
        <w:lastRenderedPageBreak/>
        <w:t>Le Maire a retardé sa mise en place, contre l'intérêt de nos enfants, mais nous souhaitons qu'elle soit conduite dès cet automne pour faire toute la lumière sur les conditions d'encadrement et la rigueur des recrutements.</w:t>
      </w:r>
    </w:p>
    <w:p w14:paraId="153FBB6E" w14:textId="77777777" w:rsidR="00C50C98" w:rsidRPr="004C06D0" w:rsidRDefault="00C50C98" w:rsidP="00C50C98">
      <w:pPr>
        <w:rPr>
          <w:rFonts w:ascii="Arial" w:hAnsi="Arial"/>
          <w:sz w:val="36"/>
          <w:lang w:val="fr-FR"/>
        </w:rPr>
      </w:pPr>
      <w:r w:rsidRPr="004C06D0">
        <w:rPr>
          <w:rFonts w:ascii="Arial" w:hAnsi="Arial"/>
          <w:sz w:val="36"/>
          <w:lang w:val="fr-FR"/>
        </w:rPr>
        <w:t>Au-delà, le quotidien des écoles reste fragile : fonctionnement des cantines, grèves à répétition, attractivité des métiers, turn-over des encadrants, mixité et démographie scolaires, fermetures de classes, écoles inadaptées aux dérèglements climatiques... Autant d'enjeux qui pèsent sur le cadre d'apprentissage et nécessitent une vision globale pour remettre enfin l'éducation au centre.</w:t>
      </w:r>
    </w:p>
    <w:p w14:paraId="49061F8F" w14:textId="77777777" w:rsidR="00C50C98" w:rsidRPr="004C06D0" w:rsidRDefault="00C50C98" w:rsidP="00C50C98">
      <w:pPr>
        <w:rPr>
          <w:rFonts w:ascii="Arial" w:hAnsi="Arial"/>
          <w:sz w:val="36"/>
          <w:lang w:val="fr-FR"/>
        </w:rPr>
      </w:pPr>
      <w:r w:rsidRPr="004C06D0">
        <w:rPr>
          <w:rFonts w:ascii="Arial" w:hAnsi="Arial"/>
          <w:sz w:val="36"/>
          <w:lang w:val="fr-FR"/>
        </w:rPr>
        <w:t>La municipalité doit sortir du déni et agir avec ambition et transparence.</w:t>
      </w:r>
    </w:p>
    <w:p w14:paraId="0AF59E6C" w14:textId="77777777" w:rsidR="00C50C98" w:rsidRPr="004C06D0" w:rsidRDefault="00C50C98" w:rsidP="00C50C98">
      <w:pPr>
        <w:rPr>
          <w:rFonts w:ascii="Arial" w:hAnsi="Arial"/>
          <w:b/>
          <w:sz w:val="36"/>
          <w:lang w:val="fr-FR"/>
        </w:rPr>
      </w:pPr>
    </w:p>
    <w:p w14:paraId="0BCB572D" w14:textId="77777777" w:rsidR="00C50C98" w:rsidRPr="004C06D0" w:rsidRDefault="00C50C98" w:rsidP="00C50C98">
      <w:pPr>
        <w:rPr>
          <w:rFonts w:ascii="Arial" w:hAnsi="Arial"/>
          <w:sz w:val="36"/>
          <w:lang w:val="it-IT"/>
        </w:rPr>
      </w:pPr>
      <w:r w:rsidRPr="004C06D0">
        <w:rPr>
          <w:rFonts w:ascii="Arial" w:hAnsi="Arial"/>
          <w:b/>
          <w:sz w:val="36"/>
          <w:lang w:val="fr-FR"/>
        </w:rPr>
        <w:t xml:space="preserve">Les élus du groupe Lyon, Humaniste </w:t>
      </w:r>
      <w:r w:rsidRPr="004C06D0">
        <w:rPr>
          <w:rFonts w:ascii="Arial" w:hAnsi="Arial"/>
          <w:sz w:val="36"/>
          <w:lang w:val="fr-FR"/>
        </w:rPr>
        <w:t>et Démocrate</w:t>
      </w:r>
      <w:r w:rsidRPr="004C06D0">
        <w:rPr>
          <w:rFonts w:ascii="Arial" w:hAnsi="Arial"/>
          <w:sz w:val="36"/>
          <w:lang w:val="fr-FR"/>
        </w:rPr>
        <w:br/>
        <w:t xml:space="preserve">C. Hoffmann, E. Hoffmann, F-X. </w:t>
      </w:r>
      <w:proofErr w:type="spellStart"/>
      <w:r w:rsidRPr="004C06D0">
        <w:rPr>
          <w:rFonts w:ascii="Arial" w:hAnsi="Arial"/>
          <w:sz w:val="36"/>
          <w:lang w:val="it-IT"/>
        </w:rPr>
        <w:t>Penicaud</w:t>
      </w:r>
      <w:proofErr w:type="spellEnd"/>
      <w:r w:rsidRPr="004C06D0">
        <w:rPr>
          <w:rFonts w:ascii="Arial" w:hAnsi="Arial"/>
          <w:sz w:val="36"/>
          <w:lang w:val="it-IT"/>
        </w:rPr>
        <w:t>,</w:t>
      </w:r>
      <w:r w:rsidRPr="004C06D0">
        <w:rPr>
          <w:rFonts w:ascii="Arial" w:hAnsi="Arial"/>
          <w:sz w:val="36"/>
          <w:lang w:val="it-IT"/>
        </w:rPr>
        <w:br/>
        <w:t>L. Terrenes</w:t>
      </w:r>
      <w:r w:rsidRPr="004C06D0">
        <w:rPr>
          <w:rFonts w:ascii="Arial" w:hAnsi="Arial"/>
          <w:sz w:val="36"/>
          <w:lang w:val="it-IT"/>
        </w:rPr>
        <w:br/>
        <w:t>lyhd@mairie-lyon.fr</w:t>
      </w:r>
    </w:p>
    <w:p w14:paraId="12DC06D5" w14:textId="77777777" w:rsidR="00C50C98" w:rsidRPr="004C06D0" w:rsidRDefault="00C50C98" w:rsidP="00C50C98">
      <w:pPr>
        <w:rPr>
          <w:rFonts w:ascii="Arial" w:hAnsi="Arial"/>
          <w:sz w:val="36"/>
          <w:lang w:val="it-IT"/>
        </w:rPr>
      </w:pPr>
    </w:p>
    <w:p w14:paraId="1DFED6AC" w14:textId="77777777" w:rsidR="00C50C98" w:rsidRPr="004C06D0" w:rsidRDefault="00C50C98" w:rsidP="00C50C98">
      <w:pPr>
        <w:rPr>
          <w:rFonts w:ascii="Arial" w:hAnsi="Arial"/>
          <w:sz w:val="36"/>
          <w:lang w:val="it-IT"/>
        </w:rPr>
      </w:pPr>
    </w:p>
    <w:p w14:paraId="547E4E4A" w14:textId="6751347F" w:rsidR="00C50C98" w:rsidRPr="00886888" w:rsidRDefault="00886888" w:rsidP="00C50C98">
      <w:pPr>
        <w:pStyle w:val="Listepuces"/>
        <w:rPr>
          <w:rFonts w:ascii="Arial" w:hAnsi="Arial"/>
          <w:b/>
          <w:bCs/>
          <w:sz w:val="40"/>
          <w:szCs w:val="24"/>
          <w:lang w:val="it-IT"/>
        </w:rPr>
      </w:pPr>
      <w:r w:rsidRPr="00886888">
        <w:rPr>
          <w:rFonts w:ascii="Arial" w:hAnsi="Arial"/>
          <w:b/>
          <w:bCs/>
          <w:sz w:val="40"/>
          <w:szCs w:val="24"/>
          <w:lang w:val="it-IT"/>
        </w:rPr>
        <w:t>NON-INSCRIT :</w:t>
      </w:r>
    </w:p>
    <w:p w14:paraId="0C8E4381" w14:textId="77777777" w:rsidR="00C50C98" w:rsidRPr="004C06D0" w:rsidRDefault="00C50C98" w:rsidP="00C50C98">
      <w:pPr>
        <w:rPr>
          <w:rFonts w:ascii="Arial" w:hAnsi="Arial"/>
          <w:sz w:val="36"/>
          <w:lang w:val="it-IT"/>
        </w:rPr>
      </w:pPr>
      <w:r w:rsidRPr="004C06D0">
        <w:rPr>
          <w:rFonts w:ascii="Arial" w:hAnsi="Arial"/>
          <w:sz w:val="36"/>
          <w:lang w:val="it-IT"/>
        </w:rPr>
        <w:t>-ALA IN GIORDANO:</w:t>
      </w:r>
      <w:r w:rsidRPr="004C06D0">
        <w:rPr>
          <w:rFonts w:ascii="Arial" w:hAnsi="Arial"/>
          <w:sz w:val="36"/>
          <w:lang w:val="it-IT"/>
        </w:rPr>
        <w:br/>
        <w:t>Texte non parvenu</w:t>
      </w:r>
    </w:p>
    <w:p w14:paraId="48C05E71" w14:textId="77777777" w:rsidR="00C50C98" w:rsidRPr="004C06D0" w:rsidRDefault="00C50C98" w:rsidP="00C50C98">
      <w:pPr>
        <w:rPr>
          <w:rFonts w:ascii="Arial" w:hAnsi="Arial"/>
          <w:sz w:val="36"/>
          <w:lang w:val="it-IT"/>
        </w:rPr>
      </w:pPr>
    </w:p>
    <w:p w14:paraId="6FB5C1AD" w14:textId="77777777" w:rsidR="00C50C98" w:rsidRPr="00380E77" w:rsidRDefault="00C50C98" w:rsidP="00C50C98">
      <w:pPr>
        <w:rPr>
          <w:rFonts w:ascii="Arial" w:hAnsi="Arial"/>
          <w:sz w:val="36"/>
          <w:lang w:val="it-IT"/>
        </w:rPr>
      </w:pPr>
      <w:r w:rsidRPr="00380E77">
        <w:rPr>
          <w:rFonts w:ascii="Arial" w:hAnsi="Arial"/>
          <w:sz w:val="36"/>
          <w:lang w:val="it-IT"/>
        </w:rPr>
        <w:lastRenderedPageBreak/>
        <w:br w:type="page"/>
      </w:r>
    </w:p>
    <w:p w14:paraId="6ACEA8C7" w14:textId="77777777" w:rsidR="00106398" w:rsidRDefault="00106398" w:rsidP="00135291">
      <w:pPr>
        <w:jc w:val="center"/>
        <w:rPr>
          <w:rFonts w:ascii="Arial" w:hAnsi="Arial"/>
          <w:b/>
          <w:bCs/>
          <w:smallCaps/>
          <w:sz w:val="44"/>
          <w:szCs w:val="28"/>
          <w:lang w:val="fr-FR"/>
        </w:rPr>
        <w:sectPr w:rsidR="00106398" w:rsidSect="00E0074C">
          <w:headerReference w:type="even" r:id="rId64"/>
          <w:headerReference w:type="default" r:id="rId65"/>
          <w:footerReference w:type="even" r:id="rId66"/>
          <w:footerReference w:type="default" r:id="rId67"/>
          <w:headerReference w:type="first" r:id="rId68"/>
          <w:footerReference w:type="first" r:id="rId69"/>
          <w:pgSz w:w="12240" w:h="15840" w:code="1"/>
          <w:pgMar w:top="1021" w:right="1021" w:bottom="1021" w:left="1021" w:header="720" w:footer="720" w:gutter="0"/>
          <w:cols w:space="720"/>
          <w:titlePg/>
          <w:docGrid w:linePitch="360"/>
        </w:sectPr>
      </w:pPr>
    </w:p>
    <w:p w14:paraId="2AD40A80" w14:textId="2CB4CA9F" w:rsidR="00C50C98" w:rsidRPr="00135291" w:rsidRDefault="00135291" w:rsidP="00135291">
      <w:pPr>
        <w:jc w:val="center"/>
        <w:rPr>
          <w:rFonts w:ascii="Arial" w:hAnsi="Arial"/>
          <w:b/>
          <w:bCs/>
          <w:smallCaps/>
          <w:sz w:val="44"/>
          <w:szCs w:val="28"/>
          <w:lang w:val="fr-FR"/>
        </w:rPr>
      </w:pPr>
      <w:r w:rsidRPr="00135291">
        <w:rPr>
          <w:rFonts w:ascii="Arial" w:hAnsi="Arial"/>
          <w:b/>
          <w:bCs/>
          <w:smallCaps/>
          <w:sz w:val="44"/>
          <w:szCs w:val="28"/>
          <w:lang w:val="fr-FR"/>
        </w:rPr>
        <w:lastRenderedPageBreak/>
        <w:t>VILLE DE LYON</w:t>
      </w:r>
    </w:p>
    <w:p w14:paraId="23A3A5B2" w14:textId="77777777" w:rsidR="00C50C98" w:rsidRPr="004C06D0" w:rsidRDefault="00C50C98" w:rsidP="00C50C98">
      <w:pPr>
        <w:rPr>
          <w:rFonts w:ascii="Arial" w:hAnsi="Arial"/>
          <w:sz w:val="36"/>
          <w:lang w:val="fr-FR"/>
        </w:rPr>
      </w:pPr>
    </w:p>
    <w:p w14:paraId="5DD091A6" w14:textId="77777777" w:rsidR="00135291" w:rsidRPr="009C5C45" w:rsidRDefault="00000000" w:rsidP="00135291">
      <w:pPr>
        <w:spacing w:after="0" w:line="240" w:lineRule="auto"/>
        <w:rPr>
          <w:rFonts w:ascii="Arial" w:hAnsi="Arial"/>
          <w:b/>
          <w:sz w:val="40"/>
          <w:szCs w:val="32"/>
        </w:rPr>
      </w:pPr>
      <w:r>
        <w:rPr>
          <w:rFonts w:ascii="Arial" w:hAnsi="Arial"/>
          <w:sz w:val="36"/>
          <w:szCs w:val="32"/>
        </w:rPr>
        <w:pict w14:anchorId="224C2267">
          <v:rect id="_x0000_i1028" style="width:453.6pt;height:5pt" o:hralign="center" o:hrstd="t" o:hr="t" fillcolor="gray" stroked="f"/>
        </w:pict>
      </w:r>
    </w:p>
    <w:p w14:paraId="3AF2E0F6" w14:textId="77777777" w:rsidR="00C50C98" w:rsidRDefault="00C50C98" w:rsidP="00C50C98">
      <w:pPr>
        <w:rPr>
          <w:rFonts w:ascii="Arial" w:hAnsi="Arial"/>
          <w:sz w:val="36"/>
          <w:lang w:val="fr-FR"/>
        </w:rPr>
      </w:pPr>
    </w:p>
    <w:p w14:paraId="64C74163" w14:textId="77777777" w:rsidR="00135291" w:rsidRPr="00135291" w:rsidRDefault="00135291" w:rsidP="00135291">
      <w:pPr>
        <w:jc w:val="center"/>
        <w:rPr>
          <w:rFonts w:ascii="Arial" w:hAnsi="Arial"/>
          <w:b/>
          <w:bCs/>
          <w:sz w:val="44"/>
          <w:szCs w:val="28"/>
          <w:lang w:val="fr-FR"/>
        </w:rPr>
      </w:pPr>
    </w:p>
    <w:p w14:paraId="12AD1ABB" w14:textId="77777777" w:rsidR="00C50C98" w:rsidRPr="00135291" w:rsidRDefault="00C50C98" w:rsidP="00135291">
      <w:pPr>
        <w:jc w:val="center"/>
        <w:rPr>
          <w:rFonts w:ascii="Arial" w:hAnsi="Arial"/>
          <w:b/>
          <w:bCs/>
          <w:sz w:val="44"/>
          <w:szCs w:val="28"/>
          <w:lang w:val="fr-FR"/>
        </w:rPr>
      </w:pPr>
      <w:r w:rsidRPr="00135291">
        <w:rPr>
          <w:rFonts w:ascii="Arial" w:hAnsi="Arial"/>
          <w:b/>
          <w:bCs/>
          <w:sz w:val="44"/>
          <w:szCs w:val="28"/>
          <w:lang w:val="fr-FR"/>
        </w:rPr>
        <w:t>ATTENTION FRAGILE</w:t>
      </w:r>
    </w:p>
    <w:p w14:paraId="6BBD28BE" w14:textId="77777777" w:rsidR="00135291" w:rsidRPr="00135291" w:rsidRDefault="00135291" w:rsidP="00135291">
      <w:pPr>
        <w:jc w:val="center"/>
        <w:rPr>
          <w:rFonts w:ascii="Arial" w:hAnsi="Arial"/>
          <w:b/>
          <w:bCs/>
          <w:sz w:val="44"/>
          <w:szCs w:val="28"/>
          <w:lang w:val="fr-FR"/>
        </w:rPr>
      </w:pPr>
    </w:p>
    <w:p w14:paraId="15E737DA" w14:textId="386DEA2A" w:rsidR="00C50C98" w:rsidRPr="00135291" w:rsidRDefault="00C50C98" w:rsidP="00135291">
      <w:pPr>
        <w:jc w:val="center"/>
        <w:rPr>
          <w:rFonts w:ascii="Arial" w:hAnsi="Arial"/>
          <w:b/>
          <w:bCs/>
          <w:sz w:val="44"/>
          <w:szCs w:val="28"/>
          <w:lang w:val="fr-FR"/>
        </w:rPr>
      </w:pPr>
      <w:r w:rsidRPr="00135291">
        <w:rPr>
          <w:rFonts w:ascii="Arial" w:hAnsi="Arial"/>
          <w:b/>
          <w:bCs/>
          <w:sz w:val="44"/>
          <w:szCs w:val="28"/>
          <w:lang w:val="fr-FR"/>
        </w:rPr>
        <w:t>Tous piétons, tous fragiles.</w:t>
      </w:r>
      <w:r w:rsidRPr="00135291">
        <w:rPr>
          <w:rFonts w:ascii="Arial" w:hAnsi="Arial"/>
          <w:b/>
          <w:bCs/>
          <w:sz w:val="44"/>
          <w:szCs w:val="28"/>
          <w:lang w:val="fr-FR"/>
        </w:rPr>
        <w:br/>
      </w:r>
    </w:p>
    <w:p w14:paraId="62565759" w14:textId="77777777" w:rsidR="00C50C98" w:rsidRPr="00135291" w:rsidRDefault="00C50C98" w:rsidP="00135291">
      <w:pPr>
        <w:jc w:val="center"/>
        <w:rPr>
          <w:rFonts w:ascii="Arial" w:hAnsi="Arial"/>
          <w:b/>
          <w:bCs/>
          <w:sz w:val="44"/>
          <w:szCs w:val="28"/>
          <w:lang w:val="fr-FR"/>
        </w:rPr>
      </w:pPr>
      <w:r w:rsidRPr="00135291">
        <w:rPr>
          <w:rFonts w:ascii="Arial" w:hAnsi="Arial"/>
          <w:b/>
          <w:bCs/>
          <w:sz w:val="44"/>
          <w:szCs w:val="28"/>
          <w:lang w:val="fr-FR"/>
        </w:rPr>
        <w:t>Soyons vigilants !</w:t>
      </w:r>
    </w:p>
    <w:p w14:paraId="2561D12B" w14:textId="77777777" w:rsidR="00C50C98" w:rsidRPr="00135291" w:rsidRDefault="00C50C98" w:rsidP="00135291">
      <w:pPr>
        <w:jc w:val="center"/>
        <w:rPr>
          <w:rFonts w:ascii="Arial" w:hAnsi="Arial"/>
          <w:b/>
          <w:bCs/>
          <w:sz w:val="44"/>
          <w:szCs w:val="28"/>
          <w:lang w:val="fr-FR"/>
        </w:rPr>
      </w:pPr>
      <w:r w:rsidRPr="00135291">
        <w:rPr>
          <w:rFonts w:ascii="Arial" w:hAnsi="Arial"/>
          <w:b/>
          <w:bCs/>
          <w:sz w:val="44"/>
          <w:szCs w:val="28"/>
          <w:lang w:val="fr-FR"/>
        </w:rPr>
        <w:t>Lyon protège</w:t>
      </w:r>
    </w:p>
    <w:p w14:paraId="34A21E50" w14:textId="77777777" w:rsidR="00C50C98" w:rsidRPr="004C06D0" w:rsidRDefault="00C50C98" w:rsidP="00C50C98">
      <w:pPr>
        <w:rPr>
          <w:rFonts w:ascii="Arial" w:hAnsi="Arial"/>
          <w:sz w:val="36"/>
          <w:lang w:val="fr-FR"/>
        </w:rPr>
      </w:pPr>
    </w:p>
    <w:p w14:paraId="4CF371DE" w14:textId="77777777" w:rsidR="00135291" w:rsidRPr="009C5C45" w:rsidRDefault="00000000" w:rsidP="00135291">
      <w:pPr>
        <w:spacing w:after="0" w:line="240" w:lineRule="auto"/>
        <w:rPr>
          <w:rFonts w:ascii="Arial" w:hAnsi="Arial"/>
          <w:b/>
          <w:sz w:val="40"/>
          <w:szCs w:val="32"/>
        </w:rPr>
      </w:pPr>
      <w:r>
        <w:rPr>
          <w:rFonts w:ascii="Arial" w:hAnsi="Arial"/>
          <w:sz w:val="36"/>
          <w:szCs w:val="32"/>
        </w:rPr>
        <w:pict w14:anchorId="4B245C3D">
          <v:rect id="_x0000_i1029" style="width:453.6pt;height:5pt" o:hralign="center" o:hrstd="t" o:hr="t" fillcolor="gray" stroked="f"/>
        </w:pict>
      </w:r>
    </w:p>
    <w:p w14:paraId="2F8E75DD" w14:textId="77777777" w:rsidR="00C50C98" w:rsidRPr="004C06D0" w:rsidRDefault="00C50C98" w:rsidP="00C50C98">
      <w:pPr>
        <w:rPr>
          <w:rFonts w:ascii="Arial" w:hAnsi="Arial"/>
          <w:sz w:val="36"/>
          <w:lang w:val="fr-FR"/>
        </w:rPr>
      </w:pPr>
    </w:p>
    <w:p w14:paraId="62F3F7C2" w14:textId="77777777" w:rsidR="00C84256" w:rsidRPr="004C06D0" w:rsidRDefault="00C84256" w:rsidP="002E38D3">
      <w:pPr>
        <w:jc w:val="center"/>
        <w:rPr>
          <w:rFonts w:ascii="Arial" w:hAnsi="Arial"/>
          <w:sz w:val="36"/>
          <w:lang w:val="fr-FR"/>
        </w:rPr>
      </w:pPr>
    </w:p>
    <w:sectPr w:rsidR="00C84256" w:rsidRPr="004C06D0" w:rsidSect="00106398">
      <w:pgSz w:w="12240" w:h="15840" w:code="1"/>
      <w:pgMar w:top="1021" w:right="1021" w:bottom="1021" w:left="1021" w:header="720" w:footer="720" w:gutter="0"/>
      <w:cols w:space="720"/>
      <w:vAlign w:val="center"/>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2E328" w14:textId="77777777" w:rsidR="001741BA" w:rsidRDefault="001741BA" w:rsidP="00981BAA">
      <w:pPr>
        <w:spacing w:after="0" w:line="240" w:lineRule="auto"/>
      </w:pPr>
      <w:r>
        <w:separator/>
      </w:r>
    </w:p>
  </w:endnote>
  <w:endnote w:type="continuationSeparator" w:id="0">
    <w:p w14:paraId="2293A787" w14:textId="77777777" w:rsidR="001741BA" w:rsidRDefault="001741BA" w:rsidP="00981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2392" w14:textId="77777777" w:rsidR="00981BAA" w:rsidRDefault="00981BA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5159785"/>
      <w:docPartObj>
        <w:docPartGallery w:val="Page Numbers (Bottom of Page)"/>
        <w:docPartUnique/>
      </w:docPartObj>
    </w:sdtPr>
    <w:sdtContent>
      <w:p w14:paraId="67F5F99F" w14:textId="351A9598" w:rsidR="00981BAA" w:rsidRDefault="00981BAA">
        <w:pPr>
          <w:pStyle w:val="Pieddepage"/>
          <w:jc w:val="right"/>
        </w:pPr>
        <w:r>
          <w:fldChar w:fldCharType="begin"/>
        </w:r>
        <w:r>
          <w:instrText>PAGE   \* MERGEFORMAT</w:instrText>
        </w:r>
        <w:r>
          <w:fldChar w:fldCharType="separate"/>
        </w:r>
        <w:r>
          <w:rPr>
            <w:lang w:val="fr-FR"/>
          </w:rPr>
          <w:t>2</w:t>
        </w:r>
        <w:r>
          <w:fldChar w:fldCharType="end"/>
        </w:r>
      </w:p>
    </w:sdtContent>
  </w:sdt>
  <w:p w14:paraId="34403F47" w14:textId="77777777" w:rsidR="00981BAA" w:rsidRDefault="00981BA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907DF" w14:textId="77777777" w:rsidR="00981BAA" w:rsidRDefault="00981BA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2879E" w14:textId="77777777" w:rsidR="001741BA" w:rsidRDefault="001741BA" w:rsidP="00981BAA">
      <w:pPr>
        <w:spacing w:after="0" w:line="240" w:lineRule="auto"/>
      </w:pPr>
      <w:r>
        <w:separator/>
      </w:r>
    </w:p>
  </w:footnote>
  <w:footnote w:type="continuationSeparator" w:id="0">
    <w:p w14:paraId="3D8BD012" w14:textId="77777777" w:rsidR="001741BA" w:rsidRDefault="001741BA" w:rsidP="00981B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663A2" w14:textId="77777777" w:rsidR="00981BAA" w:rsidRDefault="00981BA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93FDA" w14:textId="77777777" w:rsidR="00981BAA" w:rsidRDefault="00981BA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E3CEB" w14:textId="77777777" w:rsidR="00981BAA" w:rsidRDefault="00981BA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267885428">
    <w:abstractNumId w:val="8"/>
  </w:num>
  <w:num w:numId="2" w16cid:durableId="1223323958">
    <w:abstractNumId w:val="6"/>
  </w:num>
  <w:num w:numId="3" w16cid:durableId="767624963">
    <w:abstractNumId w:val="5"/>
  </w:num>
  <w:num w:numId="4" w16cid:durableId="1290550297">
    <w:abstractNumId w:val="4"/>
  </w:num>
  <w:num w:numId="5" w16cid:durableId="170417127">
    <w:abstractNumId w:val="7"/>
  </w:num>
  <w:num w:numId="6" w16cid:durableId="244846278">
    <w:abstractNumId w:val="3"/>
  </w:num>
  <w:num w:numId="7" w16cid:durableId="412823406">
    <w:abstractNumId w:val="2"/>
  </w:num>
  <w:num w:numId="8" w16cid:durableId="965089870">
    <w:abstractNumId w:val="1"/>
  </w:num>
  <w:num w:numId="9" w16cid:durableId="898903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4D80"/>
    <w:rsid w:val="00031FF3"/>
    <w:rsid w:val="0003377F"/>
    <w:rsid w:val="00034616"/>
    <w:rsid w:val="00042497"/>
    <w:rsid w:val="0006063C"/>
    <w:rsid w:val="00062771"/>
    <w:rsid w:val="000A0AF9"/>
    <w:rsid w:val="000A5D0D"/>
    <w:rsid w:val="000C0AD4"/>
    <w:rsid w:val="000C0D6F"/>
    <w:rsid w:val="000C7B74"/>
    <w:rsid w:val="000D2008"/>
    <w:rsid w:val="000E72E4"/>
    <w:rsid w:val="0010408B"/>
    <w:rsid w:val="00106398"/>
    <w:rsid w:val="0011067E"/>
    <w:rsid w:val="00120680"/>
    <w:rsid w:val="0012506B"/>
    <w:rsid w:val="00135291"/>
    <w:rsid w:val="00142B5A"/>
    <w:rsid w:val="001437B9"/>
    <w:rsid w:val="0015074B"/>
    <w:rsid w:val="00172107"/>
    <w:rsid w:val="00173A37"/>
    <w:rsid w:val="001741BA"/>
    <w:rsid w:val="00181D57"/>
    <w:rsid w:val="001F0A3E"/>
    <w:rsid w:val="001F19BF"/>
    <w:rsid w:val="00216AB9"/>
    <w:rsid w:val="00240458"/>
    <w:rsid w:val="00242253"/>
    <w:rsid w:val="002652E6"/>
    <w:rsid w:val="00286201"/>
    <w:rsid w:val="00286BB7"/>
    <w:rsid w:val="00287B1D"/>
    <w:rsid w:val="0029639D"/>
    <w:rsid w:val="002D4861"/>
    <w:rsid w:val="002E38D3"/>
    <w:rsid w:val="002F5C90"/>
    <w:rsid w:val="002F5F4F"/>
    <w:rsid w:val="00326F90"/>
    <w:rsid w:val="00335F69"/>
    <w:rsid w:val="00351180"/>
    <w:rsid w:val="00355FCC"/>
    <w:rsid w:val="0036265D"/>
    <w:rsid w:val="00380E77"/>
    <w:rsid w:val="003905A1"/>
    <w:rsid w:val="003964A9"/>
    <w:rsid w:val="003A481A"/>
    <w:rsid w:val="003A5C4A"/>
    <w:rsid w:val="003B7ABE"/>
    <w:rsid w:val="003F2D55"/>
    <w:rsid w:val="004137EF"/>
    <w:rsid w:val="0042209D"/>
    <w:rsid w:val="00436F77"/>
    <w:rsid w:val="00463587"/>
    <w:rsid w:val="00464BBA"/>
    <w:rsid w:val="0048339B"/>
    <w:rsid w:val="004837A4"/>
    <w:rsid w:val="00492BC6"/>
    <w:rsid w:val="00494DFF"/>
    <w:rsid w:val="00497052"/>
    <w:rsid w:val="004C06D0"/>
    <w:rsid w:val="004C5B7C"/>
    <w:rsid w:val="004C77BF"/>
    <w:rsid w:val="00510550"/>
    <w:rsid w:val="00521844"/>
    <w:rsid w:val="00524B75"/>
    <w:rsid w:val="005333DF"/>
    <w:rsid w:val="00536B9D"/>
    <w:rsid w:val="00545080"/>
    <w:rsid w:val="00552FE7"/>
    <w:rsid w:val="00564A51"/>
    <w:rsid w:val="00575184"/>
    <w:rsid w:val="0058161A"/>
    <w:rsid w:val="00595FBA"/>
    <w:rsid w:val="00597970"/>
    <w:rsid w:val="005A451A"/>
    <w:rsid w:val="005B22BF"/>
    <w:rsid w:val="005C6667"/>
    <w:rsid w:val="005D0813"/>
    <w:rsid w:val="005E4D6A"/>
    <w:rsid w:val="005F5DB8"/>
    <w:rsid w:val="006010F5"/>
    <w:rsid w:val="00617DB3"/>
    <w:rsid w:val="00647D7D"/>
    <w:rsid w:val="00676013"/>
    <w:rsid w:val="006835F4"/>
    <w:rsid w:val="00685E89"/>
    <w:rsid w:val="006B039A"/>
    <w:rsid w:val="007400F8"/>
    <w:rsid w:val="00771434"/>
    <w:rsid w:val="00775BD5"/>
    <w:rsid w:val="00795B38"/>
    <w:rsid w:val="007C3412"/>
    <w:rsid w:val="007F06FC"/>
    <w:rsid w:val="00807F6C"/>
    <w:rsid w:val="00812515"/>
    <w:rsid w:val="00827A7C"/>
    <w:rsid w:val="008315E5"/>
    <w:rsid w:val="0084016A"/>
    <w:rsid w:val="00854090"/>
    <w:rsid w:val="00871533"/>
    <w:rsid w:val="00886888"/>
    <w:rsid w:val="008A13B3"/>
    <w:rsid w:val="008E62CE"/>
    <w:rsid w:val="00904490"/>
    <w:rsid w:val="00936C99"/>
    <w:rsid w:val="00943A48"/>
    <w:rsid w:val="00955AAD"/>
    <w:rsid w:val="009578F6"/>
    <w:rsid w:val="00981BAA"/>
    <w:rsid w:val="009864BD"/>
    <w:rsid w:val="009C08C1"/>
    <w:rsid w:val="009D51FA"/>
    <w:rsid w:val="009E2D52"/>
    <w:rsid w:val="009E3496"/>
    <w:rsid w:val="00A05E73"/>
    <w:rsid w:val="00A210C2"/>
    <w:rsid w:val="00A35495"/>
    <w:rsid w:val="00A520BA"/>
    <w:rsid w:val="00A546D8"/>
    <w:rsid w:val="00A6515E"/>
    <w:rsid w:val="00A724A6"/>
    <w:rsid w:val="00AA1D8D"/>
    <w:rsid w:val="00AA686E"/>
    <w:rsid w:val="00AD3A9E"/>
    <w:rsid w:val="00B0206A"/>
    <w:rsid w:val="00B10ED7"/>
    <w:rsid w:val="00B17DEB"/>
    <w:rsid w:val="00B23CB1"/>
    <w:rsid w:val="00B3421C"/>
    <w:rsid w:val="00B47730"/>
    <w:rsid w:val="00C02F62"/>
    <w:rsid w:val="00C129B9"/>
    <w:rsid w:val="00C218C0"/>
    <w:rsid w:val="00C37CCA"/>
    <w:rsid w:val="00C42467"/>
    <w:rsid w:val="00C50C98"/>
    <w:rsid w:val="00C62644"/>
    <w:rsid w:val="00C6347B"/>
    <w:rsid w:val="00C73678"/>
    <w:rsid w:val="00C834C0"/>
    <w:rsid w:val="00C84256"/>
    <w:rsid w:val="00C97D60"/>
    <w:rsid w:val="00CA05D0"/>
    <w:rsid w:val="00CA5498"/>
    <w:rsid w:val="00CB0664"/>
    <w:rsid w:val="00CB6177"/>
    <w:rsid w:val="00CC5B16"/>
    <w:rsid w:val="00D30A1D"/>
    <w:rsid w:val="00D343F7"/>
    <w:rsid w:val="00D67BD4"/>
    <w:rsid w:val="00D73DCA"/>
    <w:rsid w:val="00D8665F"/>
    <w:rsid w:val="00D9423F"/>
    <w:rsid w:val="00DC47A1"/>
    <w:rsid w:val="00DE095B"/>
    <w:rsid w:val="00E0074C"/>
    <w:rsid w:val="00E025B1"/>
    <w:rsid w:val="00E0572D"/>
    <w:rsid w:val="00E07B91"/>
    <w:rsid w:val="00E141F6"/>
    <w:rsid w:val="00E16312"/>
    <w:rsid w:val="00E164D3"/>
    <w:rsid w:val="00E30A23"/>
    <w:rsid w:val="00E57313"/>
    <w:rsid w:val="00E612A3"/>
    <w:rsid w:val="00E759DD"/>
    <w:rsid w:val="00E913F2"/>
    <w:rsid w:val="00EA0F5E"/>
    <w:rsid w:val="00EB231E"/>
    <w:rsid w:val="00EB64B2"/>
    <w:rsid w:val="00F02DDD"/>
    <w:rsid w:val="00F0676B"/>
    <w:rsid w:val="00F07D73"/>
    <w:rsid w:val="00F151FF"/>
    <w:rsid w:val="00F2371A"/>
    <w:rsid w:val="00F40B69"/>
    <w:rsid w:val="00F552D4"/>
    <w:rsid w:val="00F71100"/>
    <w:rsid w:val="00F77946"/>
    <w:rsid w:val="00F80D1A"/>
    <w:rsid w:val="00F83DF1"/>
    <w:rsid w:val="00FC693F"/>
    <w:rsid w:val="00FD1B79"/>
    <w:rsid w:val="00FE57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867FEB"/>
  <w14:defaultImageDpi w14:val="300"/>
  <w15:docId w15:val="{6A3551C4-F563-4A0D-BEFA-F3A7B1C84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M1">
    <w:name w:val="toc 1"/>
    <w:basedOn w:val="Normal"/>
    <w:next w:val="Normal"/>
    <w:autoRedefine/>
    <w:uiPriority w:val="39"/>
    <w:unhideWhenUsed/>
    <w:rsid w:val="00E0074C"/>
    <w:pPr>
      <w:spacing w:after="100"/>
    </w:pPr>
  </w:style>
  <w:style w:type="character" w:styleId="Lienhypertexte">
    <w:name w:val="Hyperlink"/>
    <w:basedOn w:val="Policepardfaut"/>
    <w:uiPriority w:val="99"/>
    <w:unhideWhenUsed/>
    <w:rsid w:val="00E007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llustration-festival.com" TargetMode="External"/><Relationship Id="rId21" Type="http://schemas.openxmlformats.org/officeDocument/2006/relationships/hyperlink" Target="https://lutbynight.com" TargetMode="External"/><Relationship Id="rId42" Type="http://schemas.openxmlformats.org/officeDocument/2006/relationships/hyperlink" Target="https://facebook.com/Mairie1Lyon" TargetMode="External"/><Relationship Id="rId47" Type="http://schemas.openxmlformats.org/officeDocument/2006/relationships/hyperlink" Target="mailto:mairie2@mairie-lyon.fr" TargetMode="External"/><Relationship Id="rId63" Type="http://schemas.openxmlformats.org/officeDocument/2006/relationships/hyperlink" Target="https://mairie5.lyon.fr" TargetMode="External"/><Relationship Id="rId68"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yonkayak.com" TargetMode="External"/><Relationship Id="rId29" Type="http://schemas.openxmlformats.org/officeDocument/2006/relationships/hyperlink" Target="https://liens.kuupanda.com/lamicrofermedesetatsunis" TargetMode="External"/><Relationship Id="rId11" Type="http://schemas.openxmlformats.org/officeDocument/2006/relationships/hyperlink" Target="http://boutique.lyon.fr" TargetMode="External"/><Relationship Id="rId24" Type="http://schemas.openxmlformats.org/officeDocument/2006/relationships/hyperlink" Target="https://lyon.fr/newsletters-ville-de-lyon" TargetMode="External"/><Relationship Id="rId32" Type="http://schemas.openxmlformats.org/officeDocument/2006/relationships/hyperlink" Target="https://mairie4.lyon.fr/solidarite/seniors/conseil-des-seniors" TargetMode="External"/><Relationship Id="rId37" Type="http://schemas.openxmlformats.org/officeDocument/2006/relationships/hyperlink" Target="https://lyon.fr" TargetMode="External"/><Relationship Id="rId40" Type="http://schemas.openxmlformats.org/officeDocument/2006/relationships/hyperlink" Target="mailto:mairie1.lyon.fr" TargetMode="External"/><Relationship Id="rId45" Type="http://schemas.openxmlformats.org/officeDocument/2006/relationships/hyperlink" Target="https://mairie1.lyon.fr" TargetMode="External"/><Relationship Id="rId53" Type="http://schemas.openxmlformats.org/officeDocument/2006/relationships/hyperlink" Target="mailto:mairie3@mairie-lyon.fr" TargetMode="External"/><Relationship Id="rId58" Type="http://schemas.openxmlformats.org/officeDocument/2006/relationships/hyperlink" Target="mailto:mairie4@mairie-lyon.fr" TargetMode="External"/><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mairie5.lyon.fr" TargetMode="External"/><Relationship Id="rId19" Type="http://schemas.openxmlformats.org/officeDocument/2006/relationships/hyperlink" Target="https://fetedelascience-aura.com/" TargetMode="External"/><Relationship Id="rId14" Type="http://schemas.openxmlformats.org/officeDocument/2006/relationships/hyperlink" Target="http://lyon.fr" TargetMode="External"/><Relationship Id="rId22" Type="http://schemas.openxmlformats.org/officeDocument/2006/relationships/hyperlink" Target="https://opera-lyon.com" TargetMode="External"/><Relationship Id="rId27" Type="http://schemas.openxmlformats.org/officeDocument/2006/relationships/hyperlink" Target="https://lyonen1700.fr/" TargetMode="External"/><Relationship Id="rId30" Type="http://schemas.openxmlformats.org/officeDocument/2006/relationships/hyperlink" Target="https://bm-lyon.fr" TargetMode="External"/><Relationship Id="rId35" Type="http://schemas.openxmlformats.org/officeDocument/2006/relationships/hyperlink" Target="https://divercity.app" TargetMode="External"/><Relationship Id="rId43" Type="http://schemas.openxmlformats.org/officeDocument/2006/relationships/hyperlink" Target="https://instagram.com/Mairie1Lyon" TargetMode="External"/><Relationship Id="rId48" Type="http://schemas.openxmlformats.org/officeDocument/2006/relationships/hyperlink" Target="https://mairie2.lyon.fr" TargetMode="External"/><Relationship Id="rId56" Type="http://schemas.openxmlformats.org/officeDocument/2006/relationships/hyperlink" Target="https://mairie3.lyon.fr" TargetMode="External"/><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hyperlink" Target="https://mairie2.lyon.fr" TargetMode="External"/><Relationship Id="rId3" Type="http://schemas.openxmlformats.org/officeDocument/2006/relationships/styles" Target="styles.xml"/><Relationship Id="rId12" Type="http://schemas.openxmlformats.org/officeDocument/2006/relationships/hyperlink" Target="http://lyon.fr" TargetMode="External"/><Relationship Id="rId17" Type="http://schemas.openxmlformats.org/officeDocument/2006/relationships/hyperlink" Target="https://luminiscence.com" TargetMode="External"/><Relationship Id="rId25" Type="http://schemas.openxmlformats.org/officeDocument/2006/relationships/hyperlink" Target="https://karavel.karavelkalypso.com" TargetMode="External"/><Relationship Id="rId33" Type="http://schemas.openxmlformats.org/officeDocument/2006/relationships/hyperlink" Target="https://mairie4.lyon.fr/solidarite/seniors/conseil-des-seniors" TargetMode="External"/><Relationship Id="rId38" Type="http://schemas.openxmlformats.org/officeDocument/2006/relationships/hyperlink" Target="https://bm-lyon.fr" TargetMode="External"/><Relationship Id="rId46" Type="http://schemas.openxmlformats.org/officeDocument/2006/relationships/hyperlink" Target="mailto:mairie2@mairie-lyon.fr" TargetMode="External"/><Relationship Id="rId59" Type="http://schemas.openxmlformats.org/officeDocument/2006/relationships/hyperlink" Target="mailto:mairie4@mairie-lyon.fr" TargetMode="External"/><Relationship Id="rId67" Type="http://schemas.openxmlformats.org/officeDocument/2006/relationships/footer" Target="footer2.xml"/><Relationship Id="rId20" Type="http://schemas.openxmlformats.org/officeDocument/2006/relationships/hyperlink" Target="https://bourse-du-travail.com" TargetMode="External"/><Relationship Id="rId41" Type="http://schemas.openxmlformats.org/officeDocument/2006/relationships/hyperlink" Target="https://facebook.com/Mairie1Lyon" TargetMode="External"/><Relationship Id="rId54" Type="http://schemas.openxmlformats.org/officeDocument/2006/relationships/hyperlink" Target="mailto:mairie3@mairie-lyon.fr" TargetMode="External"/><Relationship Id="rId62" Type="http://schemas.openxmlformats.org/officeDocument/2006/relationships/hyperlink" Target="https://mairie5.lyon.fr"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lyon.fr" TargetMode="External"/><Relationship Id="rId23" Type="http://schemas.openxmlformats.org/officeDocument/2006/relationships/hyperlink" Target="https://marchegare.fr" TargetMode="External"/><Relationship Id="rId28" Type="http://schemas.openxmlformats.org/officeDocument/2006/relationships/hyperlink" Target="https://lyon.fr" TargetMode="External"/><Relationship Id="rId36" Type="http://schemas.openxmlformats.org/officeDocument/2006/relationships/hyperlink" Target="https://divercity.app" TargetMode="External"/><Relationship Id="rId49" Type="http://schemas.openxmlformats.org/officeDocument/2006/relationships/hyperlink" Target="https://mairie2.lyon.fr" TargetMode="External"/><Relationship Id="rId57" Type="http://schemas.openxmlformats.org/officeDocument/2006/relationships/hyperlink" Target="https://mairie4.lyon.fr" TargetMode="External"/><Relationship Id="rId10" Type="http://schemas.openxmlformats.org/officeDocument/2006/relationships/hyperlink" Target="http://lyon.fr" TargetMode="External"/><Relationship Id="rId31" Type="http://schemas.openxmlformats.org/officeDocument/2006/relationships/hyperlink" Target="https://oye.participer.lyon.fr" TargetMode="External"/><Relationship Id="rId44" Type="http://schemas.openxmlformats.org/officeDocument/2006/relationships/hyperlink" Target="https://instagram.com/Mairie1Lyon" TargetMode="External"/><Relationship Id="rId52" Type="http://schemas.openxmlformats.org/officeDocument/2006/relationships/hyperlink" Target="https://mairie2.lyon.fr" TargetMode="External"/><Relationship Id="rId60" Type="http://schemas.openxmlformats.org/officeDocument/2006/relationships/hyperlink" Target="mailto:mairie5@mairie-lyon.fr" TargetMode="External"/><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lyon.fr" TargetMode="External"/><Relationship Id="rId13" Type="http://schemas.openxmlformats.org/officeDocument/2006/relationships/hyperlink" Target="http://festival.thegreenergood.fr" TargetMode="External"/><Relationship Id="rId18" Type="http://schemas.openxmlformats.org/officeDocument/2006/relationships/hyperlink" Target="https://maisondeladanse.com" TargetMode="External"/><Relationship Id="rId39" Type="http://schemas.openxmlformats.org/officeDocument/2006/relationships/hyperlink" Target="https://tng-lyon.fr" TargetMode="External"/><Relationship Id="rId34" Type="http://schemas.openxmlformats.org/officeDocument/2006/relationships/hyperlink" Target="mailto:conseil.seniors.lyon4@gmail.com" TargetMode="External"/><Relationship Id="rId50" Type="http://schemas.openxmlformats.org/officeDocument/2006/relationships/hyperlink" Target="https://mairie2.lyon.fr" TargetMode="External"/><Relationship Id="rId55" Type="http://schemas.openxmlformats.org/officeDocument/2006/relationships/hyperlink" Target="https://mairie3.lyon.fr" TargetMode="Externa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118</Pages>
  <Words>16495</Words>
  <Characters>90725</Characters>
  <Application>Microsoft Office Word</Application>
  <DocSecurity>0</DocSecurity>
  <Lines>756</Lines>
  <Paragraphs>214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107006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Hassan Hmidouch</cp:lastModifiedBy>
  <cp:revision>127</cp:revision>
  <dcterms:created xsi:type="dcterms:W3CDTF">2013-12-23T23:15:00Z</dcterms:created>
  <dcterms:modified xsi:type="dcterms:W3CDTF">2026-09-09T11:36:00Z</dcterms:modified>
  <cp:category/>
</cp:coreProperties>
</file>